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DFEC2" w14:textId="452DB3B8" w:rsidR="00EA68CC" w:rsidRPr="00EA68CC" w:rsidRDefault="00EA68CC" w:rsidP="005A017D">
      <w:pPr>
        <w:spacing w:after="0" w:line="240" w:lineRule="auto"/>
        <w:rPr>
          <w:b/>
          <w:bCs/>
          <w:lang w:val="nb-NO"/>
        </w:rPr>
      </w:pPr>
      <w:r w:rsidRPr="00EA68CC">
        <w:rPr>
          <w:b/>
          <w:bCs/>
          <w:lang w:val="nb-NO"/>
        </w:rPr>
        <w:t>Dialogmanus bokmål og finsk, episode 10</w:t>
      </w:r>
    </w:p>
    <w:p w14:paraId="428B0F77" w14:textId="0A40F262" w:rsidR="00EA68CC" w:rsidRPr="00EA68CC" w:rsidRDefault="00EA68CC" w:rsidP="005A017D">
      <w:pPr>
        <w:spacing w:after="0" w:line="240" w:lineRule="auto"/>
        <w:rPr>
          <w:b/>
          <w:bCs/>
          <w:lang w:val="nb-NO"/>
        </w:rPr>
      </w:pPr>
      <w:proofErr w:type="spellStart"/>
      <w:r w:rsidRPr="00EA68CC">
        <w:rPr>
          <w:b/>
          <w:bCs/>
          <w:lang w:val="nb-NO"/>
        </w:rPr>
        <w:t>Bussipysäkki</w:t>
      </w:r>
      <w:proofErr w:type="spellEnd"/>
    </w:p>
    <w:p w14:paraId="3F614EF5" w14:textId="65F3D339" w:rsidR="00EF112A" w:rsidRPr="00EA68CC" w:rsidRDefault="00EA68CC" w:rsidP="005A017D">
      <w:pPr>
        <w:spacing w:after="0" w:line="240" w:lineRule="auto"/>
        <w:rPr>
          <w:b/>
          <w:bCs/>
          <w:i/>
          <w:iCs/>
          <w:lang w:val="nb-NO"/>
        </w:rPr>
      </w:pPr>
      <w:r w:rsidRPr="00EA68CC">
        <w:rPr>
          <w:b/>
          <w:bCs/>
          <w:i/>
          <w:iCs/>
          <w:lang w:val="nb-NO"/>
        </w:rPr>
        <w:t xml:space="preserve">Holdeplassen </w:t>
      </w:r>
    </w:p>
    <w:p w14:paraId="50A00B87" w14:textId="77777777" w:rsidR="00EA68CC" w:rsidRDefault="00EA68CC" w:rsidP="005A017D">
      <w:pPr>
        <w:spacing w:after="0" w:line="240" w:lineRule="auto"/>
        <w:rPr>
          <w:i/>
          <w:iCs/>
          <w:lang w:val="nb-NO"/>
        </w:rPr>
      </w:pPr>
    </w:p>
    <w:p w14:paraId="1C4DCD4C" w14:textId="3AED2B44" w:rsidR="00EA68CC" w:rsidRPr="00EA68CC" w:rsidRDefault="00EA68CC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131EE5B9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Hei </w:t>
      </w:r>
      <w:proofErr w:type="spellStart"/>
      <w:r w:rsidRPr="005A017D">
        <w:rPr>
          <w:lang w:val="nb-NO"/>
        </w:rPr>
        <w:t>Eeva</w:t>
      </w:r>
      <w:proofErr w:type="spellEnd"/>
      <w:r w:rsidRPr="005A017D">
        <w:rPr>
          <w:lang w:val="nb-NO"/>
        </w:rPr>
        <w:t>.</w:t>
      </w:r>
    </w:p>
    <w:p w14:paraId="235FA015" w14:textId="32C7F79B" w:rsidR="00EF112A" w:rsidRDefault="00000000" w:rsidP="005A017D">
      <w:pPr>
        <w:spacing w:after="0" w:line="240" w:lineRule="auto"/>
      </w:pPr>
      <w:proofErr w:type="spellStart"/>
      <w:r>
        <w:rPr>
          <w:i/>
        </w:rPr>
        <w:t>Hei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Eeva</w:t>
      </w:r>
      <w:proofErr w:type="spellEnd"/>
      <w:r>
        <w:rPr>
          <w:i/>
        </w:rPr>
        <w:t>.</w:t>
      </w:r>
    </w:p>
    <w:p w14:paraId="1F3388A9" w14:textId="77777777" w:rsidR="00EA79B4" w:rsidRDefault="00EA79B4" w:rsidP="005A017D">
      <w:pPr>
        <w:spacing w:after="0" w:line="240" w:lineRule="auto"/>
      </w:pPr>
    </w:p>
    <w:p w14:paraId="7A2A7406" w14:textId="77777777" w:rsidR="00EA79B4" w:rsidRDefault="00EA79B4" w:rsidP="005A017D">
      <w:pPr>
        <w:spacing w:after="0" w:line="240" w:lineRule="auto"/>
      </w:pPr>
      <w:proofErr w:type="spellStart"/>
      <w:r>
        <w:t>EEVA</w:t>
      </w:r>
      <w:proofErr w:type="spellEnd"/>
      <w:r>
        <w:t>:</w:t>
      </w:r>
    </w:p>
    <w:p w14:paraId="0CAFCAC8" w14:textId="092C0E3A" w:rsidR="00EF112A" w:rsidRDefault="00000000" w:rsidP="005A017D">
      <w:pPr>
        <w:spacing w:after="0" w:line="240" w:lineRule="auto"/>
      </w:pPr>
      <w:r>
        <w:t>Aaron?</w:t>
      </w:r>
    </w:p>
    <w:p w14:paraId="4F030E82" w14:textId="77777777" w:rsidR="00EF112A" w:rsidRDefault="00000000" w:rsidP="005A017D">
      <w:pPr>
        <w:spacing w:after="0" w:line="240" w:lineRule="auto"/>
      </w:pPr>
      <w:r>
        <w:rPr>
          <w:i/>
        </w:rPr>
        <w:t>Aaron?</w:t>
      </w:r>
    </w:p>
    <w:p w14:paraId="43505F60" w14:textId="77777777" w:rsidR="00EF112A" w:rsidRDefault="00EF112A" w:rsidP="005A017D">
      <w:pPr>
        <w:spacing w:after="0" w:line="240" w:lineRule="auto"/>
      </w:pPr>
    </w:p>
    <w:p w14:paraId="4E2E2462" w14:textId="440CAF30" w:rsidR="00EA79B4" w:rsidRDefault="00EA79B4" w:rsidP="005A017D">
      <w:pPr>
        <w:spacing w:after="0" w:line="240" w:lineRule="auto"/>
      </w:pPr>
      <w:proofErr w:type="spellStart"/>
      <w:r>
        <w:t>KAISA</w:t>
      </w:r>
      <w:proofErr w:type="spellEnd"/>
      <w:r>
        <w:t>:</w:t>
      </w:r>
    </w:p>
    <w:p w14:paraId="7D67D105" w14:textId="77777777" w:rsidR="00EF112A" w:rsidRPr="00EA79B4" w:rsidRDefault="00000000" w:rsidP="005A017D">
      <w:pPr>
        <w:spacing w:after="0" w:line="240" w:lineRule="auto"/>
      </w:pPr>
      <w:proofErr w:type="spellStart"/>
      <w:r w:rsidRPr="00EA79B4">
        <w:t>Ohoh</w:t>
      </w:r>
      <w:proofErr w:type="spellEnd"/>
      <w:r w:rsidRPr="00EA79B4">
        <w:t xml:space="preserve">! </w:t>
      </w:r>
    </w:p>
    <w:p w14:paraId="12CAA348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Oi! </w:t>
      </w:r>
    </w:p>
    <w:p w14:paraId="02E6BB61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17A309FC" w14:textId="19E99E44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ALLE:</w:t>
      </w:r>
    </w:p>
    <w:p w14:paraId="64C2D13A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Etiäinen</w:t>
      </w:r>
      <w:proofErr w:type="spellEnd"/>
      <w:r w:rsidRPr="005A017D">
        <w:rPr>
          <w:lang w:val="nb-NO"/>
        </w:rPr>
        <w:t xml:space="preserve">!!! </w:t>
      </w:r>
    </w:p>
    <w:p w14:paraId="20E17F41" w14:textId="326957AB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Vardøger!!! </w:t>
      </w:r>
    </w:p>
    <w:p w14:paraId="05DBAAA5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7440551B" w14:textId="5C7A74C0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630DEB23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Nopeasti</w:t>
      </w:r>
      <w:proofErr w:type="spellEnd"/>
      <w:r w:rsidRPr="005A017D">
        <w:rPr>
          <w:lang w:val="nb-NO"/>
        </w:rPr>
        <w:t xml:space="preserve"> nyt, ne </w:t>
      </w:r>
      <w:proofErr w:type="spellStart"/>
      <w:r w:rsidRPr="005A017D">
        <w:rPr>
          <w:lang w:val="nb-NO"/>
        </w:rPr>
        <w:t>sulaavat</w:t>
      </w:r>
      <w:proofErr w:type="spellEnd"/>
      <w:r w:rsidRPr="005A017D">
        <w:rPr>
          <w:lang w:val="nb-NO"/>
        </w:rPr>
        <w:t xml:space="preserve">! </w:t>
      </w:r>
    </w:p>
    <w:p w14:paraId="28028125" w14:textId="60DDC2B0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Fort, de smelter! </w:t>
      </w:r>
    </w:p>
    <w:p w14:paraId="032143B5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2B5A2BE" w14:textId="5EA4E7DD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 OG </w:t>
      </w: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2E2F335F" w14:textId="3682CB15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Kiitos</w:t>
      </w:r>
      <w:proofErr w:type="spellEnd"/>
      <w:r w:rsidRPr="005A017D">
        <w:rPr>
          <w:lang w:val="nb-NO"/>
        </w:rPr>
        <w:t>.</w:t>
      </w:r>
    </w:p>
    <w:p w14:paraId="63D29B54" w14:textId="775FED3D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Takk.</w:t>
      </w:r>
    </w:p>
    <w:p w14:paraId="219DD1DD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16CE5851" w14:textId="498F22A2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3E88D7CA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Kuinka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kauaksi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aikaa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jäät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tänne</w:t>
      </w:r>
      <w:proofErr w:type="spellEnd"/>
      <w:r w:rsidRPr="005A017D">
        <w:rPr>
          <w:lang w:val="nb-NO"/>
        </w:rPr>
        <w:t xml:space="preserve">? </w:t>
      </w:r>
    </w:p>
    <w:p w14:paraId="22CB2552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Hvor lenge blir du? </w:t>
      </w:r>
    </w:p>
    <w:p w14:paraId="66637275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436A264C" w14:textId="5DDDEEC4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102AF123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Kuinka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kauan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minä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saan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asua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teidän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luonanne</w:t>
      </w:r>
      <w:proofErr w:type="spellEnd"/>
      <w:r w:rsidRPr="005A017D">
        <w:rPr>
          <w:lang w:val="nb-NO"/>
        </w:rPr>
        <w:t xml:space="preserve">? </w:t>
      </w:r>
    </w:p>
    <w:p w14:paraId="5A717E24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Hvor lenge kan jeg bo hos dere? </w:t>
      </w:r>
    </w:p>
    <w:p w14:paraId="4F010E48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5BF948DB" w14:textId="72CB927B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768DCCE0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Kauan</w:t>
      </w:r>
      <w:proofErr w:type="spellEnd"/>
      <w:r w:rsidRPr="005A017D">
        <w:rPr>
          <w:lang w:val="nb-NO"/>
        </w:rPr>
        <w:t xml:space="preserve">! </w:t>
      </w:r>
    </w:p>
    <w:p w14:paraId="38F99CB8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Lenge! </w:t>
      </w:r>
    </w:p>
    <w:p w14:paraId="5AFE15AF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774EB3A9" w14:textId="3DAB3FBC" w:rsidR="00EA79B4" w:rsidRPr="005A017D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6092C86B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Niin</w:t>
      </w:r>
      <w:proofErr w:type="spellEnd"/>
      <w:r w:rsidRPr="005A017D">
        <w:rPr>
          <w:lang w:val="nb-NO"/>
        </w:rPr>
        <w:t xml:space="preserve">, </w:t>
      </w:r>
      <w:proofErr w:type="spellStart"/>
      <w:r w:rsidRPr="005A017D">
        <w:rPr>
          <w:lang w:val="nb-NO"/>
        </w:rPr>
        <w:t>kauan</w:t>
      </w:r>
      <w:proofErr w:type="spellEnd"/>
      <w:r w:rsidRPr="005A017D">
        <w:rPr>
          <w:lang w:val="nb-NO"/>
        </w:rPr>
        <w:t xml:space="preserve">! </w:t>
      </w:r>
    </w:p>
    <w:p w14:paraId="7A1F95A5" w14:textId="6DB8F113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Ja, lenge! </w:t>
      </w:r>
    </w:p>
    <w:p w14:paraId="28BCE6E9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496748C4" w14:textId="1D1354EA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71F337CE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Minä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hain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kesätyötä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liian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myöhään</w:t>
      </w:r>
      <w:proofErr w:type="spellEnd"/>
      <w:r w:rsidRPr="005A017D">
        <w:rPr>
          <w:lang w:val="nb-NO"/>
        </w:rPr>
        <w:t xml:space="preserve">. </w:t>
      </w:r>
    </w:p>
    <w:p w14:paraId="1AB0DEC3" w14:textId="09AD5D51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Jeg søkte sommerjobber for sent. </w:t>
      </w:r>
    </w:p>
    <w:p w14:paraId="5E78EF94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Eikä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äidillä</w:t>
      </w:r>
      <w:proofErr w:type="spellEnd"/>
      <w:r w:rsidRPr="005A017D">
        <w:rPr>
          <w:lang w:val="nb-NO"/>
        </w:rPr>
        <w:t xml:space="preserve"> ja </w:t>
      </w:r>
      <w:proofErr w:type="spellStart"/>
      <w:r w:rsidRPr="005A017D">
        <w:rPr>
          <w:lang w:val="nb-NO"/>
        </w:rPr>
        <w:t>isällä</w:t>
      </w:r>
      <w:proofErr w:type="spellEnd"/>
      <w:r w:rsidRPr="005A017D">
        <w:rPr>
          <w:lang w:val="nb-NO"/>
        </w:rPr>
        <w:t xml:space="preserve"> ole </w:t>
      </w:r>
      <w:proofErr w:type="spellStart"/>
      <w:r w:rsidRPr="005A017D">
        <w:rPr>
          <w:lang w:val="nb-NO"/>
        </w:rPr>
        <w:t>lomaa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ennenkuin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heinäkuun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lopussa</w:t>
      </w:r>
      <w:proofErr w:type="spellEnd"/>
      <w:r w:rsidRPr="005A017D">
        <w:rPr>
          <w:lang w:val="nb-NO"/>
        </w:rPr>
        <w:t>.</w:t>
      </w:r>
    </w:p>
    <w:p w14:paraId="608BDE59" w14:textId="5AE1AAC4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lastRenderedPageBreak/>
        <w:t xml:space="preserve">Og mamma og pappa har ikke ferie før i slutten av juli. </w:t>
      </w:r>
    </w:p>
    <w:p w14:paraId="70DDF783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0A439E65" w14:textId="652E6613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0E6D4E1C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Sitten </w:t>
      </w:r>
      <w:proofErr w:type="spellStart"/>
      <w:r w:rsidRPr="005A017D">
        <w:rPr>
          <w:lang w:val="nb-NO"/>
        </w:rPr>
        <w:t>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voimme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kalastaa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merellä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yhdessä</w:t>
      </w:r>
      <w:proofErr w:type="spellEnd"/>
      <w:r w:rsidRPr="005A017D">
        <w:rPr>
          <w:lang w:val="nb-NO"/>
        </w:rPr>
        <w:t xml:space="preserve">! </w:t>
      </w:r>
    </w:p>
    <w:p w14:paraId="125A42D8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Da kan vi fiske i sjøen sammen! </w:t>
      </w:r>
    </w:p>
    <w:p w14:paraId="2BC31490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3E0F8EA5" w14:textId="1D32A0C1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75E02CB3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Minä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harjoittelen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miekkataistelua</w:t>
      </w:r>
      <w:proofErr w:type="spellEnd"/>
      <w:r w:rsidRPr="005A017D">
        <w:rPr>
          <w:lang w:val="nb-NO"/>
        </w:rPr>
        <w:t xml:space="preserve">.  </w:t>
      </w:r>
    </w:p>
    <w:p w14:paraId="341FCA49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Jeg skal øve på sverdkamp.  </w:t>
      </w:r>
    </w:p>
    <w:p w14:paraId="42A024B7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5781AA13" w14:textId="71C4A1E3" w:rsidR="00EA79B4" w:rsidRPr="005A017D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14AD644A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Hän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tarkoittaa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teaatteriharjoituksiaan</w:t>
      </w:r>
      <w:proofErr w:type="spellEnd"/>
      <w:r w:rsidRPr="005A017D">
        <w:rPr>
          <w:lang w:val="nb-NO"/>
        </w:rPr>
        <w:t xml:space="preserve">. </w:t>
      </w:r>
    </w:p>
    <w:p w14:paraId="5AED1C42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Hun mener teaterøving. </w:t>
      </w:r>
    </w:p>
    <w:p w14:paraId="556204B7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6C0FE924" w14:textId="1AD32B56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2C5BBA2C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Voi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mahdoton</w:t>
      </w:r>
      <w:proofErr w:type="spellEnd"/>
      <w:proofErr w:type="gramStart"/>
      <w:r w:rsidRPr="005A017D">
        <w:rPr>
          <w:lang w:val="nb-NO"/>
        </w:rPr>
        <w:t>!…</w:t>
      </w:r>
      <w:proofErr w:type="gram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Oletko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aloittanut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teatteriharrastuksen</w:t>
      </w:r>
      <w:proofErr w:type="spellEnd"/>
      <w:r w:rsidRPr="005A017D">
        <w:rPr>
          <w:lang w:val="nb-NO"/>
        </w:rPr>
        <w:t xml:space="preserve">, Kaisa?! </w:t>
      </w:r>
    </w:p>
    <w:p w14:paraId="5601EDB8" w14:textId="1F8373F5" w:rsidR="00EF112A" w:rsidRPr="005A017D" w:rsidRDefault="00000000" w:rsidP="005A017D">
      <w:pPr>
        <w:spacing w:after="0" w:line="240" w:lineRule="auto"/>
        <w:rPr>
          <w:lang w:val="nb-NO"/>
        </w:rPr>
      </w:pPr>
      <w:proofErr w:type="gramStart"/>
      <w:r w:rsidRPr="005A017D">
        <w:rPr>
          <w:i/>
          <w:lang w:val="nb-NO"/>
        </w:rPr>
        <w:t>Jøss...</w:t>
      </w:r>
      <w:proofErr w:type="gramEnd"/>
      <w:r w:rsidRPr="005A017D">
        <w:rPr>
          <w:i/>
          <w:lang w:val="nb-NO"/>
        </w:rPr>
        <w:t xml:space="preserve"> har du begynt på teater, Kaisa?! </w:t>
      </w:r>
    </w:p>
    <w:p w14:paraId="23098D7A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3AA38F4" w14:textId="77777777" w:rsidR="00EA79B4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40854ECC" w14:textId="2DBA004C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Mutta</w:t>
      </w:r>
      <w:proofErr w:type="spellEnd"/>
      <w:r w:rsidRPr="005A017D">
        <w:rPr>
          <w:lang w:val="nb-NO"/>
        </w:rPr>
        <w:t xml:space="preserve">, Kaisa, </w:t>
      </w:r>
      <w:proofErr w:type="spellStart"/>
      <w:r w:rsidRPr="005A017D">
        <w:rPr>
          <w:lang w:val="nb-NO"/>
        </w:rPr>
        <w:t>tiedätkö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sinä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minkä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roolin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olet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saanut</w:t>
      </w:r>
      <w:proofErr w:type="spellEnd"/>
      <w:r w:rsidRPr="005A017D">
        <w:rPr>
          <w:lang w:val="nb-NO"/>
        </w:rPr>
        <w:t xml:space="preserve">? </w:t>
      </w:r>
    </w:p>
    <w:p w14:paraId="552CBAE7" w14:textId="4457BE35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Men, Kaisa, vet du hvilken rolle du har? </w:t>
      </w:r>
    </w:p>
    <w:p w14:paraId="300B251B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3C687AAE" w14:textId="0A67B14F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69B59F2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Tiedän</w:t>
      </w:r>
      <w:proofErr w:type="spellEnd"/>
      <w:r w:rsidRPr="005A017D">
        <w:rPr>
          <w:lang w:val="nb-NO"/>
        </w:rPr>
        <w:t>.</w:t>
      </w:r>
    </w:p>
    <w:p w14:paraId="00D66A4A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Ja. </w:t>
      </w:r>
    </w:p>
    <w:p w14:paraId="3CB85666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130FD7A3" w14:textId="77777777" w:rsidR="00EA79B4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06D765C5" w14:textId="7B94B5D0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Maanalaisilla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hengillä</w:t>
      </w:r>
      <w:proofErr w:type="spellEnd"/>
      <w:r w:rsidRPr="005A017D">
        <w:rPr>
          <w:lang w:val="nb-NO"/>
        </w:rPr>
        <w:t xml:space="preserve"> ei ole </w:t>
      </w:r>
      <w:proofErr w:type="spellStart"/>
      <w:proofErr w:type="gramStart"/>
      <w:r w:rsidRPr="005A017D">
        <w:rPr>
          <w:lang w:val="nb-NO"/>
        </w:rPr>
        <w:t>miekkaa</w:t>
      </w:r>
      <w:proofErr w:type="spellEnd"/>
      <w:r w:rsidRPr="005A017D">
        <w:rPr>
          <w:lang w:val="nb-NO"/>
        </w:rPr>
        <w:t>…</w:t>
      </w:r>
      <w:proofErr w:type="gramEnd"/>
      <w:r w:rsidRPr="005A017D">
        <w:rPr>
          <w:lang w:val="nb-NO"/>
        </w:rPr>
        <w:t xml:space="preserve"> </w:t>
      </w:r>
    </w:p>
    <w:p w14:paraId="1067E5ED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Underjordiske har ikke </w:t>
      </w:r>
      <w:proofErr w:type="gramStart"/>
      <w:r w:rsidRPr="005A017D">
        <w:rPr>
          <w:i/>
          <w:lang w:val="nb-NO"/>
        </w:rPr>
        <w:t>sverd…</w:t>
      </w:r>
      <w:proofErr w:type="gramEnd"/>
      <w:r w:rsidRPr="005A017D">
        <w:rPr>
          <w:i/>
          <w:lang w:val="nb-NO"/>
        </w:rPr>
        <w:t xml:space="preserve"> </w:t>
      </w:r>
    </w:p>
    <w:p w14:paraId="7CEC60C7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0FD06179" w14:textId="5BB295A0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349AE87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Niin</w:t>
      </w:r>
      <w:proofErr w:type="spellEnd"/>
      <w:r w:rsidRPr="005A017D">
        <w:rPr>
          <w:lang w:val="nb-NO"/>
        </w:rPr>
        <w:t xml:space="preserve">, </w:t>
      </w:r>
      <w:proofErr w:type="spellStart"/>
      <w:r w:rsidRPr="005A017D">
        <w:rPr>
          <w:lang w:val="nb-NO"/>
        </w:rPr>
        <w:t>mutta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minun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roolihahmollani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sellainen</w:t>
      </w:r>
      <w:proofErr w:type="spellEnd"/>
      <w:r w:rsidRPr="005A017D">
        <w:rPr>
          <w:lang w:val="nb-NO"/>
        </w:rPr>
        <w:t xml:space="preserve"> on. </w:t>
      </w:r>
    </w:p>
    <w:p w14:paraId="36AC4920" w14:textId="6D22F81C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Jo, min rolle skal ha det. </w:t>
      </w:r>
    </w:p>
    <w:p w14:paraId="0A7E291E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Ja </w:t>
      </w:r>
      <w:proofErr w:type="spellStart"/>
      <w:r w:rsidRPr="005A017D">
        <w:rPr>
          <w:lang w:val="nb-NO"/>
        </w:rPr>
        <w:t>minä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taistelen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niinkuin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Nilskin</w:t>
      </w:r>
      <w:proofErr w:type="spellEnd"/>
      <w:r w:rsidRPr="005A017D">
        <w:rPr>
          <w:lang w:val="nb-NO"/>
        </w:rPr>
        <w:t xml:space="preserve">  </w:t>
      </w:r>
      <w:r w:rsidRPr="005A017D">
        <w:rPr>
          <w:lang w:val="nb-NO"/>
        </w:rPr>
        <w:br/>
        <w:t xml:space="preserve">– </w:t>
      </w:r>
      <w:proofErr w:type="spellStart"/>
      <w:r w:rsidRPr="005A017D">
        <w:rPr>
          <w:lang w:val="nb-NO"/>
        </w:rPr>
        <w:t>luonnon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puolesta</w:t>
      </w:r>
      <w:proofErr w:type="spellEnd"/>
      <w:r w:rsidRPr="005A017D">
        <w:rPr>
          <w:lang w:val="nb-NO"/>
        </w:rPr>
        <w:t xml:space="preserve">. </w:t>
      </w:r>
    </w:p>
    <w:p w14:paraId="24FC2B3B" w14:textId="719533F8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Og jeg skal kjempe som Nils - for naturen! </w:t>
      </w:r>
    </w:p>
    <w:p w14:paraId="79134D46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380FB4AC" w14:textId="04B43E0E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6BCFE5E7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Aaroni</w:t>
      </w:r>
      <w:proofErr w:type="spellEnd"/>
      <w:r w:rsidRPr="005A017D">
        <w:rPr>
          <w:lang w:val="nb-NO"/>
        </w:rPr>
        <w:t xml:space="preserve">! </w:t>
      </w:r>
    </w:p>
    <w:p w14:paraId="07604991" w14:textId="1632BF0D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Aaron! </w:t>
      </w:r>
    </w:p>
    <w:p w14:paraId="13F301C4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Meidän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viimeinen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toivomme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on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tullut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takaisin</w:t>
      </w:r>
      <w:proofErr w:type="spellEnd"/>
      <w:r w:rsidRPr="005A017D">
        <w:rPr>
          <w:lang w:val="nb-NO"/>
        </w:rPr>
        <w:t xml:space="preserve">! </w:t>
      </w:r>
    </w:p>
    <w:p w14:paraId="09D4EA2E" w14:textId="03B1A683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Vårt siste håp er tilbake! </w:t>
      </w:r>
    </w:p>
    <w:p w14:paraId="48288AE7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Tervetuloa</w:t>
      </w:r>
      <w:proofErr w:type="spellEnd"/>
      <w:r w:rsidRPr="005A017D">
        <w:rPr>
          <w:lang w:val="nb-NO"/>
        </w:rPr>
        <w:t xml:space="preserve">! </w:t>
      </w:r>
    </w:p>
    <w:p w14:paraId="56658F7E" w14:textId="33D81530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Velkommen! </w:t>
      </w:r>
    </w:p>
    <w:p w14:paraId="113EAADF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2950620A" w14:textId="42285089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2C2DD52D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Päivää</w:t>
      </w:r>
      <w:proofErr w:type="spellEnd"/>
      <w:r w:rsidRPr="005A017D">
        <w:rPr>
          <w:lang w:val="nb-NO"/>
        </w:rPr>
        <w:t xml:space="preserve">! </w:t>
      </w:r>
    </w:p>
    <w:p w14:paraId="7557E09B" w14:textId="77777777" w:rsidR="00EF112A" w:rsidRDefault="00000000" w:rsidP="005A017D">
      <w:pPr>
        <w:spacing w:after="0" w:line="240" w:lineRule="auto"/>
        <w:rPr>
          <w:i/>
          <w:lang w:val="nb-NO"/>
        </w:rPr>
      </w:pPr>
      <w:r w:rsidRPr="005A017D">
        <w:rPr>
          <w:i/>
          <w:lang w:val="nb-NO"/>
        </w:rPr>
        <w:t>God dag!</w:t>
      </w:r>
    </w:p>
    <w:p w14:paraId="0B3812BD" w14:textId="77777777" w:rsidR="00EA79B4" w:rsidRPr="005A017D" w:rsidRDefault="00EA79B4" w:rsidP="005A017D">
      <w:pPr>
        <w:spacing w:after="0" w:line="240" w:lineRule="auto"/>
        <w:rPr>
          <w:lang w:val="nb-NO"/>
        </w:rPr>
      </w:pPr>
    </w:p>
    <w:p w14:paraId="4750A287" w14:textId="4281F337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7B77F792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Onko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kuningatar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täysin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uupunut</w:t>
      </w:r>
      <w:proofErr w:type="spellEnd"/>
      <w:r w:rsidRPr="005A017D">
        <w:rPr>
          <w:lang w:val="nb-NO"/>
        </w:rPr>
        <w:t xml:space="preserve">? </w:t>
      </w:r>
    </w:p>
    <w:p w14:paraId="446196C6" w14:textId="0133850D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Har dronningen slitt seg ut? </w:t>
      </w:r>
    </w:p>
    <w:p w14:paraId="6EE1F1C9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6507C9C5" w14:textId="664D5DA9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6D058D46" w14:textId="51225789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>Olen</w:t>
      </w:r>
    </w:p>
    <w:p w14:paraId="5362C599" w14:textId="410EFCE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Ja.</w:t>
      </w:r>
    </w:p>
    <w:p w14:paraId="0F4370A0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Kiitos</w:t>
      </w:r>
      <w:proofErr w:type="spellEnd"/>
      <w:r w:rsidRPr="005A017D">
        <w:rPr>
          <w:lang w:val="nb-NO"/>
        </w:rPr>
        <w:t>.</w:t>
      </w:r>
    </w:p>
    <w:p w14:paraId="29446F23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Takk.</w:t>
      </w:r>
    </w:p>
    <w:p w14:paraId="4168505B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708DAEF" w14:textId="6814BE10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TEKSTMELDING:</w:t>
      </w:r>
    </w:p>
    <w:p w14:paraId="09C3EF2D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Nilsiltä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isälle</w:t>
      </w:r>
      <w:proofErr w:type="spellEnd"/>
      <w:r w:rsidRPr="005A017D">
        <w:rPr>
          <w:lang w:val="nb-NO"/>
        </w:rPr>
        <w:t xml:space="preserve">: Anne, </w:t>
      </w:r>
      <w:proofErr w:type="spellStart"/>
      <w:r w:rsidRPr="005A017D">
        <w:rPr>
          <w:lang w:val="nb-NO"/>
        </w:rPr>
        <w:t>Raisin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nöyrä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kuningatar</w:t>
      </w:r>
      <w:proofErr w:type="spellEnd"/>
      <w:r w:rsidRPr="005A017D">
        <w:rPr>
          <w:lang w:val="nb-NO"/>
        </w:rPr>
        <w:t>!</w:t>
      </w:r>
    </w:p>
    <w:p w14:paraId="3CBB377D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Fra Nils til pappa: Anna, Reisas ydmyke dronning!</w:t>
      </w:r>
    </w:p>
    <w:p w14:paraId="754C7B57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3DF58426" w14:textId="0CF16645" w:rsidR="00EF112A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0EDB84E4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Aloitamme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sitten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harjoituksen</w:t>
      </w:r>
      <w:proofErr w:type="spellEnd"/>
      <w:r w:rsidRPr="005A017D">
        <w:rPr>
          <w:lang w:val="nb-NO"/>
        </w:rPr>
        <w:t xml:space="preserve">. </w:t>
      </w:r>
    </w:p>
    <w:p w14:paraId="29C48AC6" w14:textId="5977624E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Da begynner vi å øve. </w:t>
      </w:r>
    </w:p>
    <w:p w14:paraId="740C9003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Maanalaiset</w:t>
      </w:r>
      <w:proofErr w:type="spellEnd"/>
      <w:r w:rsidRPr="005A017D">
        <w:rPr>
          <w:lang w:val="nb-NO"/>
        </w:rPr>
        <w:t xml:space="preserve"> henget </w:t>
      </w:r>
      <w:proofErr w:type="spellStart"/>
      <w:r w:rsidRPr="005A017D">
        <w:rPr>
          <w:lang w:val="nb-NO"/>
        </w:rPr>
        <w:t>kokoontuvat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täälä</w:t>
      </w:r>
      <w:proofErr w:type="spellEnd"/>
      <w:r w:rsidRPr="005A017D">
        <w:rPr>
          <w:lang w:val="nb-NO"/>
        </w:rPr>
        <w:t xml:space="preserve">. </w:t>
      </w:r>
    </w:p>
    <w:p w14:paraId="436A9849" w14:textId="6D354955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Underjordiske vesener samler seg her. </w:t>
      </w:r>
    </w:p>
    <w:p w14:paraId="6B60FA0A" w14:textId="648A595E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Aloitamme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sitten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harjoituksen</w:t>
      </w:r>
      <w:proofErr w:type="spellEnd"/>
      <w:r w:rsidRPr="005A017D">
        <w:rPr>
          <w:lang w:val="nb-NO"/>
        </w:rPr>
        <w:t xml:space="preserve">. </w:t>
      </w:r>
      <w:proofErr w:type="spellStart"/>
      <w:r w:rsidRPr="005A017D">
        <w:rPr>
          <w:lang w:val="nb-NO"/>
        </w:rPr>
        <w:t>Tulkaa</w:t>
      </w:r>
      <w:proofErr w:type="spellEnd"/>
      <w:r w:rsidR="00EA79B4">
        <w:rPr>
          <w:lang w:val="nb-NO"/>
        </w:rPr>
        <w:t>!</w:t>
      </w:r>
    </w:p>
    <w:p w14:paraId="01D96953" w14:textId="304B2CA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Da begynner vi å øve. Kom</w:t>
      </w:r>
      <w:r w:rsidR="00EA79B4">
        <w:rPr>
          <w:i/>
          <w:lang w:val="nb-NO"/>
        </w:rPr>
        <w:t>!</w:t>
      </w:r>
    </w:p>
    <w:p w14:paraId="0CAA40C4" w14:textId="4599BDE9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Maanalaiset</w:t>
      </w:r>
      <w:proofErr w:type="spellEnd"/>
      <w:r w:rsidRPr="005A017D">
        <w:rPr>
          <w:lang w:val="nb-NO"/>
        </w:rPr>
        <w:t xml:space="preserve"> henget </w:t>
      </w:r>
      <w:proofErr w:type="spellStart"/>
      <w:r w:rsidRPr="005A017D">
        <w:rPr>
          <w:lang w:val="nb-NO"/>
        </w:rPr>
        <w:t>kokoontuvat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täälä</w:t>
      </w:r>
      <w:proofErr w:type="spellEnd"/>
      <w:r w:rsidR="00EA79B4">
        <w:rPr>
          <w:lang w:val="nb-NO"/>
        </w:rPr>
        <w:t>!</w:t>
      </w:r>
    </w:p>
    <w:p w14:paraId="1CD64C14" w14:textId="60FE230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>Underjordiske vesener samler seg her</w:t>
      </w:r>
      <w:r w:rsidR="00EA79B4">
        <w:rPr>
          <w:i/>
          <w:lang w:val="nb-NO"/>
        </w:rPr>
        <w:t>!</w:t>
      </w:r>
      <w:r w:rsidRPr="005A017D">
        <w:rPr>
          <w:i/>
          <w:lang w:val="nb-NO"/>
        </w:rPr>
        <w:t xml:space="preserve"> </w:t>
      </w:r>
    </w:p>
    <w:p w14:paraId="64314D64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Sotijat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tuolla</w:t>
      </w:r>
      <w:proofErr w:type="spellEnd"/>
      <w:r w:rsidRPr="005A017D">
        <w:rPr>
          <w:lang w:val="nb-NO"/>
        </w:rPr>
        <w:t xml:space="preserve">. </w:t>
      </w:r>
    </w:p>
    <w:p w14:paraId="1C7C3406" w14:textId="1092A44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Krigere der borte. </w:t>
      </w:r>
    </w:p>
    <w:p w14:paraId="63E491A9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Kuningatar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on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keskellä</w:t>
      </w:r>
      <w:proofErr w:type="spellEnd"/>
      <w:r w:rsidRPr="005A017D">
        <w:rPr>
          <w:lang w:val="nb-NO"/>
        </w:rPr>
        <w:t xml:space="preserve">. </w:t>
      </w:r>
    </w:p>
    <w:p w14:paraId="00C8AE97" w14:textId="0E8F86C3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Dronningen i midten. </w:t>
      </w:r>
    </w:p>
    <w:p w14:paraId="2DDE9605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Kaisa, nyt </w:t>
      </w:r>
      <w:proofErr w:type="spellStart"/>
      <w:r w:rsidRPr="005A017D">
        <w:rPr>
          <w:lang w:val="nb-NO"/>
        </w:rPr>
        <w:t>sinun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täytyy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laskea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miekka</w:t>
      </w:r>
      <w:proofErr w:type="spellEnd"/>
      <w:r w:rsidRPr="005A017D">
        <w:rPr>
          <w:lang w:val="nb-NO"/>
        </w:rPr>
        <w:t xml:space="preserve"> alas.</w:t>
      </w:r>
    </w:p>
    <w:p w14:paraId="4F2E1C60" w14:textId="3331B12B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Kaisa, du må legge ned sverdet nå. </w:t>
      </w:r>
    </w:p>
    <w:p w14:paraId="37037D0F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39AC5253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BE17315" w14:textId="5E5D3AF9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Heillä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jotka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taistelevat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luonnon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puolesta</w:t>
      </w:r>
      <w:proofErr w:type="spellEnd"/>
      <w:r w:rsidRPr="005A017D">
        <w:rPr>
          <w:lang w:val="nb-NO"/>
        </w:rPr>
        <w:t xml:space="preserve">, </w:t>
      </w:r>
      <w:proofErr w:type="spellStart"/>
      <w:r w:rsidRPr="005A017D">
        <w:rPr>
          <w:lang w:val="nb-NO"/>
        </w:rPr>
        <w:t>täytyy</w:t>
      </w:r>
      <w:proofErr w:type="spellEnd"/>
      <w:r w:rsidRPr="005A017D">
        <w:rPr>
          <w:lang w:val="nb-NO"/>
        </w:rPr>
        <w:t xml:space="preserve"> olla </w:t>
      </w:r>
      <w:proofErr w:type="spellStart"/>
      <w:r w:rsidRPr="005A017D">
        <w:rPr>
          <w:lang w:val="nb-NO"/>
        </w:rPr>
        <w:t>aseet</w:t>
      </w:r>
      <w:proofErr w:type="spellEnd"/>
      <w:r w:rsidRPr="005A017D">
        <w:rPr>
          <w:lang w:val="nb-NO"/>
        </w:rPr>
        <w:t xml:space="preserve">. </w:t>
      </w:r>
    </w:p>
    <w:p w14:paraId="6C74832B" w14:textId="22DF1B43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De som kjemper for </w:t>
      </w:r>
      <w:proofErr w:type="gramStart"/>
      <w:r w:rsidRPr="005A017D">
        <w:rPr>
          <w:i/>
          <w:lang w:val="nb-NO"/>
        </w:rPr>
        <w:t>naturen</w:t>
      </w:r>
      <w:proofErr w:type="gramEnd"/>
      <w:r w:rsidRPr="005A017D">
        <w:rPr>
          <w:i/>
          <w:lang w:val="nb-NO"/>
        </w:rPr>
        <w:t xml:space="preserve"> må ha våpen. </w:t>
      </w:r>
    </w:p>
    <w:p w14:paraId="4CD8FDE2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Muutoin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häviämme</w:t>
      </w:r>
      <w:proofErr w:type="spellEnd"/>
      <w:r w:rsidRPr="005A017D">
        <w:rPr>
          <w:lang w:val="nb-NO"/>
        </w:rPr>
        <w:t xml:space="preserve">.  </w:t>
      </w:r>
    </w:p>
    <w:p w14:paraId="3B90AB48" w14:textId="64259C66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Ellers taper vi.  </w:t>
      </w:r>
    </w:p>
    <w:p w14:paraId="3807BD60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7489BFE4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TEATERLEDER:</w:t>
      </w:r>
    </w:p>
    <w:p w14:paraId="1BF8EC03" w14:textId="5682D748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Siinä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sinä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kyllä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olet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aivan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oikeassa</w:t>
      </w:r>
      <w:proofErr w:type="spellEnd"/>
      <w:r w:rsidRPr="005A017D">
        <w:rPr>
          <w:lang w:val="nb-NO"/>
        </w:rPr>
        <w:t xml:space="preserve"> Kaisa.</w:t>
      </w:r>
    </w:p>
    <w:p w14:paraId="337CC360" w14:textId="2E8BBCEE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Det har du helt rett i, Kaisa. </w:t>
      </w:r>
    </w:p>
    <w:p w14:paraId="54600135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Mutta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sinun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aseesi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on</w:t>
      </w:r>
      <w:proofErr w:type="spellEnd"/>
      <w:r w:rsidRPr="005A017D">
        <w:rPr>
          <w:lang w:val="nb-NO"/>
        </w:rPr>
        <w:t xml:space="preserve"> sisu. </w:t>
      </w:r>
    </w:p>
    <w:p w14:paraId="666AF790" w14:textId="41DBB0C1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Men ditt våpen er </w:t>
      </w:r>
      <w:proofErr w:type="spellStart"/>
      <w:r w:rsidRPr="005A017D">
        <w:rPr>
          <w:i/>
          <w:lang w:val="nb-NO"/>
        </w:rPr>
        <w:t>sinni</w:t>
      </w:r>
      <w:proofErr w:type="spellEnd"/>
      <w:r w:rsidRPr="005A017D">
        <w:rPr>
          <w:i/>
          <w:lang w:val="nb-NO"/>
        </w:rPr>
        <w:t xml:space="preserve">. </w:t>
      </w:r>
    </w:p>
    <w:p w14:paraId="30A83418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Kumman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sinä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valitset</w:t>
      </w:r>
      <w:proofErr w:type="spellEnd"/>
      <w:r w:rsidRPr="005A017D">
        <w:rPr>
          <w:lang w:val="nb-NO"/>
        </w:rPr>
        <w:t xml:space="preserve">? </w:t>
      </w:r>
    </w:p>
    <w:p w14:paraId="3FE352F6" w14:textId="2418C218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Hva velger du? </w:t>
      </w:r>
    </w:p>
    <w:p w14:paraId="0EF283D5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392B8FBD" w14:textId="7E08D3F6" w:rsidR="00EA79B4" w:rsidRPr="005A017D" w:rsidRDefault="00EA79B4" w:rsidP="005A017D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08B83B67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Maanalaiset</w:t>
      </w:r>
      <w:proofErr w:type="spellEnd"/>
      <w:r w:rsidRPr="005A017D">
        <w:rPr>
          <w:lang w:val="nb-NO"/>
        </w:rPr>
        <w:t xml:space="preserve"> henget. </w:t>
      </w:r>
    </w:p>
    <w:p w14:paraId="1ECB9AAA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Underjordiske! </w:t>
      </w:r>
    </w:p>
    <w:p w14:paraId="03F920BC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545C77CD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4458C610" w14:textId="2884ABD6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Me </w:t>
      </w:r>
      <w:proofErr w:type="spellStart"/>
      <w:r w:rsidRPr="005A017D">
        <w:rPr>
          <w:lang w:val="nb-NO"/>
        </w:rPr>
        <w:t>tulemme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rauhassa</w:t>
      </w:r>
      <w:proofErr w:type="spellEnd"/>
      <w:r w:rsidR="00EA79B4">
        <w:rPr>
          <w:lang w:val="nb-NO"/>
        </w:rPr>
        <w:t>!</w:t>
      </w:r>
    </w:p>
    <w:p w14:paraId="1CB329AF" w14:textId="7A6CD8D9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Vi kommer i fred! </w:t>
      </w:r>
    </w:p>
    <w:p w14:paraId="2052D832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6316CF86" w14:textId="4D57D8F6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UNDERJORDISKE:</w:t>
      </w:r>
    </w:p>
    <w:p w14:paraId="253CC3CB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Eläkäämme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sitten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rauhassa</w:t>
      </w:r>
      <w:proofErr w:type="spellEnd"/>
      <w:r w:rsidRPr="005A017D">
        <w:rPr>
          <w:lang w:val="nb-NO"/>
        </w:rPr>
        <w:t xml:space="preserve">. </w:t>
      </w:r>
    </w:p>
    <w:p w14:paraId="272FFD1E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Så la oss være i fred. </w:t>
      </w:r>
    </w:p>
    <w:p w14:paraId="770E2E7A" w14:textId="77777777" w:rsidR="00EF112A" w:rsidRPr="005A017D" w:rsidRDefault="00EF112A" w:rsidP="005A017D">
      <w:pPr>
        <w:spacing w:after="0" w:line="240" w:lineRule="auto"/>
        <w:rPr>
          <w:lang w:val="nb-NO"/>
        </w:rPr>
      </w:pPr>
    </w:p>
    <w:p w14:paraId="77B749F6" w14:textId="77777777" w:rsidR="00EA79B4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ANNE:</w:t>
      </w:r>
    </w:p>
    <w:p w14:paraId="761A0291" w14:textId="35A0DFD2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Meidät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oon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ajettu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pois</w:t>
      </w:r>
      <w:proofErr w:type="spellEnd"/>
      <w:r w:rsidRPr="005A017D">
        <w:rPr>
          <w:lang w:val="nb-NO"/>
        </w:rPr>
        <w:t xml:space="preserve"> maastamme. </w:t>
      </w:r>
    </w:p>
    <w:p w14:paraId="07FD8821" w14:textId="4D9D57EE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Vi er fordrevet fra vårt land. </w:t>
      </w:r>
    </w:p>
    <w:p w14:paraId="245C18EE" w14:textId="7777777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lang w:val="nb-NO"/>
        </w:rPr>
        <w:t xml:space="preserve">Me </w:t>
      </w:r>
      <w:proofErr w:type="spellStart"/>
      <w:r w:rsidRPr="005A017D">
        <w:rPr>
          <w:lang w:val="nb-NO"/>
        </w:rPr>
        <w:t>olemme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haavoittuneet</w:t>
      </w:r>
      <w:proofErr w:type="spellEnd"/>
      <w:r w:rsidRPr="005A017D">
        <w:rPr>
          <w:lang w:val="nb-NO"/>
        </w:rPr>
        <w:t xml:space="preserve"> ja </w:t>
      </w:r>
      <w:proofErr w:type="spellStart"/>
      <w:r w:rsidRPr="005A017D">
        <w:rPr>
          <w:lang w:val="nb-NO"/>
        </w:rPr>
        <w:t>nälkäiset</w:t>
      </w:r>
      <w:proofErr w:type="spellEnd"/>
      <w:r w:rsidRPr="005A017D">
        <w:rPr>
          <w:lang w:val="nb-NO"/>
        </w:rPr>
        <w:t xml:space="preserve">. </w:t>
      </w:r>
    </w:p>
    <w:p w14:paraId="7C352C1D" w14:textId="28431F27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Vi er skadet og sultne. </w:t>
      </w:r>
    </w:p>
    <w:p w14:paraId="1EEA4395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7F8A258C" w14:textId="385A322C" w:rsidR="00EA79B4" w:rsidRPr="005A017D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UNDERJORDISKE:</w:t>
      </w:r>
    </w:p>
    <w:p w14:paraId="1C2F661A" w14:textId="77777777" w:rsidR="00EF112A" w:rsidRPr="005A017D" w:rsidRDefault="00000000" w:rsidP="005A017D">
      <w:pPr>
        <w:spacing w:after="0" w:line="240" w:lineRule="auto"/>
        <w:rPr>
          <w:lang w:val="nb-NO"/>
        </w:rPr>
      </w:pPr>
      <w:proofErr w:type="spellStart"/>
      <w:r w:rsidRPr="005A017D">
        <w:rPr>
          <w:lang w:val="nb-NO"/>
        </w:rPr>
        <w:t>Ihmiset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tuovat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mukanaan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vain</w:t>
      </w:r>
      <w:proofErr w:type="spellEnd"/>
      <w:r w:rsidRPr="005A017D">
        <w:rPr>
          <w:lang w:val="nb-NO"/>
        </w:rPr>
        <w:t xml:space="preserve"> </w:t>
      </w:r>
      <w:proofErr w:type="spellStart"/>
      <w:r w:rsidRPr="005A017D">
        <w:rPr>
          <w:lang w:val="nb-NO"/>
        </w:rPr>
        <w:t>tuhoa</w:t>
      </w:r>
      <w:proofErr w:type="spellEnd"/>
      <w:r w:rsidRPr="005A017D">
        <w:rPr>
          <w:lang w:val="nb-NO"/>
        </w:rPr>
        <w:t xml:space="preserve">. </w:t>
      </w:r>
    </w:p>
    <w:p w14:paraId="2004A0A4" w14:textId="783F1980" w:rsidR="00EF112A" w:rsidRPr="005A017D" w:rsidRDefault="00000000" w:rsidP="005A017D">
      <w:pPr>
        <w:spacing w:after="0" w:line="240" w:lineRule="auto"/>
        <w:rPr>
          <w:lang w:val="nb-NO"/>
        </w:rPr>
      </w:pPr>
      <w:r w:rsidRPr="005A017D">
        <w:rPr>
          <w:i/>
          <w:lang w:val="nb-NO"/>
        </w:rPr>
        <w:t xml:space="preserve">Mennesker bringer bare ødeleggelse. </w:t>
      </w:r>
    </w:p>
    <w:p w14:paraId="6C9380E7" w14:textId="77777777" w:rsidR="00EF112A" w:rsidRPr="00EA68CC" w:rsidRDefault="00000000" w:rsidP="005A017D">
      <w:pPr>
        <w:spacing w:after="0" w:line="240" w:lineRule="auto"/>
        <w:rPr>
          <w:lang w:val="nb-NO"/>
        </w:rPr>
      </w:pPr>
      <w:proofErr w:type="spellStart"/>
      <w:r w:rsidRPr="00EA68CC">
        <w:rPr>
          <w:lang w:val="nb-NO"/>
        </w:rPr>
        <w:t>Miksi</w:t>
      </w:r>
      <w:proofErr w:type="spellEnd"/>
      <w:r w:rsidRPr="00EA68CC">
        <w:rPr>
          <w:lang w:val="nb-NO"/>
        </w:rPr>
        <w:t xml:space="preserve"> </w:t>
      </w:r>
      <w:proofErr w:type="spellStart"/>
      <w:r w:rsidRPr="00EA68CC">
        <w:rPr>
          <w:lang w:val="nb-NO"/>
        </w:rPr>
        <w:t>meidän</w:t>
      </w:r>
      <w:proofErr w:type="spellEnd"/>
      <w:r w:rsidRPr="00EA68CC">
        <w:rPr>
          <w:lang w:val="nb-NO"/>
        </w:rPr>
        <w:t xml:space="preserve"> </w:t>
      </w:r>
      <w:proofErr w:type="spellStart"/>
      <w:r w:rsidRPr="00EA68CC">
        <w:rPr>
          <w:lang w:val="nb-NO"/>
        </w:rPr>
        <w:t>pitäisi</w:t>
      </w:r>
      <w:proofErr w:type="spellEnd"/>
      <w:r w:rsidRPr="00EA68CC">
        <w:rPr>
          <w:lang w:val="nb-NO"/>
        </w:rPr>
        <w:t xml:space="preserve"> </w:t>
      </w:r>
      <w:proofErr w:type="spellStart"/>
      <w:r w:rsidRPr="00EA68CC">
        <w:rPr>
          <w:lang w:val="nb-NO"/>
        </w:rPr>
        <w:t>uskoa</w:t>
      </w:r>
      <w:proofErr w:type="spellEnd"/>
      <w:r w:rsidRPr="00EA68CC">
        <w:rPr>
          <w:lang w:val="nb-NO"/>
        </w:rPr>
        <w:t xml:space="preserve"> </w:t>
      </w:r>
      <w:proofErr w:type="spellStart"/>
      <w:r w:rsidRPr="00EA68CC">
        <w:rPr>
          <w:lang w:val="nb-NO"/>
        </w:rPr>
        <w:t>teitä</w:t>
      </w:r>
      <w:proofErr w:type="spellEnd"/>
      <w:r w:rsidRPr="00EA68CC">
        <w:rPr>
          <w:lang w:val="nb-NO"/>
        </w:rPr>
        <w:t xml:space="preserve">? </w:t>
      </w:r>
    </w:p>
    <w:p w14:paraId="71C50923" w14:textId="77439F31" w:rsidR="00EF112A" w:rsidRPr="00EA68CC" w:rsidRDefault="00000000" w:rsidP="005A017D">
      <w:pPr>
        <w:spacing w:after="0" w:line="240" w:lineRule="auto"/>
        <w:rPr>
          <w:lang w:val="nb-NO"/>
        </w:rPr>
      </w:pPr>
      <w:r w:rsidRPr="00EA68CC">
        <w:rPr>
          <w:i/>
          <w:lang w:val="nb-NO"/>
        </w:rPr>
        <w:t xml:space="preserve">Hvorfor skal vi tro på dere? </w:t>
      </w:r>
    </w:p>
    <w:p w14:paraId="2EFC8139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639217CA" w14:textId="2E7A9DFB" w:rsidR="00EA79B4" w:rsidRPr="00EA68CC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ANNA:</w:t>
      </w:r>
    </w:p>
    <w:p w14:paraId="27F624C6" w14:textId="77777777" w:rsidR="00EF112A" w:rsidRPr="00EA68CC" w:rsidRDefault="00000000" w:rsidP="005A017D">
      <w:pPr>
        <w:spacing w:after="0" w:line="240" w:lineRule="auto"/>
        <w:rPr>
          <w:lang w:val="nb-NO"/>
        </w:rPr>
      </w:pPr>
      <w:proofErr w:type="spellStart"/>
      <w:r w:rsidRPr="00EA68CC">
        <w:rPr>
          <w:lang w:val="nb-NO"/>
        </w:rPr>
        <w:t>Minä</w:t>
      </w:r>
      <w:proofErr w:type="spellEnd"/>
      <w:r w:rsidRPr="00EA68CC">
        <w:rPr>
          <w:lang w:val="nb-NO"/>
        </w:rPr>
        <w:t xml:space="preserve"> </w:t>
      </w:r>
      <w:proofErr w:type="spellStart"/>
      <w:r w:rsidRPr="00EA68CC">
        <w:rPr>
          <w:lang w:val="nb-NO"/>
        </w:rPr>
        <w:t>annan</w:t>
      </w:r>
      <w:proofErr w:type="spellEnd"/>
      <w:r w:rsidRPr="00EA68CC">
        <w:rPr>
          <w:lang w:val="nb-NO"/>
        </w:rPr>
        <w:t xml:space="preserve"> </w:t>
      </w:r>
      <w:proofErr w:type="spellStart"/>
      <w:proofErr w:type="gramStart"/>
      <w:r w:rsidRPr="00EA68CC">
        <w:rPr>
          <w:lang w:val="nb-NO"/>
        </w:rPr>
        <w:t>teille</w:t>
      </w:r>
      <w:proofErr w:type="spellEnd"/>
      <w:r w:rsidRPr="00EA68CC">
        <w:rPr>
          <w:lang w:val="nb-NO"/>
        </w:rPr>
        <w:t xml:space="preserve">  </w:t>
      </w:r>
      <w:proofErr w:type="spellStart"/>
      <w:r w:rsidRPr="00EA68CC">
        <w:rPr>
          <w:lang w:val="nb-NO"/>
        </w:rPr>
        <w:t>koko</w:t>
      </w:r>
      <w:proofErr w:type="spellEnd"/>
      <w:proofErr w:type="gramEnd"/>
      <w:r w:rsidRPr="00EA68CC">
        <w:rPr>
          <w:lang w:val="nb-NO"/>
        </w:rPr>
        <w:t xml:space="preserve"> </w:t>
      </w:r>
      <w:proofErr w:type="spellStart"/>
      <w:r w:rsidRPr="00EA68CC">
        <w:rPr>
          <w:lang w:val="nb-NO"/>
        </w:rPr>
        <w:t>minun</w:t>
      </w:r>
      <w:proofErr w:type="spellEnd"/>
      <w:r w:rsidRPr="00EA68CC">
        <w:rPr>
          <w:lang w:val="nb-NO"/>
        </w:rPr>
        <w:t xml:space="preserve"> </w:t>
      </w:r>
      <w:proofErr w:type="spellStart"/>
      <w:r w:rsidRPr="00EA68CC">
        <w:rPr>
          <w:lang w:val="nb-NO"/>
        </w:rPr>
        <w:t>valtani</w:t>
      </w:r>
      <w:proofErr w:type="spellEnd"/>
      <w:r w:rsidRPr="00EA68CC">
        <w:rPr>
          <w:lang w:val="nb-NO"/>
        </w:rPr>
        <w:t xml:space="preserve">. </w:t>
      </w:r>
    </w:p>
    <w:p w14:paraId="28ED9B32" w14:textId="77777777" w:rsidR="00EF112A" w:rsidRPr="00EA68CC" w:rsidRDefault="00000000" w:rsidP="005A017D">
      <w:pPr>
        <w:spacing w:after="0" w:line="240" w:lineRule="auto"/>
        <w:rPr>
          <w:lang w:val="nb-NO"/>
        </w:rPr>
      </w:pPr>
      <w:r w:rsidRPr="00EA68CC">
        <w:rPr>
          <w:i/>
          <w:lang w:val="nb-NO"/>
        </w:rPr>
        <w:t xml:space="preserve">Jeg gir all min makt til dere. </w:t>
      </w:r>
    </w:p>
    <w:p w14:paraId="3E6789C8" w14:textId="77777777" w:rsidR="00EF112A" w:rsidRDefault="00EF112A" w:rsidP="005A017D">
      <w:pPr>
        <w:spacing w:after="0" w:line="240" w:lineRule="auto"/>
        <w:rPr>
          <w:lang w:val="nb-NO"/>
        </w:rPr>
      </w:pPr>
    </w:p>
    <w:p w14:paraId="1CA38CC0" w14:textId="74EE69A8" w:rsidR="00EA79B4" w:rsidRPr="00EA68CC" w:rsidRDefault="00EA79B4" w:rsidP="005A017D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28AE3147" w14:textId="77777777" w:rsidR="00EA79B4" w:rsidRDefault="00000000" w:rsidP="005A017D">
      <w:pPr>
        <w:spacing w:after="0" w:line="240" w:lineRule="auto"/>
        <w:rPr>
          <w:i/>
          <w:lang w:val="nb-NO"/>
        </w:rPr>
      </w:pPr>
      <w:proofErr w:type="spellStart"/>
      <w:r w:rsidRPr="00EA68CC">
        <w:rPr>
          <w:lang w:val="nb-NO"/>
        </w:rPr>
        <w:t>Tässä</w:t>
      </w:r>
      <w:proofErr w:type="spellEnd"/>
      <w:r w:rsidRPr="00EA68CC">
        <w:rPr>
          <w:lang w:val="nb-NO"/>
        </w:rPr>
        <w:t xml:space="preserve"> </w:t>
      </w:r>
      <w:proofErr w:type="spellStart"/>
      <w:r w:rsidRPr="00EA68CC">
        <w:rPr>
          <w:lang w:val="nb-NO"/>
        </w:rPr>
        <w:t>tulee</w:t>
      </w:r>
      <w:proofErr w:type="spellEnd"/>
      <w:r w:rsidRPr="00EA68CC">
        <w:rPr>
          <w:lang w:val="nb-NO"/>
        </w:rPr>
        <w:t xml:space="preserve"> </w:t>
      </w:r>
      <w:proofErr w:type="spellStart"/>
      <w:r w:rsidRPr="00EA68CC">
        <w:rPr>
          <w:lang w:val="nb-NO"/>
        </w:rPr>
        <w:t>jotakin</w:t>
      </w:r>
      <w:proofErr w:type="spellEnd"/>
      <w:r w:rsidRPr="00EA68CC">
        <w:rPr>
          <w:lang w:val="nb-NO"/>
        </w:rPr>
        <w:t xml:space="preserve"> </w:t>
      </w:r>
      <w:proofErr w:type="spellStart"/>
      <w:r w:rsidRPr="00EA68CC">
        <w:rPr>
          <w:lang w:val="nb-NO"/>
        </w:rPr>
        <w:t>lämmintä</w:t>
      </w:r>
      <w:proofErr w:type="spellEnd"/>
      <w:r w:rsidRPr="00EA68CC">
        <w:rPr>
          <w:lang w:val="nb-NO"/>
        </w:rPr>
        <w:t xml:space="preserve">. </w:t>
      </w:r>
    </w:p>
    <w:p w14:paraId="7AFC184C" w14:textId="3B578C4D" w:rsidR="00EF112A" w:rsidRPr="00EA68CC" w:rsidRDefault="00000000" w:rsidP="005A017D">
      <w:pPr>
        <w:spacing w:after="0" w:line="240" w:lineRule="auto"/>
        <w:rPr>
          <w:lang w:val="nb-NO"/>
        </w:rPr>
      </w:pPr>
      <w:r w:rsidRPr="00EA68CC">
        <w:rPr>
          <w:i/>
          <w:lang w:val="nb-NO"/>
        </w:rPr>
        <w:t xml:space="preserve">Nå kommer noe varmt. </w:t>
      </w:r>
    </w:p>
    <w:p w14:paraId="343D178B" w14:textId="77777777" w:rsidR="00EF112A" w:rsidRPr="00EA68CC" w:rsidRDefault="00EF112A" w:rsidP="005A017D">
      <w:pPr>
        <w:spacing w:after="0" w:line="240" w:lineRule="auto"/>
        <w:rPr>
          <w:lang w:val="nb-NO"/>
        </w:rPr>
      </w:pPr>
    </w:p>
    <w:p w14:paraId="5CF6BEE7" w14:textId="77777777" w:rsidR="00EF112A" w:rsidRDefault="00EF112A" w:rsidP="005A017D">
      <w:pPr>
        <w:spacing w:after="0" w:line="240" w:lineRule="auto"/>
      </w:pPr>
    </w:p>
    <w:sectPr w:rsidR="00EF112A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50BE4A" w14:textId="77777777" w:rsidR="00103FA1" w:rsidRDefault="00103FA1" w:rsidP="00D3194A">
      <w:pPr>
        <w:spacing w:after="0" w:line="240" w:lineRule="auto"/>
      </w:pPr>
      <w:r>
        <w:separator/>
      </w:r>
    </w:p>
  </w:endnote>
  <w:endnote w:type="continuationSeparator" w:id="0">
    <w:p w14:paraId="5EC78FAD" w14:textId="77777777" w:rsidR="00103FA1" w:rsidRDefault="00103FA1" w:rsidP="00D319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189678773"/>
      <w:docPartObj>
        <w:docPartGallery w:val="Page Numbers (Bottom of Page)"/>
        <w:docPartUnique/>
      </w:docPartObj>
    </w:sdtPr>
    <w:sdtContent>
      <w:p w14:paraId="2F54A8B4" w14:textId="62766294" w:rsidR="00D3194A" w:rsidRDefault="00D3194A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4F152926" w14:textId="77777777" w:rsidR="00D3194A" w:rsidRDefault="00D3194A" w:rsidP="00D3194A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95121836"/>
      <w:docPartObj>
        <w:docPartGallery w:val="Page Numbers (Bottom of Page)"/>
        <w:docPartUnique/>
      </w:docPartObj>
    </w:sdtPr>
    <w:sdtContent>
      <w:p w14:paraId="13E817C2" w14:textId="1AA4EBF4" w:rsidR="00D3194A" w:rsidRDefault="00D3194A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02D5D40B" w14:textId="77777777" w:rsidR="00D3194A" w:rsidRDefault="00D3194A" w:rsidP="00D3194A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4756B4" w14:textId="77777777" w:rsidR="00103FA1" w:rsidRDefault="00103FA1" w:rsidP="00D3194A">
      <w:pPr>
        <w:spacing w:after="0" w:line="240" w:lineRule="auto"/>
      </w:pPr>
      <w:r>
        <w:separator/>
      </w:r>
    </w:p>
  </w:footnote>
  <w:footnote w:type="continuationSeparator" w:id="0">
    <w:p w14:paraId="30A1F322" w14:textId="77777777" w:rsidR="00103FA1" w:rsidRDefault="00103FA1" w:rsidP="00D319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27100602">
    <w:abstractNumId w:val="8"/>
  </w:num>
  <w:num w:numId="2" w16cid:durableId="774177292">
    <w:abstractNumId w:val="6"/>
  </w:num>
  <w:num w:numId="3" w16cid:durableId="2146964799">
    <w:abstractNumId w:val="5"/>
  </w:num>
  <w:num w:numId="4" w16cid:durableId="476185895">
    <w:abstractNumId w:val="4"/>
  </w:num>
  <w:num w:numId="5" w16cid:durableId="946080746">
    <w:abstractNumId w:val="7"/>
  </w:num>
  <w:num w:numId="6" w16cid:durableId="479804887">
    <w:abstractNumId w:val="3"/>
  </w:num>
  <w:num w:numId="7" w16cid:durableId="1209991841">
    <w:abstractNumId w:val="2"/>
  </w:num>
  <w:num w:numId="8" w16cid:durableId="1300575021">
    <w:abstractNumId w:val="1"/>
  </w:num>
  <w:num w:numId="9" w16cid:durableId="994993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03FA1"/>
    <w:rsid w:val="0015074B"/>
    <w:rsid w:val="0029639D"/>
    <w:rsid w:val="002F2815"/>
    <w:rsid w:val="00326F90"/>
    <w:rsid w:val="005A017D"/>
    <w:rsid w:val="00AA1D8D"/>
    <w:rsid w:val="00B47730"/>
    <w:rsid w:val="00CB0664"/>
    <w:rsid w:val="00D3194A"/>
    <w:rsid w:val="00EA68CC"/>
    <w:rsid w:val="00EA79B4"/>
    <w:rsid w:val="00EF112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65FB5B"/>
  <w14:defaultImageDpi w14:val="300"/>
  <w15:docId w15:val="{4D1C0E51-0061-AF45-A471-EA7FC254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D319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499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3139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5</cp:revision>
  <dcterms:created xsi:type="dcterms:W3CDTF">2025-11-17T14:36:00Z</dcterms:created>
  <dcterms:modified xsi:type="dcterms:W3CDTF">2025-11-18T07:39:00Z</dcterms:modified>
  <cp:category/>
</cp:coreProperties>
</file>