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AC6BD" w14:textId="0D7399EE" w:rsidR="009B475E" w:rsidRPr="00785E8F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Bokmål og finsk dialogmanus, episode 2</w:t>
      </w:r>
    </w:p>
    <w:p w14:paraId="6338CDD4" w14:textId="77777777" w:rsidR="000B6887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Joki</w:t>
      </w:r>
    </w:p>
    <w:p w14:paraId="669AF1A2" w14:textId="2D0CE84E" w:rsidR="009B475E" w:rsidRPr="000B6887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i/>
          <w:iCs/>
          <w:color w:val="000000" w:themeColor="text1"/>
          <w:lang w:val="nb-NO"/>
        </w:rPr>
      </w:pPr>
      <w:r w:rsidRPr="000B6887">
        <w:rPr>
          <w:rFonts w:asciiTheme="majorHAnsi" w:eastAsiaTheme="majorEastAsia" w:hAnsiTheme="majorHAnsi" w:cstheme="majorHAnsi"/>
          <w:b/>
          <w:bCs/>
          <w:i/>
          <w:iCs/>
          <w:color w:val="000000" w:themeColor="text1"/>
          <w:lang w:val="nb-NO"/>
        </w:rPr>
        <w:t>Elva</w:t>
      </w:r>
    </w:p>
    <w:p w14:paraId="4E8045A0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079AE804" w14:textId="62D63370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259DF112" w14:textId="6E95E5B9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Tule!</w:t>
      </w:r>
    </w:p>
    <w:p w14:paraId="37360706" w14:textId="02AD456B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Kom!</w:t>
      </w:r>
    </w:p>
    <w:p w14:paraId="7CF9C0D0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Nils, tule!</w:t>
      </w:r>
    </w:p>
    <w:p w14:paraId="1466F090" w14:textId="6134BBDA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Nils, kom!</w:t>
      </w:r>
    </w:p>
    <w:p w14:paraId="6AC1E220" w14:textId="77777777" w:rsidR="009B475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Tule, Nils!</w:t>
      </w:r>
    </w:p>
    <w:p w14:paraId="411701B2" w14:textId="455F0EA6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</w:rPr>
        <w:t xml:space="preserve"> </w:t>
      </w:r>
      <w:r w:rsidRPr="00785E8F">
        <w:rPr>
          <w:rFonts w:asciiTheme="majorHAnsi" w:hAnsiTheme="majorHAnsi" w:cstheme="majorHAnsi"/>
          <w:i/>
          <w:lang w:val="nb-NO"/>
        </w:rPr>
        <w:t>Kom, Nils!</w:t>
      </w:r>
    </w:p>
    <w:p w14:paraId="488B4E39" w14:textId="2B0CCE14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Minä olen löytänyt kuolleia kaloja</w:t>
      </w:r>
    </w:p>
    <w:p w14:paraId="2344BC6C" w14:textId="4882532C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 xml:space="preserve"> Jeg har funnet død fisk...</w:t>
      </w:r>
    </w:p>
    <w:p w14:paraId="1EFD3B4D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73D8B80F" w14:textId="00455B56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5C1A1567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Ei ei ei.</w:t>
      </w:r>
    </w:p>
    <w:p w14:paraId="6FB3F74B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Nei, nei, nei.</w:t>
      </w:r>
    </w:p>
    <w:p w14:paraId="6622E125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63242DAB" w14:textId="063C2C8D" w:rsidR="00C312B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ANNA</w:t>
      </w:r>
    </w:p>
    <w:p w14:paraId="7DF8E22B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Ajattele jos jokeen on tullut tauti?</w:t>
      </w:r>
    </w:p>
    <w:p w14:paraId="50097EC9" w14:textId="4D85C41C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Tenk om vi har fått den sykdommen i elva?</w:t>
      </w:r>
    </w:p>
    <w:p w14:paraId="1751C5E8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3880E02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2EEAB555" w14:textId="42D6BFC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Niin, gyru…</w:t>
      </w:r>
    </w:p>
    <w:p w14:paraId="7D3B48F4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Gyroen...</w:t>
      </w:r>
    </w:p>
    <w:p w14:paraId="07CEDA20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Sehän olisi aivan kauheata.</w:t>
      </w:r>
    </w:p>
    <w:p w14:paraId="2592A21E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Det ville vært forferdelig.</w:t>
      </w:r>
    </w:p>
    <w:p w14:paraId="4936588E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Silloin täytyisi puhdistaa koko joen.</w:t>
      </w:r>
    </w:p>
    <w:p w14:paraId="44F01920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Da må hele elva renses.</w:t>
      </w:r>
    </w:p>
    <w:p w14:paraId="4A00BCC9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95754E5" w14:textId="0EDAE041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4660A1EB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Mitä me nyt teemme?</w:t>
      </w:r>
    </w:p>
    <w:p w14:paraId="04308E37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Hva gjør vi nå?</w:t>
      </w:r>
    </w:p>
    <w:p w14:paraId="55CC7F4A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13C1346" w14:textId="0A1531E7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18BC32A8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Meidän täytyy puhua jonkun sellaisen ihmisen kanssa,joka pystyy selvittämään kalojen kuolinsyyn.</w:t>
      </w:r>
    </w:p>
    <w:p w14:paraId="06F022CA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Vi må si fra til noen som kan sjekke dødsårsaken.</w:t>
      </w:r>
    </w:p>
    <w:p w14:paraId="6A82E89A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821FB5C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JUSSA:</w:t>
      </w:r>
    </w:p>
    <w:p w14:paraId="2EDA1F20" w14:textId="24CC2E89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Hei, Nils!</w:t>
      </w:r>
    </w:p>
    <w:p w14:paraId="00E8E7F2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Hei, Nils!</w:t>
      </w:r>
    </w:p>
    <w:p w14:paraId="0216CFD0" w14:textId="77777777" w:rsidR="00C312BE" w:rsidRPr="00785E8F" w:rsidRDefault="00C312BE" w:rsidP="00785E8F">
      <w:pPr>
        <w:spacing w:after="0"/>
        <w:rPr>
          <w:rFonts w:asciiTheme="majorHAnsi" w:hAnsiTheme="majorHAnsi" w:cstheme="majorHAnsi"/>
        </w:rPr>
      </w:pPr>
    </w:p>
    <w:p w14:paraId="47D4D3C1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 xml:space="preserve">NILS: </w:t>
      </w:r>
    </w:p>
    <w:p w14:paraId="67559801" w14:textId="09EF9932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Hei isä!</w:t>
      </w:r>
    </w:p>
    <w:p w14:paraId="59B53A73" w14:textId="4ACC5C9E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Hei, pappa!</w:t>
      </w:r>
    </w:p>
    <w:p w14:paraId="506D5AB3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Me olemme löytäneet kuolleita kalloja joesta!</w:t>
      </w:r>
    </w:p>
    <w:p w14:paraId="0E3D5A60" w14:textId="1D09FA82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Vi har funnet død fisk i elva!</w:t>
      </w:r>
    </w:p>
    <w:p w14:paraId="62C0C414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82F1DBE" w14:textId="19740E7C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JUSSA:</w:t>
      </w:r>
    </w:p>
    <w:p w14:paraId="6294B9C5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Mistä?</w:t>
      </w:r>
    </w:p>
    <w:p w14:paraId="7EA799CC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Hvor da?</w:t>
      </w:r>
    </w:p>
    <w:p w14:paraId="7EC42223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55EA2CF" w14:textId="4C7175BA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5A98B00C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Uimapaikan vierestä.</w:t>
      </w:r>
    </w:p>
    <w:p w14:paraId="2EA695D3" w14:textId="37BE46B3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Ved badeplassen.</w:t>
      </w:r>
    </w:p>
    <w:p w14:paraId="04517196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Ajattele jos me olemme saanee jokeen lohen tappaaja taudin!</w:t>
      </w:r>
    </w:p>
    <w:p w14:paraId="44CC35F0" w14:textId="77777777" w:rsidR="009B475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Tenk om vi har fått laksedreperen!</w:t>
      </w:r>
    </w:p>
    <w:p w14:paraId="6325DBF9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Se oon kriisin paikka!</w:t>
      </w:r>
    </w:p>
    <w:p w14:paraId="3E74C583" w14:textId="693E00DE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Det er krise!</w:t>
      </w:r>
    </w:p>
    <w:p w14:paraId="20C9F534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F9F7320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JUSSA:</w:t>
      </w:r>
    </w:p>
    <w:p w14:paraId="22734B23" w14:textId="2112219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Siihen voi olla muitakin syitä, Nils.</w:t>
      </w:r>
    </w:p>
    <w:p w14:paraId="3C164AF7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Det kan være flere årsaker, Nils.</w:t>
      </w:r>
    </w:p>
    <w:p w14:paraId="1EF93F50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Minä soitan Ruokavirastoon, jotta kuulemme mitä meidän täytyy tehdä.</w:t>
      </w:r>
    </w:p>
    <w:p w14:paraId="5AFE95A3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Jeg skal ringe til Mattilsynet og få vite hva vi skal gjøre.</w:t>
      </w:r>
    </w:p>
    <w:p w14:paraId="6F80B30C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Ota kuvia ja laita kalat kylmään sen ajaksi.</w:t>
      </w:r>
    </w:p>
    <w:p w14:paraId="3761B691" w14:textId="3310613A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Ta noen bilder og legg fisken kaldt imens.</w:t>
      </w:r>
    </w:p>
    <w:p w14:paraId="3AA59F09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3ED3BD97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 xml:space="preserve">NILS: </w:t>
      </w:r>
    </w:p>
    <w:p w14:paraId="7BB19EF0" w14:textId="6B1279B3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Selvä.</w:t>
      </w:r>
    </w:p>
    <w:p w14:paraId="682B6388" w14:textId="5C1D238B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Ok!</w:t>
      </w:r>
    </w:p>
    <w:p w14:paraId="66204912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Heipähei.</w:t>
      </w:r>
    </w:p>
    <w:p w14:paraId="7FA015CC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Ha det!</w:t>
      </w:r>
    </w:p>
    <w:p w14:paraId="3B712048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275FE2B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JUSSA:</w:t>
      </w:r>
    </w:p>
    <w:p w14:paraId="036DB655" w14:textId="31D70F62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Ollaan kuulolla</w:t>
      </w:r>
    </w:p>
    <w:p w14:paraId="22F8928D" w14:textId="23A469C0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Vi snakkes!</w:t>
      </w:r>
    </w:p>
    <w:p w14:paraId="4188E37E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sectPr w:rsidR="00C312BE" w:rsidRPr="00785E8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B0309" w14:textId="77777777" w:rsidR="00F51FE5" w:rsidRDefault="00F51FE5" w:rsidP="009B475E">
      <w:pPr>
        <w:spacing w:after="0" w:line="240" w:lineRule="auto"/>
      </w:pPr>
      <w:r>
        <w:separator/>
      </w:r>
    </w:p>
  </w:endnote>
  <w:endnote w:type="continuationSeparator" w:id="0">
    <w:p w14:paraId="321BE5BB" w14:textId="77777777" w:rsidR="00F51FE5" w:rsidRDefault="00F51FE5" w:rsidP="009B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63225957"/>
      <w:docPartObj>
        <w:docPartGallery w:val="Page Numbers (Bottom of Page)"/>
        <w:docPartUnique/>
      </w:docPartObj>
    </w:sdtPr>
    <w:sdtContent>
      <w:p w14:paraId="7ADBA028" w14:textId="3FE651F0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076FC9AB" w14:textId="77777777" w:rsidR="009B475E" w:rsidRDefault="009B475E" w:rsidP="009B475E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995800111"/>
      <w:docPartObj>
        <w:docPartGallery w:val="Page Numbers (Bottom of Page)"/>
        <w:docPartUnique/>
      </w:docPartObj>
    </w:sdtPr>
    <w:sdtContent>
      <w:p w14:paraId="1EE9220D" w14:textId="21575FC3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7C274749" w14:textId="77777777" w:rsidR="009B475E" w:rsidRDefault="009B475E" w:rsidP="009B475E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D39F6" w14:textId="77777777" w:rsidR="00F51FE5" w:rsidRDefault="00F51FE5" w:rsidP="009B475E">
      <w:pPr>
        <w:spacing w:after="0" w:line="240" w:lineRule="auto"/>
      </w:pPr>
      <w:r>
        <w:separator/>
      </w:r>
    </w:p>
  </w:footnote>
  <w:footnote w:type="continuationSeparator" w:id="0">
    <w:p w14:paraId="220151CF" w14:textId="77777777" w:rsidR="00F51FE5" w:rsidRDefault="00F51FE5" w:rsidP="009B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6305721">
    <w:abstractNumId w:val="8"/>
  </w:num>
  <w:num w:numId="2" w16cid:durableId="978075671">
    <w:abstractNumId w:val="6"/>
  </w:num>
  <w:num w:numId="3" w16cid:durableId="1258907526">
    <w:abstractNumId w:val="5"/>
  </w:num>
  <w:num w:numId="4" w16cid:durableId="2128618119">
    <w:abstractNumId w:val="4"/>
  </w:num>
  <w:num w:numId="5" w16cid:durableId="893349618">
    <w:abstractNumId w:val="7"/>
  </w:num>
  <w:num w:numId="6" w16cid:durableId="1714841884">
    <w:abstractNumId w:val="3"/>
  </w:num>
  <w:num w:numId="7" w16cid:durableId="1110515444">
    <w:abstractNumId w:val="2"/>
  </w:num>
  <w:num w:numId="8" w16cid:durableId="1334334326">
    <w:abstractNumId w:val="1"/>
  </w:num>
  <w:num w:numId="9" w16cid:durableId="1612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6887"/>
    <w:rsid w:val="0015074B"/>
    <w:rsid w:val="0029639D"/>
    <w:rsid w:val="00326F90"/>
    <w:rsid w:val="00425062"/>
    <w:rsid w:val="006F43EE"/>
    <w:rsid w:val="00785E8F"/>
    <w:rsid w:val="009B475E"/>
    <w:rsid w:val="00AA1D8D"/>
    <w:rsid w:val="00AD51B6"/>
    <w:rsid w:val="00B47730"/>
    <w:rsid w:val="00B65AA0"/>
    <w:rsid w:val="00C312BE"/>
    <w:rsid w:val="00CB0664"/>
    <w:rsid w:val="00F51FE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BD68D8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4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213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2025-11-14T12:39:00Z</dcterms:created>
  <dcterms:modified xsi:type="dcterms:W3CDTF">2025-12-03T08:29:00Z</dcterms:modified>
  <cp:category/>
</cp:coreProperties>
</file>