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95A54" w14:textId="77777777" w:rsidR="000017F6" w:rsidRPr="00F96788" w:rsidRDefault="000017F6" w:rsidP="00F96788">
      <w:pPr>
        <w:spacing w:after="0"/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</w:pPr>
      <w:proofErr w:type="spellStart"/>
      <w:r w:rsidRPr="00F96788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Bokmål</w:t>
      </w:r>
      <w:proofErr w:type="spellEnd"/>
      <w:r w:rsidRPr="00F96788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 xml:space="preserve"> og finsk dialogmanus, episode 3</w:t>
      </w:r>
    </w:p>
    <w:p w14:paraId="21D7C710" w14:textId="4259297C" w:rsidR="00B87D21" w:rsidRPr="00F96788" w:rsidRDefault="00000000" w:rsidP="00F96788">
      <w:pPr>
        <w:spacing w:after="0"/>
        <w:rPr>
          <w:rFonts w:asciiTheme="majorHAnsi" w:hAnsiTheme="majorHAnsi" w:cstheme="majorHAnsi"/>
          <w:b/>
          <w:bCs/>
          <w:color w:val="000000" w:themeColor="text1"/>
        </w:rPr>
      </w:pPr>
      <w:r w:rsidRPr="00F96788">
        <w:rPr>
          <w:rFonts w:asciiTheme="majorHAnsi" w:hAnsiTheme="majorHAnsi" w:cstheme="majorHAnsi"/>
          <w:b/>
          <w:bCs/>
          <w:color w:val="000000" w:themeColor="text1"/>
        </w:rPr>
        <w:t>Ilmoitusseinä</w:t>
      </w:r>
    </w:p>
    <w:p w14:paraId="6DFC82C8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b/>
          <w:bCs/>
          <w:color w:val="000000" w:themeColor="text1"/>
        </w:rPr>
      </w:pPr>
      <w:r w:rsidRPr="00F96788">
        <w:rPr>
          <w:rFonts w:asciiTheme="majorHAnsi" w:hAnsiTheme="majorHAnsi" w:cstheme="majorHAnsi"/>
          <w:b/>
          <w:bCs/>
          <w:i/>
          <w:color w:val="000000" w:themeColor="text1"/>
        </w:rPr>
        <w:t>Annonsevegg</w:t>
      </w:r>
    </w:p>
    <w:p w14:paraId="0B3227EC" w14:textId="77777777" w:rsidR="00B87D21" w:rsidRPr="00F96788" w:rsidRDefault="00B87D21" w:rsidP="00F96788">
      <w:pPr>
        <w:spacing w:after="0"/>
        <w:rPr>
          <w:rFonts w:asciiTheme="majorHAnsi" w:hAnsiTheme="majorHAnsi" w:cstheme="majorHAnsi"/>
        </w:rPr>
      </w:pPr>
    </w:p>
    <w:p w14:paraId="3B764E82" w14:textId="77777777" w:rsidR="000017F6" w:rsidRPr="00F96788" w:rsidRDefault="000017F6" w:rsidP="00F96788">
      <w:pPr>
        <w:spacing w:after="0"/>
        <w:rPr>
          <w:rFonts w:asciiTheme="majorHAnsi" w:hAnsiTheme="majorHAnsi" w:cstheme="majorHAnsi"/>
        </w:rPr>
      </w:pPr>
      <w:proofErr w:type="spellStart"/>
      <w:r w:rsidRPr="00F96788">
        <w:rPr>
          <w:rFonts w:asciiTheme="majorHAnsi" w:hAnsiTheme="majorHAnsi" w:cstheme="majorHAnsi"/>
        </w:rPr>
        <w:t>EEVA</w:t>
      </w:r>
      <w:proofErr w:type="spellEnd"/>
      <w:r w:rsidRPr="00F96788">
        <w:rPr>
          <w:rFonts w:asciiTheme="majorHAnsi" w:hAnsiTheme="majorHAnsi" w:cstheme="majorHAnsi"/>
        </w:rPr>
        <w:t xml:space="preserve">: </w:t>
      </w:r>
    </w:p>
    <w:p w14:paraId="59B404A6" w14:textId="35AFFC7E" w:rsidR="00B87D21" w:rsidRPr="00F96788" w:rsidRDefault="00000000" w:rsidP="00F96788">
      <w:pPr>
        <w:spacing w:after="0"/>
        <w:rPr>
          <w:rFonts w:asciiTheme="majorHAnsi" w:hAnsiTheme="majorHAnsi" w:cstheme="majorHAnsi"/>
        </w:rPr>
      </w:pPr>
      <w:r w:rsidRPr="00F96788">
        <w:rPr>
          <w:rFonts w:asciiTheme="majorHAnsi" w:hAnsiTheme="majorHAnsi" w:cstheme="majorHAnsi"/>
        </w:rPr>
        <w:t>Nils!</w:t>
      </w:r>
    </w:p>
    <w:p w14:paraId="6A2339D5" w14:textId="40FF4F0E" w:rsidR="00B87D21" w:rsidRPr="00F96788" w:rsidRDefault="00000000" w:rsidP="00F96788">
      <w:pPr>
        <w:spacing w:after="0"/>
        <w:rPr>
          <w:rFonts w:asciiTheme="majorHAnsi" w:hAnsiTheme="majorHAnsi" w:cstheme="majorHAnsi"/>
        </w:rPr>
      </w:pPr>
      <w:r w:rsidRPr="00F96788">
        <w:rPr>
          <w:rFonts w:asciiTheme="majorHAnsi" w:hAnsiTheme="majorHAnsi" w:cstheme="majorHAnsi"/>
          <w:i/>
        </w:rPr>
        <w:t>Nils!</w:t>
      </w:r>
    </w:p>
    <w:p w14:paraId="2BE9E9F5" w14:textId="77777777" w:rsidR="00B87D21" w:rsidRPr="00F96788" w:rsidRDefault="00000000" w:rsidP="00F96788">
      <w:pPr>
        <w:spacing w:after="0"/>
        <w:rPr>
          <w:rFonts w:asciiTheme="majorHAnsi" w:hAnsiTheme="majorHAnsi" w:cstheme="majorHAnsi"/>
        </w:rPr>
      </w:pPr>
      <w:r w:rsidRPr="00F96788">
        <w:rPr>
          <w:rFonts w:asciiTheme="majorHAnsi" w:hAnsiTheme="majorHAnsi" w:cstheme="majorHAnsi"/>
        </w:rPr>
        <w:t>Nils?</w:t>
      </w:r>
    </w:p>
    <w:p w14:paraId="47C11B78" w14:textId="1A905E70" w:rsidR="00B87D21" w:rsidRPr="00F96788" w:rsidRDefault="00000000" w:rsidP="00F96788">
      <w:pPr>
        <w:spacing w:after="0"/>
        <w:rPr>
          <w:rFonts w:asciiTheme="majorHAnsi" w:hAnsiTheme="majorHAnsi" w:cstheme="majorHAnsi"/>
        </w:rPr>
      </w:pPr>
      <w:r w:rsidRPr="00F96788">
        <w:rPr>
          <w:rFonts w:asciiTheme="majorHAnsi" w:hAnsiTheme="majorHAnsi" w:cstheme="majorHAnsi"/>
          <w:i/>
        </w:rPr>
        <w:t>Nils?</w:t>
      </w:r>
    </w:p>
    <w:p w14:paraId="719713B4" w14:textId="77777777" w:rsidR="00B87D21" w:rsidRPr="00F96788" w:rsidRDefault="00000000" w:rsidP="00F96788">
      <w:pPr>
        <w:spacing w:after="0"/>
        <w:rPr>
          <w:rFonts w:asciiTheme="majorHAnsi" w:hAnsiTheme="majorHAnsi" w:cstheme="majorHAnsi"/>
        </w:rPr>
      </w:pPr>
      <w:r w:rsidRPr="00F96788">
        <w:rPr>
          <w:rFonts w:asciiTheme="majorHAnsi" w:hAnsiTheme="majorHAnsi" w:cstheme="majorHAnsi"/>
        </w:rPr>
        <w:t xml:space="preserve">Onko </w:t>
      </w:r>
      <w:proofErr w:type="spellStart"/>
      <w:r w:rsidRPr="00F96788">
        <w:rPr>
          <w:rFonts w:asciiTheme="majorHAnsi" w:hAnsiTheme="majorHAnsi" w:cstheme="majorHAnsi"/>
        </w:rPr>
        <w:t>totta</w:t>
      </w:r>
      <w:proofErr w:type="spellEnd"/>
      <w:r w:rsidRPr="00F96788">
        <w:rPr>
          <w:rFonts w:asciiTheme="majorHAnsi" w:hAnsiTheme="majorHAnsi" w:cstheme="majorHAnsi"/>
        </w:rPr>
        <w:t xml:space="preserve"> </w:t>
      </w:r>
      <w:proofErr w:type="spellStart"/>
      <w:r w:rsidRPr="00F96788">
        <w:rPr>
          <w:rFonts w:asciiTheme="majorHAnsi" w:hAnsiTheme="majorHAnsi" w:cstheme="majorHAnsi"/>
        </w:rPr>
        <w:t>että</w:t>
      </w:r>
      <w:proofErr w:type="spellEnd"/>
      <w:r w:rsidRPr="00F96788">
        <w:rPr>
          <w:rFonts w:asciiTheme="majorHAnsi" w:hAnsiTheme="majorHAnsi" w:cstheme="majorHAnsi"/>
        </w:rPr>
        <w:t xml:space="preserve"> </w:t>
      </w:r>
      <w:proofErr w:type="spellStart"/>
      <w:r w:rsidRPr="00F96788">
        <w:rPr>
          <w:rFonts w:asciiTheme="majorHAnsi" w:hAnsiTheme="majorHAnsi" w:cstheme="majorHAnsi"/>
        </w:rPr>
        <w:t>sinä</w:t>
      </w:r>
      <w:proofErr w:type="spellEnd"/>
      <w:r w:rsidRPr="00F96788">
        <w:rPr>
          <w:rFonts w:asciiTheme="majorHAnsi" w:hAnsiTheme="majorHAnsi" w:cstheme="majorHAnsi"/>
        </w:rPr>
        <w:t xml:space="preserve"> </w:t>
      </w:r>
      <w:proofErr w:type="spellStart"/>
      <w:r w:rsidRPr="00F96788">
        <w:rPr>
          <w:rFonts w:asciiTheme="majorHAnsi" w:hAnsiTheme="majorHAnsi" w:cstheme="majorHAnsi"/>
        </w:rPr>
        <w:t>olet</w:t>
      </w:r>
      <w:proofErr w:type="spellEnd"/>
      <w:r w:rsidRPr="00F96788">
        <w:rPr>
          <w:rFonts w:asciiTheme="majorHAnsi" w:hAnsiTheme="majorHAnsi" w:cstheme="majorHAnsi"/>
        </w:rPr>
        <w:t xml:space="preserve"> löytänyt kuolleita kaloja joesta?!</w:t>
      </w:r>
    </w:p>
    <w:p w14:paraId="4BDBE29E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Er det sant at du fant død fisk i elva?!</w:t>
      </w:r>
    </w:p>
    <w:p w14:paraId="0BD0A7D4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Onko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pukkelilohi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tullut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jo </w:t>
      </w:r>
      <w:proofErr w:type="spellStart"/>
      <w:r w:rsidRPr="00F96788">
        <w:rPr>
          <w:rFonts w:asciiTheme="majorHAnsi" w:hAnsiTheme="majorHAnsi" w:cstheme="majorHAnsi"/>
          <w:lang w:val="nb-NO"/>
        </w:rPr>
        <w:t>jokeen</w:t>
      </w:r>
      <w:proofErr w:type="spellEnd"/>
      <w:r w:rsidRPr="00F96788">
        <w:rPr>
          <w:rFonts w:asciiTheme="majorHAnsi" w:hAnsiTheme="majorHAnsi" w:cstheme="majorHAnsi"/>
          <w:lang w:val="nb-NO"/>
        </w:rPr>
        <w:t>?</w:t>
      </w:r>
    </w:p>
    <w:p w14:paraId="5EC32A29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Kan pukkellaksen ha invadert elva allerede?</w:t>
      </w:r>
    </w:p>
    <w:p w14:paraId="00353EF1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5BC4113" w14:textId="1F8C3F99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NILS:</w:t>
      </w:r>
    </w:p>
    <w:p w14:paraId="72193F1B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En </w:t>
      </w:r>
      <w:proofErr w:type="spellStart"/>
      <w:r w:rsidRPr="00F96788">
        <w:rPr>
          <w:rFonts w:asciiTheme="majorHAnsi" w:hAnsiTheme="majorHAnsi" w:cstheme="majorHAnsi"/>
          <w:lang w:val="nb-NO"/>
        </w:rPr>
        <w:t>minä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tiedä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4D96E8C6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Jeg vet ikke.</w:t>
      </w:r>
    </w:p>
    <w:p w14:paraId="3F9A2E24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Ei sen </w:t>
      </w:r>
      <w:proofErr w:type="spellStart"/>
      <w:r w:rsidRPr="00F96788">
        <w:rPr>
          <w:rFonts w:asciiTheme="majorHAnsi" w:hAnsiTheme="majorHAnsi" w:cstheme="majorHAnsi"/>
          <w:lang w:val="nb-NO"/>
        </w:rPr>
        <w:t>oikeastaan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näin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aikaisin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kesällä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pitäis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tulla.</w:t>
      </w:r>
    </w:p>
    <w:p w14:paraId="18E8FFEF" w14:textId="627083AE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Det er egentlig for tidlig på sommeren for det.</w:t>
      </w:r>
    </w:p>
    <w:p w14:paraId="3DAF3A08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06522651" w14:textId="0396363A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1894AA00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Mikä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pukkelilohi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oon</w:t>
      </w:r>
      <w:proofErr w:type="spellEnd"/>
      <w:r w:rsidRPr="00F96788">
        <w:rPr>
          <w:rFonts w:asciiTheme="majorHAnsi" w:hAnsiTheme="majorHAnsi" w:cstheme="majorHAnsi"/>
          <w:lang w:val="nb-NO"/>
        </w:rPr>
        <w:t>?</w:t>
      </w:r>
    </w:p>
    <w:p w14:paraId="1A4A7ACC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Hva er pukkellaks?</w:t>
      </w:r>
    </w:p>
    <w:p w14:paraId="3655B1D0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09339E7" w14:textId="33D9BD72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7B211560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Sama </w:t>
      </w:r>
      <w:proofErr w:type="spellStart"/>
      <w:r w:rsidRPr="00F96788">
        <w:rPr>
          <w:rFonts w:asciiTheme="majorHAnsi" w:hAnsiTheme="majorHAnsi" w:cstheme="majorHAnsi"/>
          <w:lang w:val="nb-NO"/>
        </w:rPr>
        <w:t>kuin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kyttyrälohi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3F3E0880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Samme som russerlaks.</w:t>
      </w:r>
    </w:p>
    <w:p w14:paraId="71323FBC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Saattaisiko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se </w:t>
      </w:r>
      <w:proofErr w:type="spellStart"/>
      <w:r w:rsidRPr="00F96788">
        <w:rPr>
          <w:rFonts w:asciiTheme="majorHAnsi" w:hAnsiTheme="majorHAnsi" w:cstheme="majorHAnsi"/>
          <w:lang w:val="nb-NO"/>
        </w:rPr>
        <w:t>kaloja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vaivaava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olla </w:t>
      </w:r>
      <w:proofErr w:type="spellStart"/>
      <w:r w:rsidRPr="00F96788">
        <w:rPr>
          <w:rFonts w:asciiTheme="majorHAnsi" w:hAnsiTheme="majorHAnsi" w:cstheme="majorHAnsi"/>
          <w:lang w:val="nb-NO"/>
        </w:rPr>
        <w:t>lohen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täi</w:t>
      </w:r>
      <w:proofErr w:type="spellEnd"/>
      <w:r w:rsidRPr="00F96788">
        <w:rPr>
          <w:rFonts w:asciiTheme="majorHAnsi" w:hAnsiTheme="majorHAnsi" w:cstheme="majorHAnsi"/>
          <w:lang w:val="nb-NO"/>
        </w:rPr>
        <w:t>?</w:t>
      </w:r>
    </w:p>
    <w:p w14:paraId="2FC3F234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Kan det være lakselusa?</w:t>
      </w:r>
    </w:p>
    <w:p w14:paraId="0B2F85BE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92A7D20" w14:textId="37638DAE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NILS:</w:t>
      </w:r>
    </w:p>
    <w:p w14:paraId="2E0F09D2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Ei, ei </w:t>
      </w:r>
      <w:proofErr w:type="spellStart"/>
      <w:r w:rsidRPr="00F96788">
        <w:rPr>
          <w:rFonts w:asciiTheme="majorHAnsi" w:hAnsiTheme="majorHAnsi" w:cstheme="majorHAnsi"/>
          <w:lang w:val="nb-NO"/>
        </w:rPr>
        <w:t>makeassa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vedessä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06101E17" w14:textId="013F2C6C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Nei, ikke i ferskvann.</w:t>
      </w:r>
    </w:p>
    <w:p w14:paraId="60DCD5F9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Odotamme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nyt </w:t>
      </w:r>
      <w:proofErr w:type="spellStart"/>
      <w:r w:rsidRPr="00F96788">
        <w:rPr>
          <w:rFonts w:asciiTheme="majorHAnsi" w:hAnsiTheme="majorHAnsi" w:cstheme="majorHAnsi"/>
          <w:lang w:val="nb-NO"/>
        </w:rPr>
        <w:t>vastauksia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niistä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tehdyistä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kokeista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130988FA" w14:textId="6F97E766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Vi venter på svar på prøvene.</w:t>
      </w:r>
    </w:p>
    <w:p w14:paraId="4330CEA1" w14:textId="77777777" w:rsidR="00550739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02F3A42" w14:textId="621409F7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7EDAB25E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Hei, </w:t>
      </w:r>
      <w:proofErr w:type="spellStart"/>
      <w:r w:rsidRPr="00F96788">
        <w:rPr>
          <w:rFonts w:asciiTheme="majorHAnsi" w:hAnsiTheme="majorHAnsi" w:cstheme="majorHAnsi"/>
          <w:lang w:val="nb-NO"/>
        </w:rPr>
        <w:t>oppilaat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26F9A96D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Hei, elever.</w:t>
      </w:r>
    </w:p>
    <w:p w14:paraId="7690D933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Ok </w:t>
      </w:r>
      <w:proofErr w:type="spellStart"/>
      <w:r w:rsidRPr="00F96788">
        <w:rPr>
          <w:rFonts w:asciiTheme="majorHAnsi" w:hAnsiTheme="majorHAnsi" w:cstheme="majorHAnsi"/>
          <w:lang w:val="nb-NO"/>
        </w:rPr>
        <w:t>selvä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, nyt </w:t>
      </w:r>
      <w:proofErr w:type="spellStart"/>
      <w:r w:rsidRPr="00F96788">
        <w:rPr>
          <w:rFonts w:asciiTheme="majorHAnsi" w:hAnsiTheme="majorHAnsi" w:cstheme="majorHAnsi"/>
          <w:lang w:val="nb-NO"/>
        </w:rPr>
        <w:t>aloittamme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2DE96F77" w14:textId="35CF409E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Ok, klart, nå begynner vi.</w:t>
      </w:r>
    </w:p>
    <w:p w14:paraId="54AD9C67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Teillä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on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tehtävänä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laittaa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pystyyn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mainosseinä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23560BF6" w14:textId="6AEEB8D9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lastRenderedPageBreak/>
        <w:t>Dere skal lage en annonsevegg.</w:t>
      </w:r>
    </w:p>
    <w:p w14:paraId="532F8354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Käyttäkkää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tätä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seinää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, se </w:t>
      </w:r>
      <w:proofErr w:type="spellStart"/>
      <w:r w:rsidRPr="00F96788">
        <w:rPr>
          <w:rFonts w:asciiTheme="majorHAnsi" w:hAnsiTheme="majorHAnsi" w:cstheme="majorHAnsi"/>
          <w:lang w:val="nb-NO"/>
        </w:rPr>
        <w:t>on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tarpeeksi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iso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60CE0062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Bruk denne veggen, den er stor nok.</w:t>
      </w:r>
    </w:p>
    <w:p w14:paraId="513A5585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Minä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olen </w:t>
      </w:r>
      <w:proofErr w:type="spellStart"/>
      <w:r w:rsidRPr="00F96788">
        <w:rPr>
          <w:rFonts w:asciiTheme="majorHAnsi" w:hAnsiTheme="majorHAnsi" w:cstheme="majorHAnsi"/>
          <w:lang w:val="nb-NO"/>
        </w:rPr>
        <w:t>tulostanut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ilmoituksia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joita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löytyy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teidän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sosiaalisen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median </w:t>
      </w:r>
      <w:proofErr w:type="spellStart"/>
      <w:r w:rsidRPr="00F96788">
        <w:rPr>
          <w:rFonts w:asciiTheme="majorHAnsi" w:hAnsiTheme="majorHAnsi" w:cstheme="majorHAnsi"/>
          <w:lang w:val="nb-NO"/>
        </w:rPr>
        <w:t>informaatiovirrasta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45EFAFAD" w14:textId="633659A9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Jeg har skrevet ut annonser fra informasjonsstrømmene deres på sosiale medier.</w:t>
      </w:r>
    </w:p>
    <w:p w14:paraId="5AEA0B05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Ensiksi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ripustatte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nämä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ilmoitukset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ylös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seinälle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5FB5B175" w14:textId="371A99E9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Først skal dere henge disse annonsene opp på veggen.</w:t>
      </w:r>
    </w:p>
    <w:p w14:paraId="5865ABE5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2D29DC72" w14:textId="77777777" w:rsidR="00550739" w:rsidRPr="00F96788" w:rsidRDefault="00550739" w:rsidP="00F96788">
      <w:pPr>
        <w:spacing w:after="0"/>
        <w:rPr>
          <w:rFonts w:asciiTheme="majorHAnsi" w:hAnsiTheme="majorHAnsi" w:cstheme="majorHAnsi"/>
        </w:rPr>
      </w:pPr>
      <w:proofErr w:type="spellStart"/>
      <w:r w:rsidRPr="00F96788">
        <w:rPr>
          <w:rFonts w:asciiTheme="majorHAnsi" w:hAnsiTheme="majorHAnsi" w:cstheme="majorHAnsi"/>
        </w:rPr>
        <w:t>KAISA</w:t>
      </w:r>
      <w:proofErr w:type="spellEnd"/>
      <w:r w:rsidRPr="00F96788">
        <w:rPr>
          <w:rFonts w:asciiTheme="majorHAnsi" w:hAnsiTheme="majorHAnsi" w:cstheme="majorHAnsi"/>
        </w:rPr>
        <w:t xml:space="preserve">: </w:t>
      </w:r>
    </w:p>
    <w:p w14:paraId="0A202A00" w14:textId="6DB0A7FF" w:rsidR="00B87D21" w:rsidRPr="00F96788" w:rsidRDefault="00000000" w:rsidP="00F96788">
      <w:pPr>
        <w:spacing w:after="0"/>
        <w:rPr>
          <w:rFonts w:asciiTheme="majorHAnsi" w:hAnsiTheme="majorHAnsi" w:cstheme="majorHAnsi"/>
        </w:rPr>
      </w:pPr>
      <w:proofErr w:type="spellStart"/>
      <w:r w:rsidRPr="00F96788">
        <w:rPr>
          <w:rFonts w:asciiTheme="majorHAnsi" w:hAnsiTheme="majorHAnsi" w:cstheme="majorHAnsi"/>
        </w:rPr>
        <w:t>Tässä</w:t>
      </w:r>
      <w:proofErr w:type="spellEnd"/>
      <w:r w:rsidRPr="00F96788">
        <w:rPr>
          <w:rFonts w:asciiTheme="majorHAnsi" w:hAnsiTheme="majorHAnsi" w:cstheme="majorHAnsi"/>
        </w:rPr>
        <w:t xml:space="preserve"> on </w:t>
      </w:r>
      <w:proofErr w:type="spellStart"/>
      <w:r w:rsidRPr="00F96788">
        <w:rPr>
          <w:rFonts w:asciiTheme="majorHAnsi" w:hAnsiTheme="majorHAnsi" w:cstheme="majorHAnsi"/>
        </w:rPr>
        <w:t>paljon</w:t>
      </w:r>
      <w:proofErr w:type="spellEnd"/>
      <w:r w:rsidRPr="00F96788">
        <w:rPr>
          <w:rFonts w:asciiTheme="majorHAnsi" w:hAnsiTheme="majorHAnsi" w:cstheme="majorHAnsi"/>
        </w:rPr>
        <w:t xml:space="preserve"> </w:t>
      </w:r>
      <w:proofErr w:type="spellStart"/>
      <w:r w:rsidRPr="00F96788">
        <w:rPr>
          <w:rFonts w:asciiTheme="majorHAnsi" w:hAnsiTheme="majorHAnsi" w:cstheme="majorHAnsi"/>
        </w:rPr>
        <w:t>samankaltaisia</w:t>
      </w:r>
      <w:proofErr w:type="spellEnd"/>
      <w:r w:rsidRPr="00F96788">
        <w:rPr>
          <w:rFonts w:asciiTheme="majorHAnsi" w:hAnsiTheme="majorHAnsi" w:cstheme="majorHAnsi"/>
        </w:rPr>
        <w:t xml:space="preserve"> </w:t>
      </w:r>
      <w:proofErr w:type="spellStart"/>
      <w:r w:rsidRPr="00F96788">
        <w:rPr>
          <w:rFonts w:asciiTheme="majorHAnsi" w:hAnsiTheme="majorHAnsi" w:cstheme="majorHAnsi"/>
        </w:rPr>
        <w:t>ilmoituksia</w:t>
      </w:r>
      <w:proofErr w:type="spellEnd"/>
      <w:r w:rsidRPr="00F96788">
        <w:rPr>
          <w:rFonts w:asciiTheme="majorHAnsi" w:hAnsiTheme="majorHAnsi" w:cstheme="majorHAnsi"/>
        </w:rPr>
        <w:t>.</w:t>
      </w:r>
    </w:p>
    <w:p w14:paraId="0EF7FEFF" w14:textId="39FAD02A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Det er mange annonser som er like.</w:t>
      </w:r>
    </w:p>
    <w:p w14:paraId="073620BD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Voimmeko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laittaa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erilaisia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ryhmiä</w:t>
      </w:r>
      <w:proofErr w:type="spellEnd"/>
      <w:r w:rsidRPr="00F96788">
        <w:rPr>
          <w:rFonts w:asciiTheme="majorHAnsi" w:hAnsiTheme="majorHAnsi" w:cstheme="majorHAnsi"/>
          <w:lang w:val="nb-NO"/>
        </w:rPr>
        <w:t>?</w:t>
      </w:r>
    </w:p>
    <w:p w14:paraId="4292A529" w14:textId="6610B16C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Kan vi lage forskjellige kategorier?</w:t>
      </w:r>
    </w:p>
    <w:p w14:paraId="0ED70012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92A74C6" w14:textId="10B48619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1CCEBFA6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Joo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F96788">
        <w:rPr>
          <w:rFonts w:asciiTheme="majorHAnsi" w:hAnsiTheme="majorHAnsi" w:cstheme="majorHAnsi"/>
          <w:lang w:val="nb-NO"/>
        </w:rPr>
        <w:t>tietenkin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429B167A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Ja, absolutt.</w:t>
      </w:r>
    </w:p>
    <w:p w14:paraId="6DF0D346" w14:textId="77777777" w:rsidR="00B87D21" w:rsidRPr="00F96788" w:rsidRDefault="00000000" w:rsidP="00F96788">
      <w:pPr>
        <w:spacing w:after="0"/>
        <w:rPr>
          <w:rFonts w:asciiTheme="majorHAnsi" w:hAnsiTheme="majorHAnsi" w:cstheme="majorHAnsi"/>
        </w:rPr>
      </w:pPr>
      <w:proofErr w:type="spellStart"/>
      <w:r w:rsidRPr="00F96788">
        <w:rPr>
          <w:rFonts w:asciiTheme="majorHAnsi" w:hAnsiTheme="majorHAnsi" w:cstheme="majorHAnsi"/>
        </w:rPr>
        <w:t>Sittehän</w:t>
      </w:r>
      <w:proofErr w:type="spellEnd"/>
      <w:r w:rsidRPr="00F96788">
        <w:rPr>
          <w:rFonts w:asciiTheme="majorHAnsi" w:hAnsiTheme="majorHAnsi" w:cstheme="majorHAnsi"/>
        </w:rPr>
        <w:t xml:space="preserve"> </w:t>
      </w:r>
      <w:proofErr w:type="spellStart"/>
      <w:r w:rsidRPr="00F96788">
        <w:rPr>
          <w:rFonts w:asciiTheme="majorHAnsi" w:hAnsiTheme="majorHAnsi" w:cstheme="majorHAnsi"/>
        </w:rPr>
        <w:t>sitä</w:t>
      </w:r>
      <w:proofErr w:type="spellEnd"/>
      <w:r w:rsidRPr="00F96788">
        <w:rPr>
          <w:rFonts w:asciiTheme="majorHAnsi" w:hAnsiTheme="majorHAnsi" w:cstheme="majorHAnsi"/>
        </w:rPr>
        <w:t xml:space="preserve"> on </w:t>
      </w:r>
      <w:proofErr w:type="spellStart"/>
      <w:r w:rsidRPr="00F96788">
        <w:rPr>
          <w:rFonts w:asciiTheme="majorHAnsi" w:hAnsiTheme="majorHAnsi" w:cstheme="majorHAnsi"/>
        </w:rPr>
        <w:t>helpompi</w:t>
      </w:r>
      <w:proofErr w:type="spellEnd"/>
      <w:r w:rsidRPr="00F96788">
        <w:rPr>
          <w:rFonts w:asciiTheme="majorHAnsi" w:hAnsiTheme="majorHAnsi" w:cstheme="majorHAnsi"/>
        </w:rPr>
        <w:t xml:space="preserve"> </w:t>
      </w:r>
      <w:proofErr w:type="spellStart"/>
      <w:r w:rsidRPr="00F96788">
        <w:rPr>
          <w:rFonts w:asciiTheme="majorHAnsi" w:hAnsiTheme="majorHAnsi" w:cstheme="majorHAnsi"/>
        </w:rPr>
        <w:t>analysoida</w:t>
      </w:r>
      <w:proofErr w:type="spellEnd"/>
      <w:r w:rsidRPr="00F96788">
        <w:rPr>
          <w:rFonts w:asciiTheme="majorHAnsi" w:hAnsiTheme="majorHAnsi" w:cstheme="majorHAnsi"/>
        </w:rPr>
        <w:t>.</w:t>
      </w:r>
    </w:p>
    <w:p w14:paraId="4AE61D10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Da blir det lettere å analysere.</w:t>
      </w:r>
    </w:p>
    <w:p w14:paraId="78F5D9BB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015F7A76" w14:textId="77777777" w:rsidR="00550739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7241B237" w14:textId="187FFED2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Ok.</w:t>
      </w:r>
    </w:p>
    <w:p w14:paraId="5D5ECCD5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Ok.</w:t>
      </w:r>
    </w:p>
    <w:p w14:paraId="1321B668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0F5F7246" w14:textId="2A1B1106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5BAFADA3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Selvä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, kroppa </w:t>
      </w:r>
      <w:proofErr w:type="spellStart"/>
      <w:r w:rsidRPr="00F96788">
        <w:rPr>
          <w:rFonts w:asciiTheme="majorHAnsi" w:hAnsiTheme="majorHAnsi" w:cstheme="majorHAnsi"/>
          <w:lang w:val="nb-NO"/>
        </w:rPr>
        <w:t>tähän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7DA5279E" w14:textId="6B68CDEC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Ok, kropp her.</w:t>
      </w:r>
    </w:p>
    <w:p w14:paraId="2C1A503A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Vaatteet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tuonne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08847E4A" w14:textId="2EB0C029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Klær der.</w:t>
      </w:r>
    </w:p>
    <w:p w14:paraId="5DED9FB8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26D1A06C" w14:textId="013D46A1" w:rsidR="00550739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47F59CB2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Alemmaksi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348926F7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Nedover</w:t>
      </w:r>
    </w:p>
    <w:p w14:paraId="0CA8B217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EC4E676" w14:textId="597F486A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ELEV:</w:t>
      </w:r>
    </w:p>
    <w:p w14:paraId="22CA08FF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Siirrä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sitä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vasemmalle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3BC7E718" w14:textId="0309E7F3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Flytt den til venstre.</w:t>
      </w:r>
    </w:p>
    <w:p w14:paraId="7EF94FFE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4EC96682" w14:textId="3DECCAF8" w:rsidR="00550739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4299B704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Siinä</w:t>
      </w:r>
      <w:proofErr w:type="spellEnd"/>
      <w:r w:rsidRPr="00F96788">
        <w:rPr>
          <w:rFonts w:asciiTheme="majorHAnsi" w:hAnsiTheme="majorHAnsi" w:cstheme="majorHAnsi"/>
          <w:lang w:val="nb-NO"/>
        </w:rPr>
        <w:t>!</w:t>
      </w:r>
    </w:p>
    <w:p w14:paraId="3E7C5D8C" w14:textId="10B77E08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Sånn!</w:t>
      </w:r>
    </w:p>
    <w:p w14:paraId="3E7156A0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Ruoka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tuohon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1D14FAF7" w14:textId="4033725F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lastRenderedPageBreak/>
        <w:t>Mat der.</w:t>
      </w:r>
    </w:p>
    <w:p w14:paraId="48EC8A1B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57B0660" w14:textId="65466C52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4BB05F2D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Ja </w:t>
      </w:r>
      <w:proofErr w:type="spellStart"/>
      <w:r w:rsidRPr="00F96788">
        <w:rPr>
          <w:rFonts w:asciiTheme="majorHAnsi" w:hAnsiTheme="majorHAnsi" w:cstheme="majorHAnsi"/>
          <w:lang w:val="nb-NO"/>
        </w:rPr>
        <w:t>vaipat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F96788">
        <w:rPr>
          <w:rFonts w:asciiTheme="majorHAnsi" w:hAnsiTheme="majorHAnsi" w:cstheme="majorHAnsi"/>
          <w:lang w:val="nb-NO"/>
        </w:rPr>
        <w:t>vauvan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tavarat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proofErr w:type="gramStart"/>
      <w:r w:rsidRPr="00F96788">
        <w:rPr>
          <w:rFonts w:asciiTheme="majorHAnsi" w:hAnsiTheme="majorHAnsi" w:cstheme="majorHAnsi"/>
          <w:lang w:val="nb-NO"/>
        </w:rPr>
        <w:t>tuone</w:t>
      </w:r>
      <w:proofErr w:type="spellEnd"/>
      <w:r w:rsidRPr="00F96788">
        <w:rPr>
          <w:rFonts w:asciiTheme="majorHAnsi" w:hAnsiTheme="majorHAnsi" w:cstheme="majorHAnsi"/>
          <w:lang w:val="nb-NO"/>
        </w:rPr>
        <w:t>…</w:t>
      </w:r>
      <w:proofErr w:type="gramEnd"/>
    </w:p>
    <w:p w14:paraId="5D4EBE65" w14:textId="59B66A1E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 xml:space="preserve">Og bleier og </w:t>
      </w:r>
      <w:proofErr w:type="spellStart"/>
      <w:r w:rsidRPr="00F96788">
        <w:rPr>
          <w:rFonts w:asciiTheme="majorHAnsi" w:hAnsiTheme="majorHAnsi" w:cstheme="majorHAnsi"/>
          <w:i/>
          <w:lang w:val="nb-NO"/>
        </w:rPr>
        <w:t>babyting</w:t>
      </w:r>
      <w:proofErr w:type="spellEnd"/>
      <w:r w:rsidRPr="00F96788">
        <w:rPr>
          <w:rFonts w:asciiTheme="majorHAnsi" w:hAnsiTheme="majorHAnsi" w:cstheme="majorHAnsi"/>
          <w:i/>
          <w:lang w:val="nb-NO"/>
        </w:rPr>
        <w:t xml:space="preserve"> der </w:t>
      </w:r>
      <w:proofErr w:type="gramStart"/>
      <w:r w:rsidRPr="00F96788">
        <w:rPr>
          <w:rFonts w:asciiTheme="majorHAnsi" w:hAnsiTheme="majorHAnsi" w:cstheme="majorHAnsi"/>
          <w:i/>
          <w:lang w:val="nb-NO"/>
        </w:rPr>
        <w:t>borte...</w:t>
      </w:r>
      <w:proofErr w:type="gramEnd"/>
    </w:p>
    <w:p w14:paraId="7CC7EC84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Karhun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tanssi</w:t>
      </w:r>
      <w:proofErr w:type="spellEnd"/>
    </w:p>
    <w:p w14:paraId="795B8A39" w14:textId="1E11D97E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Bjørnedans</w:t>
      </w:r>
    </w:p>
    <w:p w14:paraId="78E410F1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Vähän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ylöskäsin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606AE895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Litt opp.</w:t>
      </w:r>
    </w:p>
    <w:p w14:paraId="3D10DE29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Nuoin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4B27B298" w14:textId="2DD16E4C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Sånn.</w:t>
      </w:r>
    </w:p>
    <w:p w14:paraId="334C8F39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751140EE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PLAKAT:</w:t>
      </w:r>
    </w:p>
    <w:p w14:paraId="3FC048C9" w14:textId="1522D9FB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Uhkaus</w:t>
      </w:r>
      <w:proofErr w:type="spellEnd"/>
      <w:r w:rsidRPr="00F96788">
        <w:rPr>
          <w:rFonts w:asciiTheme="majorHAnsi" w:hAnsiTheme="majorHAnsi" w:cstheme="majorHAnsi"/>
          <w:lang w:val="nb-NO"/>
        </w:rPr>
        <w:t>!!!</w:t>
      </w:r>
    </w:p>
    <w:p w14:paraId="4EB51372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Truet!!!</w:t>
      </w:r>
    </w:p>
    <w:p w14:paraId="1FD60700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258D9425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DATASKJERM:</w:t>
      </w:r>
    </w:p>
    <w:p w14:paraId="11168B5C" w14:textId="081EED98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Hakemus </w:t>
      </w:r>
      <w:proofErr w:type="spellStart"/>
      <w:r w:rsidRPr="00F96788">
        <w:rPr>
          <w:rFonts w:asciiTheme="majorHAnsi" w:hAnsiTheme="majorHAnsi" w:cstheme="majorHAnsi"/>
          <w:lang w:val="nb-NO"/>
        </w:rPr>
        <w:t>kesätöihin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28ED063D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Åpen søknad om sommerjobb.</w:t>
      </w:r>
    </w:p>
    <w:p w14:paraId="3D5EEC67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23BF1BAD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AARON</w:t>
      </w:r>
    </w:p>
    <w:p w14:paraId="568C9156" w14:textId="1DD189D9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Se pirun tulostin! </w:t>
      </w:r>
    </w:p>
    <w:p w14:paraId="759B9864" w14:textId="2E7B9840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Den forbanna printeren!</w:t>
      </w:r>
    </w:p>
    <w:p w14:paraId="324988EB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57B6E682" w14:textId="7FA3CE26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PLAKAT:</w:t>
      </w:r>
    </w:p>
    <w:p w14:paraId="04D95280" w14:textId="3DB3B592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Pelastakaa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meidän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joki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. </w:t>
      </w:r>
      <w:proofErr w:type="spellStart"/>
      <w:r w:rsidRPr="00F96788">
        <w:rPr>
          <w:rFonts w:asciiTheme="majorHAnsi" w:hAnsiTheme="majorHAnsi" w:cstheme="majorHAnsi"/>
          <w:lang w:val="nb-NO"/>
        </w:rPr>
        <w:t>Kalat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kuolevat</w:t>
      </w:r>
      <w:proofErr w:type="spellEnd"/>
      <w:r w:rsidRPr="00F96788">
        <w:rPr>
          <w:rFonts w:asciiTheme="majorHAnsi" w:hAnsiTheme="majorHAnsi" w:cstheme="majorHAnsi"/>
          <w:lang w:val="nb-NO"/>
        </w:rPr>
        <w:t>!</w:t>
      </w:r>
    </w:p>
    <w:p w14:paraId="203EBA24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«Redd fiskene våre fra å dø!»</w:t>
      </w:r>
    </w:p>
    <w:p w14:paraId="2177AF0D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07835381" w14:textId="573E9B8F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54271DCE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Loistavaa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F96788">
        <w:rPr>
          <w:rFonts w:asciiTheme="majorHAnsi" w:hAnsiTheme="majorHAnsi" w:cstheme="majorHAnsi"/>
          <w:lang w:val="nb-NO"/>
        </w:rPr>
        <w:t>tulkaa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sitten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paikoillenne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F96788">
        <w:rPr>
          <w:rFonts w:asciiTheme="majorHAnsi" w:hAnsiTheme="majorHAnsi" w:cstheme="majorHAnsi"/>
          <w:lang w:val="nb-NO"/>
        </w:rPr>
        <w:t>istukaa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7BAF4C89" w14:textId="17E2AD92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Flott, kom og sett dere.</w:t>
      </w:r>
    </w:p>
    <w:p w14:paraId="47BBF940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Mitä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yhteistä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näissä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ilmoituksissa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on</w:t>
      </w:r>
      <w:proofErr w:type="spellEnd"/>
      <w:r w:rsidRPr="00F96788">
        <w:rPr>
          <w:rFonts w:asciiTheme="majorHAnsi" w:hAnsiTheme="majorHAnsi" w:cstheme="majorHAnsi"/>
          <w:lang w:val="nb-NO"/>
        </w:rPr>
        <w:t>?</w:t>
      </w:r>
    </w:p>
    <w:p w14:paraId="1155EE56" w14:textId="6E296DBD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Hva er fellesnevnerne i annonsene?</w:t>
      </w:r>
    </w:p>
    <w:p w14:paraId="28A503CE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7E853B42" w14:textId="3BB72EE9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ELEV:</w:t>
      </w:r>
    </w:p>
    <w:p w14:paraId="6C5C285A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Niissä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oon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paljon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vartaloita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F96788">
        <w:rPr>
          <w:rFonts w:asciiTheme="majorHAnsi" w:hAnsiTheme="majorHAnsi" w:cstheme="majorHAnsi"/>
          <w:lang w:val="nb-NO"/>
        </w:rPr>
        <w:t>ulkonäköä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2684F311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Det er mye kropp og utseende.</w:t>
      </w:r>
    </w:p>
    <w:p w14:paraId="556D9C14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909A15A" w14:textId="292B63D4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317FDDBA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Niin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1169EEDB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Ja.</w:t>
      </w:r>
    </w:p>
    <w:p w14:paraId="27FD0992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16500DA" w14:textId="691FA35F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lastRenderedPageBreak/>
        <w:t>ELEV:</w:t>
      </w:r>
    </w:p>
    <w:p w14:paraId="0ADE8ABC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Terveellistä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ruokaa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F96788">
        <w:rPr>
          <w:rFonts w:asciiTheme="majorHAnsi" w:hAnsiTheme="majorHAnsi" w:cstheme="majorHAnsi"/>
          <w:lang w:val="nb-NO"/>
        </w:rPr>
        <w:t>treenausta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167CF21E" w14:textId="7DCB744F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Sunn mat og trening.</w:t>
      </w:r>
    </w:p>
    <w:p w14:paraId="526115A1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7187AC2F" w14:textId="79855DAF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7CE57A16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Aha, </w:t>
      </w:r>
      <w:proofErr w:type="spellStart"/>
      <w:r w:rsidRPr="00F96788">
        <w:rPr>
          <w:rFonts w:asciiTheme="majorHAnsi" w:hAnsiTheme="majorHAnsi" w:cstheme="majorHAnsi"/>
          <w:lang w:val="nb-NO"/>
        </w:rPr>
        <w:t>joo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0A89974E" w14:textId="0C67EC74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Aha, ja.</w:t>
      </w:r>
    </w:p>
    <w:p w14:paraId="5B7E41CF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5AF7E10" w14:textId="5A24FC72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ELEV:</w:t>
      </w:r>
    </w:p>
    <w:p w14:paraId="0883F9D1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Kaunis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sisustus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4A137DC6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Fint interiør.</w:t>
      </w:r>
    </w:p>
    <w:p w14:paraId="68CCED45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8B74FD4" w14:textId="2FA5D8BC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4B7E30BC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gramStart"/>
      <w:r w:rsidRPr="00F96788">
        <w:rPr>
          <w:rFonts w:asciiTheme="majorHAnsi" w:hAnsiTheme="majorHAnsi" w:cstheme="majorHAnsi"/>
          <w:lang w:val="nb-NO"/>
        </w:rPr>
        <w:t>”</w:t>
      </w:r>
      <w:proofErr w:type="spellStart"/>
      <w:r w:rsidRPr="00F96788">
        <w:rPr>
          <w:rFonts w:asciiTheme="majorHAnsi" w:hAnsiTheme="majorHAnsi" w:cstheme="majorHAnsi"/>
          <w:lang w:val="nb-NO"/>
        </w:rPr>
        <w:t>Täydellinen</w:t>
      </w:r>
      <w:proofErr w:type="spellEnd"/>
      <w:proofErr w:type="gram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elämä</w:t>
      </w:r>
      <w:proofErr w:type="spellEnd"/>
      <w:r w:rsidRPr="00F96788">
        <w:rPr>
          <w:rFonts w:asciiTheme="majorHAnsi" w:hAnsiTheme="majorHAnsi" w:cstheme="majorHAnsi"/>
          <w:lang w:val="nb-NO"/>
        </w:rPr>
        <w:t>.”</w:t>
      </w:r>
    </w:p>
    <w:p w14:paraId="43208965" w14:textId="4FEC19C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 xml:space="preserve">Det perfekte </w:t>
      </w:r>
      <w:proofErr w:type="gramStart"/>
      <w:r w:rsidRPr="00F96788">
        <w:rPr>
          <w:rFonts w:asciiTheme="majorHAnsi" w:hAnsiTheme="majorHAnsi" w:cstheme="majorHAnsi"/>
          <w:i/>
          <w:lang w:val="nb-NO"/>
        </w:rPr>
        <w:t>liv...</w:t>
      </w:r>
      <w:proofErr w:type="gramEnd"/>
    </w:p>
    <w:p w14:paraId="5243AD26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4246C08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NILS:</w:t>
      </w:r>
    </w:p>
    <w:p w14:paraId="54906665" w14:textId="7D5EAD1F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Miksi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meidän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täytyy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laittaa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aikaa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tähän</w:t>
      </w:r>
      <w:proofErr w:type="spellEnd"/>
      <w:r w:rsidRPr="00F96788">
        <w:rPr>
          <w:rFonts w:asciiTheme="majorHAnsi" w:hAnsiTheme="majorHAnsi" w:cstheme="majorHAnsi"/>
          <w:lang w:val="nb-NO"/>
        </w:rPr>
        <w:t>?</w:t>
      </w:r>
    </w:p>
    <w:p w14:paraId="42B50C1B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Hvorfor skal vi bruke tid på dette?</w:t>
      </w:r>
    </w:p>
    <w:p w14:paraId="674B4483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Se ei </w:t>
      </w:r>
      <w:proofErr w:type="spellStart"/>
      <w:r w:rsidRPr="00F96788">
        <w:rPr>
          <w:rFonts w:asciiTheme="majorHAnsi" w:hAnsiTheme="majorHAnsi" w:cstheme="majorHAnsi"/>
          <w:lang w:val="nb-NO"/>
        </w:rPr>
        <w:t>merkitse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mitään</w:t>
      </w:r>
      <w:proofErr w:type="spellEnd"/>
      <w:r w:rsidRPr="00F96788">
        <w:rPr>
          <w:rFonts w:asciiTheme="majorHAnsi" w:hAnsiTheme="majorHAnsi" w:cstheme="majorHAnsi"/>
          <w:lang w:val="nb-NO"/>
        </w:rPr>
        <w:t>!</w:t>
      </w:r>
    </w:p>
    <w:p w14:paraId="4D904A8D" w14:textId="7A0C9554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Det betyr ingenting!</w:t>
      </w:r>
    </w:p>
    <w:p w14:paraId="689F8226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Se </w:t>
      </w:r>
      <w:proofErr w:type="spellStart"/>
      <w:r w:rsidRPr="00F96788">
        <w:rPr>
          <w:rFonts w:asciiTheme="majorHAnsi" w:hAnsiTheme="majorHAnsi" w:cstheme="majorHAnsi"/>
          <w:lang w:val="nb-NO"/>
        </w:rPr>
        <w:t>mitä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tapahtuu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täällä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missä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me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asumme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F96788">
        <w:rPr>
          <w:rFonts w:asciiTheme="majorHAnsi" w:hAnsiTheme="majorHAnsi" w:cstheme="majorHAnsi"/>
          <w:lang w:val="nb-NO"/>
        </w:rPr>
        <w:t>on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se </w:t>
      </w:r>
      <w:proofErr w:type="spellStart"/>
      <w:r w:rsidRPr="00F96788">
        <w:rPr>
          <w:rFonts w:asciiTheme="majorHAnsi" w:hAnsiTheme="majorHAnsi" w:cstheme="majorHAnsi"/>
          <w:lang w:val="nb-NO"/>
        </w:rPr>
        <w:t>mikä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merkitsee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jotakin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4A50D514" w14:textId="4FC9B77E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 xml:space="preserve">Det som betyr </w:t>
      </w:r>
      <w:proofErr w:type="gramStart"/>
      <w:r w:rsidRPr="00F96788">
        <w:rPr>
          <w:rFonts w:asciiTheme="majorHAnsi" w:hAnsiTheme="majorHAnsi" w:cstheme="majorHAnsi"/>
          <w:i/>
          <w:lang w:val="nb-NO"/>
        </w:rPr>
        <w:t>noe</w:t>
      </w:r>
      <w:proofErr w:type="gramEnd"/>
      <w:r w:rsidRPr="00F96788">
        <w:rPr>
          <w:rFonts w:asciiTheme="majorHAnsi" w:hAnsiTheme="majorHAnsi" w:cstheme="majorHAnsi"/>
          <w:i/>
          <w:lang w:val="nb-NO"/>
        </w:rPr>
        <w:t xml:space="preserve"> er det som skjer her vi bor!</w:t>
      </w:r>
    </w:p>
    <w:p w14:paraId="1A0B41FA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CEEC1E7" w14:textId="7D2538D3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2E918998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Nils..</w:t>
      </w:r>
    </w:p>
    <w:p w14:paraId="20585B6C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gramStart"/>
      <w:r w:rsidRPr="00F96788">
        <w:rPr>
          <w:rFonts w:asciiTheme="majorHAnsi" w:hAnsiTheme="majorHAnsi" w:cstheme="majorHAnsi"/>
          <w:i/>
          <w:lang w:val="nb-NO"/>
        </w:rPr>
        <w:t>Nils...</w:t>
      </w:r>
      <w:proofErr w:type="gramEnd"/>
    </w:p>
    <w:p w14:paraId="78B7F17B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4EC0E4AB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: </w:t>
      </w:r>
    </w:p>
    <w:p w14:paraId="05AB752E" w14:textId="2616AB93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Tässähän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on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myös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ilmoituksia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kväänikoruista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F96788">
        <w:rPr>
          <w:rFonts w:asciiTheme="majorHAnsi" w:hAnsiTheme="majorHAnsi" w:cstheme="majorHAnsi"/>
          <w:lang w:val="nb-NO"/>
        </w:rPr>
        <w:t>kväänien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kulttuurista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1DBB136B" w14:textId="59114BC9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Det kan også være annonser for lokale smykker og kvensk kultur.</w:t>
      </w:r>
    </w:p>
    <w:p w14:paraId="1B1E19ED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Sehän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on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positiivista</w:t>
      </w:r>
      <w:proofErr w:type="spellEnd"/>
      <w:r w:rsidRPr="00F96788">
        <w:rPr>
          <w:rFonts w:asciiTheme="majorHAnsi" w:hAnsiTheme="majorHAnsi" w:cstheme="majorHAnsi"/>
          <w:lang w:val="nb-NO"/>
        </w:rPr>
        <w:t>, Nils.</w:t>
      </w:r>
    </w:p>
    <w:p w14:paraId="6CD56778" w14:textId="07954BCB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Det er jo positivt, Nils.</w:t>
      </w:r>
    </w:p>
    <w:p w14:paraId="51EF66A5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841B21D" w14:textId="6C25506E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3B5AEB23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Minä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katson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proofErr w:type="gramStart"/>
      <w:r w:rsidRPr="00F96788">
        <w:rPr>
          <w:rFonts w:asciiTheme="majorHAnsi" w:hAnsiTheme="majorHAnsi" w:cstheme="majorHAnsi"/>
          <w:lang w:val="nb-NO"/>
        </w:rPr>
        <w:t>kickboksinkkia</w:t>
      </w:r>
      <w:proofErr w:type="spellEnd"/>
      <w:r w:rsidRPr="00F96788">
        <w:rPr>
          <w:rFonts w:asciiTheme="majorHAnsi" w:hAnsiTheme="majorHAnsi" w:cstheme="majorHAnsi"/>
          <w:lang w:val="nb-NO"/>
        </w:rPr>
        <w:t>….</w:t>
      </w:r>
      <w:proofErr w:type="gramEnd"/>
      <w:r w:rsidRPr="00F96788">
        <w:rPr>
          <w:rFonts w:asciiTheme="majorHAnsi" w:hAnsiTheme="majorHAnsi" w:cstheme="majorHAnsi"/>
          <w:lang w:val="nb-NO"/>
        </w:rPr>
        <w:t>.</w:t>
      </w:r>
    </w:p>
    <w:p w14:paraId="29FB6712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 xml:space="preserve">Jeg ser på </w:t>
      </w:r>
      <w:proofErr w:type="gramStart"/>
      <w:r w:rsidRPr="00F96788">
        <w:rPr>
          <w:rFonts w:asciiTheme="majorHAnsi" w:hAnsiTheme="majorHAnsi" w:cstheme="majorHAnsi"/>
          <w:i/>
          <w:lang w:val="nb-NO"/>
        </w:rPr>
        <w:t>kickboksing...</w:t>
      </w:r>
      <w:proofErr w:type="gramEnd"/>
    </w:p>
    <w:p w14:paraId="2CADF0B6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295206F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: </w:t>
      </w:r>
    </w:p>
    <w:p w14:paraId="79F294C3" w14:textId="44BB5ABF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Hae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sinä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kuolleita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proofErr w:type="gramStart"/>
      <w:r w:rsidRPr="00F96788">
        <w:rPr>
          <w:rFonts w:asciiTheme="majorHAnsi" w:hAnsiTheme="majorHAnsi" w:cstheme="majorHAnsi"/>
          <w:lang w:val="nb-NO"/>
        </w:rPr>
        <w:t>kalloja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,  </w:t>
      </w:r>
      <w:proofErr w:type="spellStart"/>
      <w:r w:rsidRPr="00F96788">
        <w:rPr>
          <w:rFonts w:asciiTheme="majorHAnsi" w:hAnsiTheme="majorHAnsi" w:cstheme="majorHAnsi"/>
          <w:lang w:val="nb-NO"/>
        </w:rPr>
        <w:t>niin</w:t>
      </w:r>
      <w:proofErr w:type="spellEnd"/>
      <w:proofErr w:type="gram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sitten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sinun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infovirta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täyttyy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sellaisesta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mistä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sinä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tykkäät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6A41F672" w14:textId="0E0A345E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Nils, søk på død fisk, da blir infostrømmen din full av det du bryr deg om.</w:t>
      </w:r>
    </w:p>
    <w:p w14:paraId="7F986C1F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7F9DB89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lastRenderedPageBreak/>
        <w:t xml:space="preserve">NILS: </w:t>
      </w:r>
    </w:p>
    <w:p w14:paraId="57439D03" w14:textId="233CA104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Juuri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F96788">
        <w:rPr>
          <w:rFonts w:asciiTheme="majorHAnsi" w:hAnsiTheme="majorHAnsi" w:cstheme="majorHAnsi"/>
          <w:lang w:val="nb-NO"/>
        </w:rPr>
        <w:t>kaikki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negatiivinen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kasvaa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57EB5926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Nettopp, alt som er negativt blir det mer av.</w:t>
      </w:r>
    </w:p>
    <w:p w14:paraId="71E351F7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Algorytmit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haluavat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että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me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emme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enää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luota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toinen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toisiimme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38CC64DF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Algoritmene vil jo at vi skal miste tro på hverandre.</w:t>
      </w:r>
    </w:p>
    <w:p w14:paraId="14468778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70C7D2DE" w14:textId="4FC0FA61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ELEV</w:t>
      </w:r>
      <w:r w:rsidR="00242F62" w:rsidRPr="00F96788">
        <w:rPr>
          <w:rFonts w:asciiTheme="majorHAnsi" w:hAnsiTheme="majorHAnsi" w:cstheme="majorHAnsi"/>
          <w:lang w:val="nb-NO"/>
        </w:rPr>
        <w:t>ER</w:t>
      </w:r>
      <w:r w:rsidRPr="00F96788">
        <w:rPr>
          <w:rFonts w:asciiTheme="majorHAnsi" w:hAnsiTheme="majorHAnsi" w:cstheme="majorHAnsi"/>
          <w:lang w:val="nb-NO"/>
        </w:rPr>
        <w:t>:</w:t>
      </w:r>
    </w:p>
    <w:p w14:paraId="3CF18B68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Nils on oikeassa!</w:t>
      </w:r>
    </w:p>
    <w:p w14:paraId="0BF680F1" w14:textId="0B0D9A80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Nils har rett!</w:t>
      </w:r>
    </w:p>
    <w:p w14:paraId="1CA941E8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Meitä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juksataan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F96788">
        <w:rPr>
          <w:rFonts w:asciiTheme="majorHAnsi" w:hAnsiTheme="majorHAnsi" w:cstheme="majorHAnsi"/>
          <w:lang w:val="nb-NO"/>
        </w:rPr>
        <w:t>meihin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vaikutetaan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24521E80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Vi blir lurt og påvirket.</w:t>
      </w:r>
    </w:p>
    <w:p w14:paraId="0CA5EDD4" w14:textId="6D4C8398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Me </w:t>
      </w:r>
      <w:proofErr w:type="spellStart"/>
      <w:r w:rsidRPr="00F96788">
        <w:rPr>
          <w:rFonts w:asciiTheme="majorHAnsi" w:hAnsiTheme="majorHAnsi" w:cstheme="majorHAnsi"/>
          <w:lang w:val="nb-NO"/>
        </w:rPr>
        <w:t>olemme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kaikukammiossa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54A18CEB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Vi er i ekkokamre.</w:t>
      </w:r>
    </w:p>
    <w:p w14:paraId="54A80855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sectPr w:rsidR="00B87D21" w:rsidRPr="00F96788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CC5EB3" w14:textId="77777777" w:rsidR="005F6D7C" w:rsidRDefault="005F6D7C" w:rsidP="00242F62">
      <w:pPr>
        <w:spacing w:after="0" w:line="240" w:lineRule="auto"/>
      </w:pPr>
      <w:r>
        <w:separator/>
      </w:r>
    </w:p>
  </w:endnote>
  <w:endnote w:type="continuationSeparator" w:id="0">
    <w:p w14:paraId="17128ACC" w14:textId="77777777" w:rsidR="005F6D7C" w:rsidRDefault="005F6D7C" w:rsidP="00242F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333686389"/>
      <w:docPartObj>
        <w:docPartGallery w:val="Page Numbers (Bottom of Page)"/>
        <w:docPartUnique/>
      </w:docPartObj>
    </w:sdtPr>
    <w:sdtContent>
      <w:p w14:paraId="49623D3C" w14:textId="5B0BFDA6" w:rsidR="00242F62" w:rsidRDefault="00242F62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66DC528F" w14:textId="77777777" w:rsidR="00242F62" w:rsidRDefault="00242F62" w:rsidP="00242F62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273087250"/>
      <w:docPartObj>
        <w:docPartGallery w:val="Page Numbers (Bottom of Page)"/>
        <w:docPartUnique/>
      </w:docPartObj>
    </w:sdtPr>
    <w:sdtContent>
      <w:p w14:paraId="47029EAE" w14:textId="439B616D" w:rsidR="00242F62" w:rsidRDefault="00242F62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7</w:t>
        </w:r>
        <w:r>
          <w:rPr>
            <w:rStyle w:val="Sidetall"/>
          </w:rPr>
          <w:fldChar w:fldCharType="end"/>
        </w:r>
      </w:p>
    </w:sdtContent>
  </w:sdt>
  <w:p w14:paraId="2744BD55" w14:textId="77777777" w:rsidR="00242F62" w:rsidRDefault="00242F62" w:rsidP="00242F62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3989C9" w14:textId="77777777" w:rsidR="005F6D7C" w:rsidRDefault="005F6D7C" w:rsidP="00242F62">
      <w:pPr>
        <w:spacing w:after="0" w:line="240" w:lineRule="auto"/>
      </w:pPr>
      <w:r>
        <w:separator/>
      </w:r>
    </w:p>
  </w:footnote>
  <w:footnote w:type="continuationSeparator" w:id="0">
    <w:p w14:paraId="7771B30A" w14:textId="77777777" w:rsidR="005F6D7C" w:rsidRDefault="005F6D7C" w:rsidP="00242F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57047533">
    <w:abstractNumId w:val="8"/>
  </w:num>
  <w:num w:numId="2" w16cid:durableId="165022191">
    <w:abstractNumId w:val="6"/>
  </w:num>
  <w:num w:numId="3" w16cid:durableId="1098409677">
    <w:abstractNumId w:val="5"/>
  </w:num>
  <w:num w:numId="4" w16cid:durableId="531192333">
    <w:abstractNumId w:val="4"/>
  </w:num>
  <w:num w:numId="5" w16cid:durableId="386953035">
    <w:abstractNumId w:val="7"/>
  </w:num>
  <w:num w:numId="6" w16cid:durableId="1327173428">
    <w:abstractNumId w:val="3"/>
  </w:num>
  <w:num w:numId="7" w16cid:durableId="1012613673">
    <w:abstractNumId w:val="2"/>
  </w:num>
  <w:num w:numId="8" w16cid:durableId="948121835">
    <w:abstractNumId w:val="1"/>
  </w:num>
  <w:num w:numId="9" w16cid:durableId="1123038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17F6"/>
    <w:rsid w:val="00034616"/>
    <w:rsid w:val="0006063C"/>
    <w:rsid w:val="0015074B"/>
    <w:rsid w:val="00242F62"/>
    <w:rsid w:val="0029639D"/>
    <w:rsid w:val="00326F90"/>
    <w:rsid w:val="00550739"/>
    <w:rsid w:val="005F6D7C"/>
    <w:rsid w:val="007368A0"/>
    <w:rsid w:val="0085094C"/>
    <w:rsid w:val="008D564D"/>
    <w:rsid w:val="00AA1D8D"/>
    <w:rsid w:val="00B47730"/>
    <w:rsid w:val="00B87D21"/>
    <w:rsid w:val="00CB0664"/>
    <w:rsid w:val="00D11B15"/>
    <w:rsid w:val="00F9678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AA66B1"/>
  <w14:defaultImageDpi w14:val="300"/>
  <w15:docId w15:val="{265DC7F1-2168-5640-B8A0-12079DBC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242F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209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34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52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4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0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68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38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88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65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570</Words>
  <Characters>3021</Characters>
  <Application>Microsoft Office Word</Application>
  <DocSecurity>0</DocSecurity>
  <Lines>25</Lines>
  <Paragraphs>7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3584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5</cp:revision>
  <dcterms:created xsi:type="dcterms:W3CDTF">2025-11-14T12:56:00Z</dcterms:created>
  <dcterms:modified xsi:type="dcterms:W3CDTF">2025-11-18T08:02:00Z</dcterms:modified>
  <cp:category/>
</cp:coreProperties>
</file>