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77A94" w14:textId="77777777" w:rsidR="009B2D51" w:rsidRPr="004A015F" w:rsidRDefault="009B2D51" w:rsidP="004A015F">
      <w:pPr>
        <w:spacing w:after="0" w:line="276" w:lineRule="auto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proofErr w:type="spellStart"/>
      <w:r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Bokmål</w:t>
      </w:r>
      <w:proofErr w:type="spellEnd"/>
      <w:r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og finsk dialogmanus, episode 4</w:t>
      </w:r>
    </w:p>
    <w:p w14:paraId="7F2A31D0" w14:textId="65BFC64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proofErr w:type="spellStart"/>
      <w:r w:rsidRPr="004A015F">
        <w:rPr>
          <w:rFonts w:asciiTheme="majorHAnsi" w:hAnsiTheme="majorHAnsi" w:cstheme="majorHAnsi"/>
          <w:b/>
          <w:bCs/>
          <w:color w:val="000000" w:themeColor="text1"/>
          <w:lang w:val="nb-NO"/>
        </w:rPr>
        <w:t>Äänestys</w:t>
      </w:r>
      <w:proofErr w:type="spellEnd"/>
    </w:p>
    <w:p w14:paraId="10C5F8EB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4A015F">
        <w:rPr>
          <w:rFonts w:asciiTheme="majorHAnsi" w:hAnsiTheme="majorHAnsi" w:cstheme="majorHAnsi"/>
          <w:b/>
          <w:bCs/>
          <w:i/>
          <w:color w:val="000000" w:themeColor="text1"/>
          <w:lang w:val="nb-NO"/>
        </w:rPr>
        <w:t>Avstemming</w:t>
      </w:r>
    </w:p>
    <w:p w14:paraId="15EB08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992CC5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LÆRER: </w:t>
      </w:r>
    </w:p>
    <w:p w14:paraId="1E33DA59" w14:textId="2047BFE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4A015F">
        <w:rPr>
          <w:rFonts w:asciiTheme="majorHAnsi" w:hAnsiTheme="majorHAnsi" w:cstheme="majorHAnsi"/>
          <w:lang w:val="nb-NO"/>
        </w:rPr>
        <w:t>oppilaat</w:t>
      </w:r>
      <w:proofErr w:type="spellEnd"/>
    </w:p>
    <w:p w14:paraId="464C53A3" w14:textId="3E578272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Hei, folkens!</w:t>
      </w:r>
    </w:p>
    <w:p w14:paraId="5CCCBF32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Ok, </w:t>
      </w:r>
      <w:proofErr w:type="spellStart"/>
      <w:r w:rsidRPr="004A015F">
        <w:rPr>
          <w:rFonts w:asciiTheme="majorHAnsi" w:hAnsiTheme="majorHAnsi" w:cstheme="majorHAnsi"/>
          <w:lang w:val="nb-NO"/>
        </w:rPr>
        <w:t>oletteko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te </w:t>
      </w:r>
      <w:proofErr w:type="spellStart"/>
      <w:r w:rsidRPr="004A015F">
        <w:rPr>
          <w:rFonts w:asciiTheme="majorHAnsi" w:hAnsiTheme="majorHAnsi" w:cstheme="majorHAnsi"/>
          <w:lang w:val="nb-NO"/>
        </w:rPr>
        <w:t>puhuneet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tästä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kotona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35CFD2FB" w14:textId="274DCA5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Ok, har dere snakket om det hjemme?</w:t>
      </w:r>
    </w:p>
    <w:p w14:paraId="7A8BEB8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Onko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teidän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vanhempanne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mukana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tässä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64D6A30E" w14:textId="6E57E84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foreldrene deres med på dette?</w:t>
      </w:r>
    </w:p>
    <w:p w14:paraId="5463E9E7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Selvä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äänestämme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sitten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18112ED1" w14:textId="3D77F8D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Ok, da skal vi stemme.</w:t>
      </w:r>
    </w:p>
    <w:p w14:paraId="663DD0F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C870AD7" w14:textId="72E5B15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13B7DC42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Oliko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tarkoitus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tekisimme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sen jo nyt?</w:t>
      </w:r>
    </w:p>
    <w:p w14:paraId="0F899716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Skulle vi gjøre det allerede nå?</w:t>
      </w:r>
    </w:p>
    <w:p w14:paraId="2C75E8EE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275C64E" w14:textId="211006A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3B4581FE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Olemmehan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tienneet </w:t>
      </w:r>
      <w:proofErr w:type="spellStart"/>
      <w:r w:rsidRPr="004A015F">
        <w:rPr>
          <w:rFonts w:asciiTheme="majorHAnsi" w:hAnsiTheme="majorHAnsi" w:cstheme="majorHAnsi"/>
          <w:lang w:val="nb-NO"/>
        </w:rPr>
        <w:t>tästä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4A015F">
        <w:rPr>
          <w:rFonts w:asciiTheme="majorHAnsi" w:hAnsiTheme="majorHAnsi" w:cstheme="majorHAnsi"/>
          <w:lang w:val="nb-NO"/>
        </w:rPr>
        <w:t>kauan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aikaa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7498B713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Det har vi visst en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stund...</w:t>
      </w:r>
      <w:proofErr w:type="gramEnd"/>
    </w:p>
    <w:p w14:paraId="21B450E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36FE34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2FD3BBC7" w14:textId="4BED8E10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He </w:t>
      </w:r>
      <w:proofErr w:type="spellStart"/>
      <w:r w:rsidRPr="004A015F">
        <w:rPr>
          <w:rFonts w:asciiTheme="majorHAnsi" w:hAnsiTheme="majorHAnsi" w:cstheme="majorHAnsi"/>
          <w:lang w:val="nb-NO"/>
        </w:rPr>
        <w:t>jotka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aikovat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4A015F">
        <w:rPr>
          <w:rFonts w:asciiTheme="majorHAnsi" w:hAnsiTheme="majorHAnsi" w:cstheme="majorHAnsi"/>
          <w:lang w:val="nb-NO"/>
        </w:rPr>
        <w:t>viikon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ilman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sosiaalisia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medioita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nostavat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käden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pystyyn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68D77F68" w14:textId="266F61C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Rekk opp hånda de som vil gjennomføre en uke uten sosiale medier.</w:t>
      </w:r>
    </w:p>
    <w:p w14:paraId="2E3FA8E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5C24987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044FE83F" w14:textId="44B02D2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jos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meidän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pakko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ilmoittaa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jollekin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jotain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tärkeää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088D5CEE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Hva om vi må gi beskjed til noen om noe viktig?</w:t>
      </w:r>
    </w:p>
    <w:p w14:paraId="3232D819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99156A" w14:textId="18C47AE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02D777A7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Silloin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voi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soittaa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toinen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toiselle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niinkuin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ennen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aikaan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1F15E39D" w14:textId="44AB1E9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Bare ring hverandre som vi gjorde før i tiden.</w:t>
      </w:r>
    </w:p>
    <w:p w14:paraId="6250162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Tai </w:t>
      </w:r>
      <w:proofErr w:type="spellStart"/>
      <w:r w:rsidRPr="004A015F">
        <w:rPr>
          <w:rFonts w:asciiTheme="majorHAnsi" w:hAnsiTheme="majorHAnsi" w:cstheme="majorHAnsi"/>
          <w:lang w:val="nb-NO"/>
        </w:rPr>
        <w:t>lähettäkää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tavallinen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tekstiviesti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356F74FF" w14:textId="73C2908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Eller send en vanlig tekstmelding.</w:t>
      </w:r>
    </w:p>
    <w:p w14:paraId="6331E0B6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4A015F">
        <w:rPr>
          <w:rFonts w:asciiTheme="majorHAnsi" w:hAnsiTheme="majorHAnsi" w:cstheme="majorHAnsi"/>
          <w:lang w:val="nb-NO"/>
        </w:rPr>
        <w:t>harjoitelkaa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sopimaan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asioista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etukäteen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4A015F">
        <w:rPr>
          <w:rFonts w:asciiTheme="majorHAnsi" w:hAnsiTheme="majorHAnsi" w:cstheme="majorHAnsi"/>
          <w:lang w:val="nb-NO"/>
        </w:rPr>
        <w:t>sitten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pitämään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sopimukset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0B868B6C" w14:textId="0A2F71EC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Øv på å gjøre avtaler på forhånd og å holde avtaler!</w:t>
      </w:r>
    </w:p>
    <w:p w14:paraId="0F50126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Selvä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! </w:t>
      </w:r>
      <w:proofErr w:type="spellStart"/>
      <w:r w:rsidRPr="004A015F">
        <w:rPr>
          <w:rFonts w:asciiTheme="majorHAnsi" w:hAnsiTheme="majorHAnsi" w:cstheme="majorHAnsi"/>
          <w:lang w:val="nb-NO"/>
        </w:rPr>
        <w:t>Kaikki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ovat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samaa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mieltä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0DDF102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Ok! Enstemmig.</w:t>
      </w:r>
    </w:p>
    <w:p w14:paraId="6153A0B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Sitten </w:t>
      </w:r>
      <w:proofErr w:type="spellStart"/>
      <w:r w:rsidRPr="004A015F">
        <w:rPr>
          <w:rFonts w:asciiTheme="majorHAnsi" w:hAnsiTheme="majorHAnsi" w:cstheme="majorHAnsi"/>
          <w:lang w:val="nb-NO"/>
        </w:rPr>
        <w:t>otatte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pois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teidän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sosiaalisen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median </w:t>
      </w:r>
      <w:proofErr w:type="spellStart"/>
      <w:r w:rsidRPr="004A015F">
        <w:rPr>
          <w:rFonts w:asciiTheme="majorHAnsi" w:hAnsiTheme="majorHAnsi" w:cstheme="majorHAnsi"/>
          <w:lang w:val="nb-NO"/>
        </w:rPr>
        <w:t>apit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604A4C93" w14:textId="59322D58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Da sletter dere sosiale media-appene.</w:t>
      </w:r>
    </w:p>
    <w:p w14:paraId="54310A4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Yksi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keino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siirätte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apit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pois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näytöltä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4A015F">
        <w:rPr>
          <w:rFonts w:asciiTheme="majorHAnsi" w:hAnsiTheme="majorHAnsi" w:cstheme="majorHAnsi"/>
          <w:lang w:val="nb-NO"/>
        </w:rPr>
        <w:t>paina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niitä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vahingossa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78651A90" w14:textId="7502752A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lastRenderedPageBreak/>
        <w:t>Et tips er å flytte appene vekk fra forsiden, så du ikke trykker på dem av gammel vane.</w:t>
      </w:r>
    </w:p>
    <w:p w14:paraId="59B90A69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AD140FA" w14:textId="27AAEBE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38B680B3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Voiko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odottaa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iltaan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4C74309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Kan jeg gjøre det i kveld?</w:t>
      </w:r>
    </w:p>
    <w:p w14:paraId="2079CBD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8E5BB5" w14:textId="3881665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1F613614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On </w:t>
      </w:r>
      <w:proofErr w:type="spellStart"/>
      <w:r w:rsidRPr="004A015F">
        <w:rPr>
          <w:rFonts w:asciiTheme="majorHAnsi" w:hAnsiTheme="majorHAnsi" w:cstheme="majorHAnsi"/>
          <w:lang w:val="nb-NO"/>
        </w:rPr>
        <w:t>tärkeää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teemme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4A015F">
        <w:rPr>
          <w:rFonts w:asciiTheme="majorHAnsi" w:hAnsiTheme="majorHAnsi" w:cstheme="majorHAnsi"/>
          <w:lang w:val="nb-NO"/>
        </w:rPr>
        <w:t>yhdessä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4A015F">
        <w:rPr>
          <w:rFonts w:asciiTheme="majorHAnsi" w:hAnsiTheme="majorHAnsi" w:cstheme="majorHAnsi"/>
          <w:lang w:val="nb-NO"/>
        </w:rPr>
        <w:t>samaan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aikaan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niinkuin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olemme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sopineet</w:t>
      </w:r>
      <w:proofErr w:type="spellEnd"/>
    </w:p>
    <w:p w14:paraId="6F645289" w14:textId="573F158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Det er viktig å gjøre dette sammen og samtidig, slik vi har snakket om.</w:t>
      </w:r>
    </w:p>
    <w:p w14:paraId="25FE83FF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Se ei </w:t>
      </w:r>
      <w:proofErr w:type="spellStart"/>
      <w:r w:rsidRPr="004A015F">
        <w:rPr>
          <w:rFonts w:asciiTheme="majorHAnsi" w:hAnsiTheme="majorHAnsi" w:cstheme="majorHAnsi"/>
          <w:lang w:val="nb-NO"/>
        </w:rPr>
        <w:t>tule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olemaan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4A015F">
        <w:rPr>
          <w:rFonts w:asciiTheme="majorHAnsi" w:hAnsiTheme="majorHAnsi" w:cstheme="majorHAnsi"/>
          <w:lang w:val="nb-NO"/>
        </w:rPr>
        <w:t>helpompaa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illala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301A9053" w14:textId="2A29CFA9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Det blir ikke noe lettere i kveld.</w:t>
      </w:r>
    </w:p>
    <w:p w14:paraId="5FFB0254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4A015F">
        <w:rPr>
          <w:rFonts w:asciiTheme="majorHAnsi" w:hAnsiTheme="majorHAnsi" w:cstheme="majorHAnsi"/>
          <w:lang w:val="nb-NO"/>
        </w:rPr>
        <w:t>jos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kaikki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onnistumme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tekemään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tehtävän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sitten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te </w:t>
      </w:r>
      <w:proofErr w:type="spellStart"/>
      <w:r w:rsidRPr="004A015F">
        <w:rPr>
          <w:rFonts w:asciiTheme="majorHAnsi" w:hAnsiTheme="majorHAnsi" w:cstheme="majorHAnsi"/>
          <w:lang w:val="nb-NO"/>
        </w:rPr>
        <w:t>saatte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palkinnon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3B952A48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Og hvis vi alle klarer det, blir det premie.</w:t>
      </w:r>
    </w:p>
    <w:p w14:paraId="6483D6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A23A20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iCs/>
          <w:lang w:val="nb-NO"/>
        </w:rPr>
      </w:pPr>
      <w:r w:rsidRPr="004A015F">
        <w:rPr>
          <w:rFonts w:asciiTheme="majorHAnsi" w:hAnsiTheme="majorHAnsi" w:cstheme="majorHAnsi"/>
          <w:iCs/>
          <w:lang w:val="nb-NO"/>
        </w:rPr>
        <w:t>KAISA:</w:t>
      </w:r>
    </w:p>
    <w:p w14:paraId="3AAF0EF3" w14:textId="2E8D347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tein sen!</w:t>
      </w:r>
    </w:p>
    <w:p w14:paraId="68DD49DB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gjorde det!</w:t>
      </w:r>
    </w:p>
    <w:p w14:paraId="33F17230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olen </w:t>
      </w:r>
      <w:proofErr w:type="spellStart"/>
      <w:r w:rsidRPr="004A015F">
        <w:rPr>
          <w:rFonts w:asciiTheme="majorHAnsi" w:hAnsiTheme="majorHAnsi" w:cstheme="majorHAnsi"/>
          <w:lang w:val="nb-NO"/>
        </w:rPr>
        <w:t>poistanut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apit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50B6643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Slettet!</w:t>
      </w:r>
    </w:p>
    <w:p w14:paraId="002E93F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5EEBD8D" w14:textId="5FF4B60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02EA8FC3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Hyvästi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maailma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7B99DCE5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Adjø, verden!</w:t>
      </w:r>
    </w:p>
    <w:p w14:paraId="0DDE456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31872CE" w14:textId="7DBB5D5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7BF91722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näen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lisää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kuolleita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kalloja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1DF96C70" w14:textId="17F7CC7D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ser flere døde fisk!</w:t>
      </w:r>
    </w:p>
    <w:p w14:paraId="7B0BAA1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haaveilen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saisin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kalastaa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joessa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0989DB94" w14:textId="186C85CB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drømmer om å kunne fiske i elva.</w:t>
      </w:r>
    </w:p>
    <w:p w14:paraId="08B9635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E6E66B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743E4E5B" w14:textId="227A071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Minäkin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1550F9F0" w14:textId="2C67CCF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Jeg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også...</w:t>
      </w:r>
      <w:proofErr w:type="gramEnd"/>
    </w:p>
    <w:p w14:paraId="736548F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FAC7DA7" w14:textId="3D04EC54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675D2E62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Me </w:t>
      </w:r>
      <w:proofErr w:type="spellStart"/>
      <w:r w:rsidRPr="004A015F">
        <w:rPr>
          <w:rFonts w:asciiTheme="majorHAnsi" w:hAnsiTheme="majorHAnsi" w:cstheme="majorHAnsi"/>
          <w:lang w:val="nb-NO"/>
        </w:rPr>
        <w:t>päätimme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asettua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asumaan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tänne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juuri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siksi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paikan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asukkailla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oli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lupa </w:t>
      </w:r>
      <w:proofErr w:type="spellStart"/>
      <w:r w:rsidRPr="004A015F">
        <w:rPr>
          <w:rFonts w:asciiTheme="majorHAnsi" w:hAnsiTheme="majorHAnsi" w:cstheme="majorHAnsi"/>
          <w:lang w:val="nb-NO"/>
        </w:rPr>
        <w:t>kalastaa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joessa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7CC940B6" w14:textId="00EB328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 valgte å bo akkurat her fordi innbyggerne hadde rett til å fiske i elva.</w:t>
      </w:r>
    </w:p>
    <w:p w14:paraId="4FC48186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E1DD4CE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4DE2F420" w14:textId="4B628890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Eikö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meillä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enää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ole </w:t>
      </w:r>
      <w:proofErr w:type="spellStart"/>
      <w:r w:rsidRPr="004A015F">
        <w:rPr>
          <w:rFonts w:asciiTheme="majorHAnsi" w:hAnsiTheme="majorHAnsi" w:cstheme="majorHAnsi"/>
          <w:lang w:val="nb-NO"/>
        </w:rPr>
        <w:t>lupaa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kalastaa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joessa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16BC481E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Har vi ikke rett til å fiske i elva lenger?</w:t>
      </w:r>
    </w:p>
    <w:p w14:paraId="50276E3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9EC757F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4A015F">
        <w:rPr>
          <w:rFonts w:asciiTheme="majorHAnsi" w:hAnsiTheme="majorHAnsi" w:cstheme="majorHAnsi"/>
        </w:rPr>
        <w:lastRenderedPageBreak/>
        <w:t>BESSA</w:t>
      </w:r>
      <w:proofErr w:type="spellEnd"/>
      <w:r w:rsidRPr="004A015F">
        <w:rPr>
          <w:rFonts w:asciiTheme="majorHAnsi" w:hAnsiTheme="majorHAnsi" w:cstheme="majorHAnsi"/>
        </w:rPr>
        <w:t>:</w:t>
      </w:r>
    </w:p>
    <w:p w14:paraId="46F6FF46" w14:textId="197F765C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4A015F">
        <w:rPr>
          <w:rFonts w:asciiTheme="majorHAnsi" w:hAnsiTheme="majorHAnsi" w:cstheme="majorHAnsi"/>
        </w:rPr>
        <w:t>Joo</w:t>
      </w:r>
      <w:proofErr w:type="spellEnd"/>
      <w:r w:rsidRPr="004A015F">
        <w:rPr>
          <w:rFonts w:asciiTheme="majorHAnsi" w:hAnsiTheme="majorHAnsi" w:cstheme="majorHAnsi"/>
        </w:rPr>
        <w:t xml:space="preserve">, on </w:t>
      </w:r>
      <w:proofErr w:type="spellStart"/>
      <w:r w:rsidRPr="004A015F">
        <w:rPr>
          <w:rFonts w:asciiTheme="majorHAnsi" w:hAnsiTheme="majorHAnsi" w:cstheme="majorHAnsi"/>
        </w:rPr>
        <w:t>kyllä</w:t>
      </w:r>
      <w:proofErr w:type="spellEnd"/>
      <w:r w:rsidRPr="004A015F">
        <w:rPr>
          <w:rFonts w:asciiTheme="majorHAnsi" w:hAnsiTheme="majorHAnsi" w:cstheme="majorHAnsi"/>
        </w:rPr>
        <w:t xml:space="preserve">, </w:t>
      </w:r>
      <w:proofErr w:type="spellStart"/>
      <w:r w:rsidRPr="004A015F">
        <w:rPr>
          <w:rFonts w:asciiTheme="majorHAnsi" w:hAnsiTheme="majorHAnsi" w:cstheme="majorHAnsi"/>
        </w:rPr>
        <w:t>mutta</w:t>
      </w:r>
      <w:proofErr w:type="spellEnd"/>
      <w:r w:rsidRPr="004A015F">
        <w:rPr>
          <w:rFonts w:asciiTheme="majorHAnsi" w:hAnsiTheme="majorHAnsi" w:cstheme="majorHAnsi"/>
        </w:rPr>
        <w:t xml:space="preserve"> </w:t>
      </w:r>
      <w:proofErr w:type="spellStart"/>
      <w:r w:rsidRPr="004A015F">
        <w:rPr>
          <w:rFonts w:asciiTheme="majorHAnsi" w:hAnsiTheme="majorHAnsi" w:cstheme="majorHAnsi"/>
        </w:rPr>
        <w:t>nyt</w:t>
      </w:r>
      <w:proofErr w:type="spellEnd"/>
      <w:r w:rsidRPr="004A015F">
        <w:rPr>
          <w:rFonts w:asciiTheme="majorHAnsi" w:hAnsiTheme="majorHAnsi" w:cstheme="majorHAnsi"/>
        </w:rPr>
        <w:t xml:space="preserve"> on </w:t>
      </w:r>
      <w:proofErr w:type="spellStart"/>
      <w:r w:rsidRPr="004A015F">
        <w:rPr>
          <w:rFonts w:asciiTheme="majorHAnsi" w:hAnsiTheme="majorHAnsi" w:cstheme="majorHAnsi"/>
        </w:rPr>
        <w:t>liian</w:t>
      </w:r>
      <w:proofErr w:type="spellEnd"/>
      <w:r w:rsidRPr="004A015F">
        <w:rPr>
          <w:rFonts w:asciiTheme="majorHAnsi" w:hAnsiTheme="majorHAnsi" w:cstheme="majorHAnsi"/>
        </w:rPr>
        <w:t xml:space="preserve"> </w:t>
      </w:r>
      <w:proofErr w:type="spellStart"/>
      <w:r w:rsidRPr="004A015F">
        <w:rPr>
          <w:rFonts w:asciiTheme="majorHAnsi" w:hAnsiTheme="majorHAnsi" w:cstheme="majorHAnsi"/>
        </w:rPr>
        <w:t>vähän</w:t>
      </w:r>
      <w:proofErr w:type="spellEnd"/>
      <w:r w:rsidRPr="004A015F">
        <w:rPr>
          <w:rFonts w:asciiTheme="majorHAnsi" w:hAnsiTheme="majorHAnsi" w:cstheme="majorHAnsi"/>
        </w:rPr>
        <w:t xml:space="preserve"> kalaa.</w:t>
      </w:r>
    </w:p>
    <w:p w14:paraId="3533EA13" w14:textId="77777777" w:rsidR="009B2D51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Jo, men nå er det for lite fisk.</w:t>
      </w:r>
    </w:p>
    <w:p w14:paraId="74B79ED6" w14:textId="1AC290A6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Ennen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kalaa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oli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paljon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4355704D" w14:textId="23A7B6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Før var det store stammer.</w:t>
      </w:r>
    </w:p>
    <w:p w14:paraId="3EE2188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Villilohta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nieriää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4A015F">
        <w:rPr>
          <w:rFonts w:asciiTheme="majorHAnsi" w:hAnsiTheme="majorHAnsi" w:cstheme="majorHAnsi"/>
          <w:lang w:val="nb-NO"/>
        </w:rPr>
        <w:t>meritaimenta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02D419D6" w14:textId="740FCBB8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Villaks, sjørøye og sjøørret.</w:t>
      </w:r>
    </w:p>
    <w:p w14:paraId="3A1D67F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569C5E8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0DCCA343" w14:textId="03BBC46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Tuleeko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kala </w:t>
      </w:r>
      <w:proofErr w:type="spellStart"/>
      <w:r w:rsidRPr="004A015F">
        <w:rPr>
          <w:rFonts w:asciiTheme="majorHAnsi" w:hAnsiTheme="majorHAnsi" w:cstheme="majorHAnsi"/>
          <w:lang w:val="nb-NO"/>
        </w:rPr>
        <w:t>takaisin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nyt kun </w:t>
      </w:r>
      <w:proofErr w:type="spellStart"/>
      <w:r w:rsidRPr="004A015F">
        <w:rPr>
          <w:rFonts w:asciiTheme="majorHAnsi" w:hAnsiTheme="majorHAnsi" w:cstheme="majorHAnsi"/>
          <w:lang w:val="nb-NO"/>
        </w:rPr>
        <w:t>jokikalastus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kielletty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7E9FF975" w14:textId="55DA3B1C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Fisken kommer vel tilbake nå som elva er stengt for fiske?</w:t>
      </w:r>
    </w:p>
    <w:p w14:paraId="7B4B1C0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B26B731" w14:textId="5787441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274EB84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4A015F">
        <w:rPr>
          <w:rFonts w:asciiTheme="majorHAnsi" w:hAnsiTheme="majorHAnsi" w:cstheme="majorHAnsi"/>
          <w:lang w:val="nb-NO"/>
        </w:rPr>
        <w:t>Joo</w:t>
      </w:r>
      <w:proofErr w:type="spellEnd"/>
      <w:r w:rsidRPr="004A015F">
        <w:rPr>
          <w:rFonts w:asciiTheme="majorHAnsi" w:hAnsiTheme="majorHAnsi" w:cstheme="majorHAnsi"/>
          <w:lang w:val="nb-NO"/>
        </w:rPr>
        <w:t>…</w:t>
      </w:r>
      <w:proofErr w:type="gramEnd"/>
    </w:p>
    <w:p w14:paraId="11FF6D35" w14:textId="0B7F79A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gramStart"/>
      <w:r w:rsidRPr="004A015F">
        <w:rPr>
          <w:rFonts w:asciiTheme="majorHAnsi" w:hAnsiTheme="majorHAnsi" w:cstheme="majorHAnsi"/>
          <w:i/>
          <w:lang w:val="nb-NO"/>
        </w:rPr>
        <w:t>Jo...</w:t>
      </w:r>
      <w:proofErr w:type="gramEnd"/>
    </w:p>
    <w:p w14:paraId="0F0D4A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BF74A3C" w14:textId="7D2E0B9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28E7A2C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Kuitenkin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kalat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4A015F">
        <w:rPr>
          <w:rFonts w:asciiTheme="majorHAnsi" w:hAnsiTheme="majorHAnsi" w:cstheme="majorHAnsi"/>
          <w:lang w:val="nb-NO"/>
        </w:rPr>
        <w:t>kuolvat</w:t>
      </w:r>
      <w:proofErr w:type="spellEnd"/>
      <w:r w:rsidRPr="004A015F">
        <w:rPr>
          <w:rFonts w:asciiTheme="majorHAnsi" w:hAnsiTheme="majorHAnsi" w:cstheme="majorHAnsi"/>
          <w:lang w:val="nb-NO"/>
        </w:rPr>
        <w:t>…</w:t>
      </w:r>
      <w:proofErr w:type="gramEnd"/>
    </w:p>
    <w:p w14:paraId="595CBB54" w14:textId="6A7E94B6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Likevel dør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fisken...</w:t>
      </w:r>
      <w:proofErr w:type="gramEnd"/>
    </w:p>
    <w:p w14:paraId="2972DA3B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voimme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tehdä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362ACE72" w14:textId="151BFEA2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Hva kan vi gjøre?</w:t>
      </w:r>
    </w:p>
    <w:p w14:paraId="227F1CE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1844F04" w14:textId="3B33E25D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4BD80D6A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No </w:t>
      </w:r>
      <w:proofErr w:type="spellStart"/>
      <w:r w:rsidRPr="004A015F">
        <w:rPr>
          <w:rFonts w:asciiTheme="majorHAnsi" w:hAnsiTheme="majorHAnsi" w:cstheme="majorHAnsi"/>
          <w:lang w:val="nb-NO"/>
        </w:rPr>
        <w:t>niin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täälä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te </w:t>
      </w:r>
      <w:proofErr w:type="spellStart"/>
      <w:r w:rsidRPr="004A015F">
        <w:rPr>
          <w:rFonts w:asciiTheme="majorHAnsi" w:hAnsiTheme="majorHAnsi" w:cstheme="majorHAnsi"/>
          <w:lang w:val="nb-NO"/>
        </w:rPr>
        <w:t>istutte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A015F">
        <w:rPr>
          <w:rFonts w:asciiTheme="majorHAnsi" w:hAnsiTheme="majorHAnsi" w:cstheme="majorHAnsi"/>
          <w:lang w:val="nb-NO"/>
        </w:rPr>
        <w:t>verenseisauttajat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3A8787DB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Så det er her dere sitter, blodstoppere!</w:t>
      </w:r>
    </w:p>
    <w:p w14:paraId="7C73B48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48912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4991B9C5" w14:textId="150B0842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Eikö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teillä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ole </w:t>
      </w:r>
      <w:proofErr w:type="spellStart"/>
      <w:r w:rsidRPr="004A015F">
        <w:rPr>
          <w:rFonts w:asciiTheme="majorHAnsi" w:hAnsiTheme="majorHAnsi" w:cstheme="majorHAnsi"/>
          <w:lang w:val="nb-NO"/>
        </w:rPr>
        <w:t>ihmishenkiä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pelastettavana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21838383" w14:textId="544EE126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Har dere ikke noen liv å redde?</w:t>
      </w:r>
    </w:p>
    <w:p w14:paraId="67371BEA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Meidän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päälle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hyökätään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4836D4F8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 er under angrep.</w:t>
      </w:r>
    </w:p>
    <w:p w14:paraId="7A951CA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57A69AC" w14:textId="262F00DF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0434CE52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Useampi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henki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4A015F">
        <w:rPr>
          <w:rFonts w:asciiTheme="majorHAnsi" w:hAnsiTheme="majorHAnsi" w:cstheme="majorHAnsi"/>
          <w:lang w:val="nb-NO"/>
        </w:rPr>
        <w:t>valitettavasti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menetetty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78DBC34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Flere liv har dessverre gått tapt.</w:t>
      </w:r>
    </w:p>
    <w:p w14:paraId="21E064E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88C86A1" w14:textId="0E7E848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0215A09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pidän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huolen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"</w:t>
      </w:r>
      <w:proofErr w:type="spellStart"/>
      <w:r w:rsidRPr="004A015F">
        <w:rPr>
          <w:rFonts w:asciiTheme="majorHAnsi" w:hAnsiTheme="majorHAnsi" w:cstheme="majorHAnsi"/>
          <w:lang w:val="nb-NO"/>
        </w:rPr>
        <w:t>ruumiista</w:t>
      </w:r>
      <w:proofErr w:type="spellEnd"/>
      <w:r w:rsidRPr="004A015F">
        <w:rPr>
          <w:rFonts w:asciiTheme="majorHAnsi" w:hAnsiTheme="majorHAnsi" w:cstheme="majorHAnsi"/>
          <w:lang w:val="nb-NO"/>
        </w:rPr>
        <w:t>".</w:t>
      </w:r>
    </w:p>
    <w:p w14:paraId="12BF5D83" w14:textId="26AF48F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skal ta meg av likene.</w:t>
      </w:r>
    </w:p>
    <w:p w14:paraId="77F85890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Näkemiin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rakas </w:t>
      </w:r>
      <w:proofErr w:type="spellStart"/>
      <w:r w:rsidRPr="004A015F">
        <w:rPr>
          <w:rFonts w:asciiTheme="majorHAnsi" w:hAnsiTheme="majorHAnsi" w:cstheme="majorHAnsi"/>
          <w:lang w:val="nb-NO"/>
        </w:rPr>
        <w:t>kuningatar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0D6A8BD8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Farvel, min dronning.</w:t>
      </w:r>
    </w:p>
    <w:p w14:paraId="0F924FC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0BC5A1" w14:textId="5E64464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BESSA:</w:t>
      </w:r>
    </w:p>
    <w:p w14:paraId="0DA9BC1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4A015F">
        <w:rPr>
          <w:rFonts w:asciiTheme="majorHAnsi" w:hAnsiTheme="majorHAnsi" w:cstheme="majorHAnsi"/>
          <w:lang w:val="nb-NO"/>
        </w:rPr>
        <w:t>hei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43A23325" w14:textId="47E8DFF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Hei!</w:t>
      </w:r>
    </w:p>
    <w:p w14:paraId="4090FC6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9AA77DC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54EA27E6" w14:textId="738AAA0C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Viholinen oon lähellä.</w:t>
      </w:r>
    </w:p>
    <w:p w14:paraId="3609749A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Fienden er nær.</w:t>
      </w:r>
    </w:p>
    <w:p w14:paraId="23CB0DD1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0177711" w14:textId="23C2EE5C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BESSA, </w:t>
      </w: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OG KAISA:</w:t>
      </w:r>
    </w:p>
    <w:p w14:paraId="39C9FC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. </w:t>
      </w: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14E801C8" w14:textId="7715186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Hei! Hei!</w:t>
      </w:r>
    </w:p>
    <w:p w14:paraId="4267F88D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A46DC7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6D8BB3B1" w14:textId="2937BC7D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Oletteko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te </w:t>
      </w:r>
      <w:proofErr w:type="spellStart"/>
      <w:r w:rsidRPr="004A015F">
        <w:rPr>
          <w:rFonts w:asciiTheme="majorHAnsi" w:hAnsiTheme="majorHAnsi" w:cstheme="majorHAnsi"/>
          <w:lang w:val="nb-NO"/>
        </w:rPr>
        <w:t>vain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sammakonpoikasia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kulhossa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, vai </w:t>
      </w:r>
      <w:proofErr w:type="spellStart"/>
      <w:r w:rsidRPr="004A015F">
        <w:rPr>
          <w:rFonts w:asciiTheme="majorHAnsi" w:hAnsiTheme="majorHAnsi" w:cstheme="majorHAnsi"/>
          <w:lang w:val="nb-NO"/>
        </w:rPr>
        <w:t>pystyttekö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päihittämään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minut</w:t>
      </w:r>
      <w:proofErr w:type="spellEnd"/>
      <w:r w:rsidRPr="004A015F">
        <w:rPr>
          <w:rFonts w:asciiTheme="majorHAnsi" w:hAnsiTheme="majorHAnsi" w:cstheme="majorHAnsi"/>
          <w:lang w:val="nb-NO"/>
        </w:rPr>
        <w:t>?!?</w:t>
      </w:r>
    </w:p>
    <w:p w14:paraId="23797E5F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dere bare rumpetroll i en skål, eller klarer dere å ta meg?!</w:t>
      </w:r>
    </w:p>
    <w:p w14:paraId="7F7BE80C" w14:textId="581F4DE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Voimanaisn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4F821BAE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Kraftkjærring!</w:t>
      </w:r>
    </w:p>
    <w:p w14:paraId="4D6CD4C7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2BA5B7" w14:textId="3C69C8A8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1C814C0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Naisvoimaa</w:t>
      </w:r>
      <w:proofErr w:type="spellEnd"/>
      <w:r w:rsidRPr="004A015F">
        <w:rPr>
          <w:rFonts w:asciiTheme="majorHAnsi" w:hAnsiTheme="majorHAnsi" w:cstheme="majorHAnsi"/>
          <w:lang w:val="nb-NO"/>
        </w:rPr>
        <w:t>, Anna!</w:t>
      </w:r>
    </w:p>
    <w:p w14:paraId="274D72C5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Kvinnekraft, Anna!</w:t>
      </w:r>
    </w:p>
    <w:p w14:paraId="6138B01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6C7D82A" w14:textId="0326D76E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4BBCA8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gramStart"/>
      <w:r w:rsidRPr="004A015F">
        <w:rPr>
          <w:rFonts w:asciiTheme="majorHAnsi" w:hAnsiTheme="majorHAnsi" w:cstheme="majorHAnsi"/>
          <w:lang w:val="nb-NO"/>
        </w:rPr>
        <w:t>jaa…</w:t>
      </w:r>
      <w:proofErr w:type="gramEnd"/>
    </w:p>
    <w:p w14:paraId="1F98861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Å,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ja...</w:t>
      </w:r>
      <w:proofErr w:type="gramEnd"/>
    </w:p>
    <w:p w14:paraId="03AE0F9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59304F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23FF5C62" w14:textId="5AC2FDE4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Onko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4A015F">
        <w:rPr>
          <w:rFonts w:asciiTheme="majorHAnsi" w:hAnsiTheme="majorHAnsi" w:cstheme="majorHAnsi"/>
          <w:lang w:val="nb-NO"/>
        </w:rPr>
        <w:t>oikea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miekka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1687E0C3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det et ekte sverd?</w:t>
      </w:r>
    </w:p>
    <w:p w14:paraId="75C6656A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EE3646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0871D6EC" w14:textId="5C539E0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Teatteriryhmän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rekvisiittataistelumiekka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124ED4F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Scenekampsverd fra teatergruppa.</w:t>
      </w:r>
    </w:p>
    <w:p w14:paraId="754D725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727F5DB" w14:textId="02E60C2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130F976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Eikö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se ole </w:t>
      </w:r>
      <w:proofErr w:type="spellStart"/>
      <w:r w:rsidRPr="004A015F">
        <w:rPr>
          <w:rFonts w:asciiTheme="majorHAnsi" w:hAnsiTheme="majorHAnsi" w:cstheme="majorHAnsi"/>
          <w:lang w:val="nb-NO"/>
        </w:rPr>
        <w:t>lastenteatteria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5830BAF0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det ikke barneteater?</w:t>
      </w:r>
    </w:p>
    <w:p w14:paraId="6080659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3F3F355" w14:textId="14AC66E0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0E5188A8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tarkoitat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68F449A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Hva mener du?</w:t>
      </w:r>
    </w:p>
    <w:p w14:paraId="7EB992F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047A94E" w14:textId="07F1196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NILS:</w:t>
      </w:r>
    </w:p>
    <w:p w14:paraId="4836E92E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Luulitko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että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lastenteatteri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on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lapsellista</w:t>
      </w:r>
      <w:proofErr w:type="spellEnd"/>
      <w:r w:rsidRPr="004A015F">
        <w:rPr>
          <w:rFonts w:asciiTheme="majorHAnsi" w:hAnsiTheme="majorHAnsi" w:cstheme="majorHAnsi"/>
          <w:lang w:val="nb-NO"/>
        </w:rPr>
        <w:t>?</w:t>
      </w:r>
    </w:p>
    <w:p w14:paraId="7D9C6D5D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Trodde du barneteater var barnslig?</w:t>
      </w:r>
    </w:p>
    <w:p w14:paraId="751C78F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058FF55" w14:textId="49D5B29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51483FD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Ei </w:t>
      </w:r>
      <w:proofErr w:type="spellStart"/>
      <w:r w:rsidRPr="004A015F">
        <w:rPr>
          <w:rFonts w:asciiTheme="majorHAnsi" w:hAnsiTheme="majorHAnsi" w:cstheme="majorHAnsi"/>
          <w:lang w:val="nb-NO"/>
        </w:rPr>
        <w:t>kukaan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teistä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sammakonpojista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uskalla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haastaa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minua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5BC6CEE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Ingen av dere rumpetroll tør å utfordre meg!</w:t>
      </w:r>
    </w:p>
    <w:p w14:paraId="74FCA16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AC7CCD3" w14:textId="11FDC175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7E097252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Minä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voin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haastaa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sinut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4B73B26B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kan utfordre deg!</w:t>
      </w:r>
    </w:p>
    <w:p w14:paraId="30908BD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4507558" w14:textId="1028010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0DB26F16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Varo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A015F">
        <w:rPr>
          <w:rFonts w:asciiTheme="majorHAnsi" w:hAnsiTheme="majorHAnsi" w:cstheme="majorHAnsi"/>
          <w:lang w:val="nb-NO"/>
        </w:rPr>
        <w:t>käsivarttasi</w:t>
      </w:r>
      <w:proofErr w:type="spellEnd"/>
      <w:r w:rsidRPr="004A015F">
        <w:rPr>
          <w:rFonts w:asciiTheme="majorHAnsi" w:hAnsiTheme="majorHAnsi" w:cstheme="majorHAnsi"/>
          <w:lang w:val="nb-NO"/>
        </w:rPr>
        <w:t>, Kaisa!</w:t>
      </w:r>
    </w:p>
    <w:p w14:paraId="115C68BA" w14:textId="1C85A54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Pass på armen, Kaisa!</w:t>
      </w:r>
    </w:p>
    <w:p w14:paraId="212A50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09AED2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sectPr w:rsidR="006622A0" w:rsidRPr="004A015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4B539" w14:textId="77777777" w:rsidR="00336EE9" w:rsidRDefault="00336EE9" w:rsidP="009B2D51">
      <w:pPr>
        <w:spacing w:after="0" w:line="240" w:lineRule="auto"/>
      </w:pPr>
      <w:r>
        <w:separator/>
      </w:r>
    </w:p>
  </w:endnote>
  <w:endnote w:type="continuationSeparator" w:id="0">
    <w:p w14:paraId="610367F3" w14:textId="77777777" w:rsidR="00336EE9" w:rsidRDefault="00336EE9" w:rsidP="009B2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835037363"/>
      <w:docPartObj>
        <w:docPartGallery w:val="Page Numbers (Bottom of Page)"/>
        <w:docPartUnique/>
      </w:docPartObj>
    </w:sdtPr>
    <w:sdtContent>
      <w:p w14:paraId="0CD41D5D" w14:textId="360C81F9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5208D28" w14:textId="77777777" w:rsidR="009B2D51" w:rsidRDefault="009B2D51" w:rsidP="009B2D5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261870523"/>
      <w:docPartObj>
        <w:docPartGallery w:val="Page Numbers (Bottom of Page)"/>
        <w:docPartUnique/>
      </w:docPartObj>
    </w:sdtPr>
    <w:sdtContent>
      <w:p w14:paraId="28FDFEE6" w14:textId="31C9A7AF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61F9033C" w14:textId="77777777" w:rsidR="009B2D51" w:rsidRDefault="009B2D51" w:rsidP="009B2D5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D9879" w14:textId="77777777" w:rsidR="00336EE9" w:rsidRDefault="00336EE9" w:rsidP="009B2D51">
      <w:pPr>
        <w:spacing w:after="0" w:line="240" w:lineRule="auto"/>
      </w:pPr>
      <w:r>
        <w:separator/>
      </w:r>
    </w:p>
  </w:footnote>
  <w:footnote w:type="continuationSeparator" w:id="0">
    <w:p w14:paraId="0E58852B" w14:textId="77777777" w:rsidR="00336EE9" w:rsidRDefault="00336EE9" w:rsidP="009B2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1109152">
    <w:abstractNumId w:val="8"/>
  </w:num>
  <w:num w:numId="2" w16cid:durableId="1221862484">
    <w:abstractNumId w:val="6"/>
  </w:num>
  <w:num w:numId="3" w16cid:durableId="1044255951">
    <w:abstractNumId w:val="5"/>
  </w:num>
  <w:num w:numId="4" w16cid:durableId="129133149">
    <w:abstractNumId w:val="4"/>
  </w:num>
  <w:num w:numId="5" w16cid:durableId="417868786">
    <w:abstractNumId w:val="7"/>
  </w:num>
  <w:num w:numId="6" w16cid:durableId="870260495">
    <w:abstractNumId w:val="3"/>
  </w:num>
  <w:num w:numId="7" w16cid:durableId="205795547">
    <w:abstractNumId w:val="2"/>
  </w:num>
  <w:num w:numId="8" w16cid:durableId="960646720">
    <w:abstractNumId w:val="1"/>
  </w:num>
  <w:num w:numId="9" w16cid:durableId="2013332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36EE9"/>
    <w:rsid w:val="004A015F"/>
    <w:rsid w:val="006622A0"/>
    <w:rsid w:val="00937697"/>
    <w:rsid w:val="009B2D51"/>
    <w:rsid w:val="00AA1D8D"/>
    <w:rsid w:val="00B47730"/>
    <w:rsid w:val="00BA6BE7"/>
    <w:rsid w:val="00CB0664"/>
    <w:rsid w:val="00F705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71E79D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line="240" w:lineRule="exact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2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651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2025-11-14T13:37:00Z</dcterms:created>
  <dcterms:modified xsi:type="dcterms:W3CDTF">2025-11-18T08:03:00Z</dcterms:modified>
  <cp:category/>
</cp:coreProperties>
</file>