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77777777" w:rsidR="00CA1A1C" w:rsidRPr="00CA1A1C" w:rsidRDefault="00CA1A1C" w:rsidP="00CA1A1C">
      <w:pPr>
        <w:spacing w:after="0" w:line="240" w:lineRule="auto"/>
        <w:rPr>
          <w:b/>
          <w:bCs/>
          <w:lang w:val="nb-NO"/>
        </w:rPr>
      </w:pPr>
      <w:r w:rsidRPr="00CA1A1C">
        <w:rPr>
          <w:b/>
          <w:bCs/>
          <w:lang w:val="nb-NO"/>
        </w:rPr>
        <w:t>Bokmål og finsk dialogmanus, episode 6</w:t>
      </w:r>
    </w:p>
    <w:p w14:paraId="6CB68D3A" w14:textId="6D6B24AC" w:rsidR="00CA1A1C" w:rsidRPr="00CA1A1C" w:rsidRDefault="00CA1A1C" w:rsidP="00CA1A1C">
      <w:pPr>
        <w:spacing w:after="0" w:line="240" w:lineRule="auto"/>
        <w:rPr>
          <w:b/>
          <w:bCs/>
          <w:lang w:val="nb-NO"/>
        </w:rPr>
      </w:pPr>
      <w:r w:rsidRPr="00CA1A1C">
        <w:rPr>
          <w:b/>
          <w:bCs/>
          <w:lang w:val="nb-NO"/>
        </w:rPr>
        <w:t>Kvääniruusukoru</w:t>
      </w:r>
    </w:p>
    <w:p w14:paraId="313D2A9B" w14:textId="3AB86631" w:rsidR="00CA1A1C" w:rsidRPr="00CA1A1C" w:rsidRDefault="00CA1A1C" w:rsidP="00CA1A1C">
      <w:pPr>
        <w:spacing w:after="0" w:line="240" w:lineRule="auto"/>
        <w:rPr>
          <w:b/>
          <w:bCs/>
          <w:i/>
          <w:iCs/>
          <w:lang w:val="nb-NO"/>
        </w:rPr>
      </w:pPr>
      <w:r>
        <w:rPr>
          <w:b/>
          <w:bCs/>
          <w:i/>
          <w:iCs/>
          <w:lang w:val="nb-NO"/>
        </w:rPr>
        <w:t>Kvenrosesmykke</w:t>
      </w:r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18339515" w14:textId="7F3F4E0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Voi paska</w:t>
      </w:r>
      <w:r w:rsidRPr="00CA1A1C">
        <w:rPr>
          <w:lang w:val="nb-NO"/>
        </w:rPr>
        <w:br/>
      </w:r>
      <w:r w:rsidRPr="00CA1A1C">
        <w:rPr>
          <w:i/>
          <w:lang w:val="nb-NO"/>
        </w:rPr>
        <w:t>Skitt</w:t>
      </w:r>
    </w:p>
    <w:p w14:paraId="0D35D0B4" w14:textId="531B3570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Hei Eeva, saattaako etiäinen asua sinun luonasi?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Hei Eeva, kan vardøger bo hos deg?</w:t>
      </w:r>
    </w:p>
    <w:p w14:paraId="285CC663" w14:textId="55DDF59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Hallo?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Hallo?</w:t>
      </w:r>
    </w:p>
    <w:p w14:paraId="5460A61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77FD87BB" w14:textId="1789F40B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Hei, Jussa, tarvitsetko apua?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Hei, Jussa, trenger du hjelp?</w:t>
      </w:r>
    </w:p>
    <w:p w14:paraId="789E0FA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544D09A4" w14:textId="2B453F1A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Ei kiitos, Eeva, minä ajattelin vain katsoa yhtä korua.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Nei takk, Eeva, jeg skal bare se på et smykke.</w:t>
      </w:r>
    </w:p>
    <w:p w14:paraId="509C5B28" w14:textId="62CB1072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Raisiin kun tulee Suomen mies, kysytään hältä mikä on ties.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Når det kommer en finlender til Reisa, spør man hvor han skal.</w:t>
      </w:r>
    </w:p>
    <w:p w14:paraId="1961FEE7" w14:textId="53F1E3CD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Minä tiedän että sinä osaat tämän laulun, Eeva.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Jeg vet at du kan sangen, Eeva.</w:t>
      </w:r>
    </w:p>
    <w:p w14:paraId="4BC3D318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r w:rsidRPr="00CA1A1C">
        <w:t>EEVA:</w:t>
      </w:r>
    </w:p>
    <w:p w14:paraId="5F7C9093" w14:textId="667E664F" w:rsidR="00C545AE" w:rsidRPr="00CA1A1C" w:rsidRDefault="00000000" w:rsidP="00CA1A1C">
      <w:pPr>
        <w:spacing w:after="0" w:line="240" w:lineRule="auto"/>
      </w:pPr>
      <w:r w:rsidRPr="00CA1A1C">
        <w:t>Ohoh.</w:t>
      </w:r>
      <w:r w:rsidRPr="00CA1A1C">
        <w:br/>
      </w:r>
      <w:r w:rsidRPr="00CA1A1C">
        <w:rPr>
          <w:i/>
        </w:rPr>
        <w:t>Oh oh.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r w:rsidRPr="00CA1A1C">
        <w:t>JUSSA:</w:t>
      </w:r>
    </w:p>
    <w:p w14:paraId="04C05821" w14:textId="728BD3CA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t>Oikein aikaisin aamulla... käskee ihmisiä… hiihtämään haudalle.</w:t>
      </w:r>
      <w:r w:rsidRPr="00CA1A1C">
        <w:br/>
      </w:r>
      <w:r w:rsidRPr="00CA1A1C">
        <w:rPr>
          <w:i/>
          <w:lang w:val="nb-NO"/>
        </w:rPr>
        <w:t>Ser ut som fanden selv… han kommanderer folk… gå på ski til tjæremila.</w:t>
      </w:r>
    </w:p>
    <w:p w14:paraId="41FFCF6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122E8107" w14:textId="65BEF66A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Paketoinko minä tämän sinulle?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Skal jeg pakke det inn?</w:t>
      </w:r>
    </w:p>
    <w:p w14:paraId="0E25E3E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 xml:space="preserve">JUSSA: </w:t>
      </w:r>
    </w:p>
    <w:p w14:paraId="1D189321" w14:textId="781FF9F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Joo, kiitos!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Ja, takk!</w:t>
      </w:r>
    </w:p>
    <w:p w14:paraId="52D12B8F" w14:textId="472046DB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Tämä on syntymäpäivälahja Annalle.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Bursdagsgave til Anna.</w:t>
      </w:r>
    </w:p>
    <w:p w14:paraId="3D80ED3C" w14:textId="3C4B1CF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Kuinka sinun isoäitisi kanssa menee nyt?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Hvordan går det med mormoren din nå?</w:t>
      </w:r>
    </w:p>
    <w:p w14:paraId="04DD745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619D9EF" w14:textId="48F6A24D" w:rsidR="00C545AE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lang w:val="nb-NO"/>
        </w:rPr>
        <w:t>Hän ei muista minua enää...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Hun husker meg ikke lenger…</w:t>
      </w:r>
    </w:p>
    <w:p w14:paraId="2C4C5B61" w14:textId="77777777" w:rsidR="006409A0" w:rsidRPr="00CA1A1C" w:rsidRDefault="006409A0" w:rsidP="00CA1A1C">
      <w:pPr>
        <w:spacing w:after="0" w:line="240" w:lineRule="auto"/>
        <w:rPr>
          <w:lang w:val="nb-NO"/>
        </w:rPr>
      </w:pPr>
    </w:p>
    <w:p w14:paraId="2366682F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 xml:space="preserve">JUSSA: </w:t>
      </w:r>
    </w:p>
    <w:p w14:paraId="78CA7612" w14:textId="101F7F61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Sehän on surullista.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Det er trist å høre.</w:t>
      </w:r>
    </w:p>
    <w:p w14:paraId="6E787916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0A207EFD" w14:textId="3911FAC1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Miksi sinä aina laulat, Jussa?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Hvorfor synger du alltid, Jussa?</w:t>
      </w:r>
    </w:p>
    <w:p w14:paraId="0BD438E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1BB4597F" w14:textId="4CBDBA1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Kaunis laulu poistaa pölyn sydämestä.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En vakker sang børster støvet av hjertet.</w:t>
      </w:r>
    </w:p>
    <w:p w14:paraId="70DA2FB4" w14:textId="56410AD7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On ehkä parempi sanoa että laulaminen pitää pölyt poissa aivoista.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Det er vel mer riktig å si at å synge holder støvet vekk fra hjernen.</w:t>
      </w:r>
    </w:p>
    <w:p w14:paraId="7D651309" w14:textId="1849CAA7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Ajatukset selvenevät ja mieli kevenee.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Man blir klar i hodet og lettere til sinns.</w:t>
      </w:r>
    </w:p>
    <w:p w14:paraId="73FBBCC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99829D8" w14:textId="3AD14848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Oo joo!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Å, ja!</w:t>
      </w:r>
    </w:p>
    <w:p w14:paraId="407819A5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4D8A1AC2" w14:textId="32DAFB19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Minä olen neurologi ja tutkin aivoja, senhän sinä tiedät.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Jeg er nevrolog og forsker på hjernen, vet du.</w:t>
      </w:r>
    </w:p>
    <w:p w14:paraId="463175C5" w14:textId="4162244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Tulipa hieno. Kiitos!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Så fint. Takk!</w:t>
      </w:r>
    </w:p>
    <w:p w14:paraId="3565E6D1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48761C40" w14:textId="381CFBB5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727FD29E" w14:textId="42AB018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Kiitos.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Takk.</w:t>
      </w:r>
    </w:p>
    <w:p w14:paraId="48AB1E72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2CBFDF40" w14:textId="14AAA2F2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Näkemiin!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 det!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7E46ACC" w14:textId="32D1F77F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Näkemiin!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Ha det!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JUSSA:</w:t>
      </w:r>
    </w:p>
    <w:p w14:paraId="70E1F810" w14:textId="2F6912BC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Ylös Sapphen työta hakeen, luulen että löydän vaan.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Opp til Sappen for å finne arbeid, jeg tror jeg finner noe.</w:t>
      </w:r>
    </w:p>
    <w:p w14:paraId="4FC0016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CF734EA" w14:textId="5E7FD9FD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32539EFB" w14:textId="69DAA97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Raisinjoesta on löytynyt kuolleita kalloja, ja kun kaloista on otettu kokeista, on selvinnyt että kalat ovat kuolleet furunkuloosiin.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I Reisaelva er det funnet død fisk, og prøver tatt av fiskene viser at de døde av furunkulose.</w:t>
      </w:r>
    </w:p>
    <w:p w14:paraId="4D06E497" w14:textId="74821490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Furunkuloosi on tarttuva tauti joka tappaa lohia kun vesi lämpenee.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Furunkulose er en smittsom sykdom som dreper laks når vannet blir varmt.</w:t>
      </w:r>
    </w:p>
    <w:p w14:paraId="1C7C53CB" w14:textId="087CA70B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lastRenderedPageBreak/>
        <w:t>Määtän lapset Anna ja Nils löysivät kalat ja ovat asian vuoksi tähđen murheissaan.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Barna Anna og Nils, fant fiskene og har vært fortvilet siden.</w:t>
      </w:r>
    </w:p>
    <w:p w14:paraId="0BABA280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68A74B8A" w14:textId="5674FA6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Minä hämmästyin ja tulin suruliseksi kun löysin kuolleita kalloja.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Jeg ble overrasket og trist når jeg fant døde fisk der.</w:t>
      </w:r>
    </w:p>
    <w:p w14:paraId="49D10659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01058DAE" w14:textId="4D190B86" w:rsidR="000D3B94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Nyt olemme saaneet vielä yhden uhan kalalle joessa.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Nå har vi fått enda en trussel mot fisken i elva.</w:t>
      </w:r>
    </w:p>
    <w:p w14:paraId="171122DE" w14:textId="54DC002D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Nyt on sen aika, että me kaikki yhdessä yritämme pelastaa meidän jokemme.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Det er på tide at vi samler oss om å redde elva vår!</w:t>
      </w:r>
    </w:p>
    <w:p w14:paraId="6DF712F5" w14:textId="77777777" w:rsidR="000D3B94" w:rsidRDefault="000D3B94" w:rsidP="00CA1A1C">
      <w:pPr>
        <w:spacing w:after="0" w:line="240" w:lineRule="auto"/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5FE46221" w14:textId="5EF9FF8F" w:rsidR="00C545AE" w:rsidRPr="00CA1A1C" w:rsidRDefault="00000000" w:rsidP="00CA1A1C">
      <w:pPr>
        <w:spacing w:after="0" w:line="240" w:lineRule="auto"/>
        <w:rPr>
          <w:lang w:val="nb-NO"/>
        </w:rPr>
      </w:pPr>
      <w:r>
        <w:t>Minä kuulin sinut radiossa, Nils!</w:t>
      </w:r>
      <w:r>
        <w:br/>
      </w:r>
      <w:r w:rsidRPr="00CA1A1C">
        <w:rPr>
          <w:i/>
          <w:lang w:val="nb-NO"/>
        </w:rPr>
        <w:t>Jeg hørte deg på radioen, Nils!</w:t>
      </w:r>
    </w:p>
    <w:p w14:paraId="57957EDA" w14:textId="13DFCF8D" w:rsidR="00C545AE" w:rsidRPr="000D3B94" w:rsidRDefault="00000000" w:rsidP="00CA1A1C">
      <w:pPr>
        <w:spacing w:after="0" w:line="240" w:lineRule="auto"/>
        <w:rPr>
          <w:lang w:val="nb-NO"/>
        </w:rPr>
      </w:pPr>
      <w:r w:rsidRPr="00CA1A1C">
        <w:rPr>
          <w:lang w:val="nb-NO"/>
        </w:rPr>
        <w:t>Minä tulen kylään  – olen jo ostanut bussilipun!</w:t>
      </w:r>
      <w:r w:rsidRPr="00CA1A1C">
        <w:rPr>
          <w:lang w:val="nb-NO"/>
        </w:rPr>
        <w:br/>
      </w:r>
      <w:r w:rsidRPr="000D3B94">
        <w:rPr>
          <w:i/>
          <w:lang w:val="nb-NO"/>
        </w:rPr>
        <w:t>Jeg kommer til bygda – jeg har kjøpt bussbillett!</w:t>
      </w: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ED57F" w14:textId="77777777" w:rsidR="00366BEB" w:rsidRDefault="00366BEB" w:rsidP="00CA1A1C">
      <w:pPr>
        <w:spacing w:after="0" w:line="240" w:lineRule="auto"/>
      </w:pPr>
      <w:r>
        <w:separator/>
      </w:r>
    </w:p>
  </w:endnote>
  <w:endnote w:type="continuationSeparator" w:id="0">
    <w:p w14:paraId="0C2451F5" w14:textId="77777777" w:rsidR="00366BEB" w:rsidRDefault="00366BEB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83A40" w14:textId="77777777" w:rsidR="00366BEB" w:rsidRDefault="00366BEB" w:rsidP="00CA1A1C">
      <w:pPr>
        <w:spacing w:after="0" w:line="240" w:lineRule="auto"/>
      </w:pPr>
      <w:r>
        <w:separator/>
      </w:r>
    </w:p>
  </w:footnote>
  <w:footnote w:type="continuationSeparator" w:id="0">
    <w:p w14:paraId="1563C13D" w14:textId="77777777" w:rsidR="00366BEB" w:rsidRDefault="00366BEB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29639D"/>
    <w:rsid w:val="00326F90"/>
    <w:rsid w:val="00366BEB"/>
    <w:rsid w:val="006409A0"/>
    <w:rsid w:val="00A426FB"/>
    <w:rsid w:val="00AA1D8D"/>
    <w:rsid w:val="00B47730"/>
    <w:rsid w:val="00C545AE"/>
    <w:rsid w:val="00CA1A1C"/>
    <w:rsid w:val="00CB0664"/>
    <w:rsid w:val="00CF54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461</Words>
  <Characters>2449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2025-11-14T13:59:00Z</dcterms:created>
  <dcterms:modified xsi:type="dcterms:W3CDTF">2025-11-28T14:15:00Z</dcterms:modified>
  <cp:category/>
</cp:coreProperties>
</file>