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BEADA" w14:textId="5A114F8A" w:rsidR="00E32A31" w:rsidRPr="00E32A31" w:rsidRDefault="000326E5" w:rsidP="00E32A31">
      <w:pPr>
        <w:spacing w:after="0" w:line="240" w:lineRule="auto"/>
        <w:rPr>
          <w:b/>
          <w:bCs/>
          <w:lang w:val="nb-NO"/>
        </w:rPr>
      </w:pPr>
      <w:r>
        <w:rPr>
          <w:b/>
          <w:bCs/>
          <w:lang w:val="nb-NO"/>
        </w:rPr>
        <w:t>Bokmål og finsk dialogmanus, episode</w:t>
      </w:r>
      <w:r w:rsidR="00E32A31" w:rsidRPr="00E32A31">
        <w:rPr>
          <w:b/>
          <w:bCs/>
          <w:lang w:val="nb-NO"/>
        </w:rPr>
        <w:t xml:space="preserve"> 8</w:t>
      </w:r>
    </w:p>
    <w:p w14:paraId="27E5E1A0" w14:textId="1E8429E8" w:rsidR="00E32A31" w:rsidRPr="00E32A31" w:rsidRDefault="00E32A31" w:rsidP="00E32A31">
      <w:pPr>
        <w:spacing w:after="0" w:line="240" w:lineRule="auto"/>
        <w:rPr>
          <w:b/>
          <w:bCs/>
          <w:lang w:val="nb-NO"/>
        </w:rPr>
      </w:pPr>
      <w:proofErr w:type="spellStart"/>
      <w:r w:rsidRPr="00E32A31">
        <w:rPr>
          <w:b/>
          <w:bCs/>
          <w:lang w:val="nb-NO"/>
        </w:rPr>
        <w:t>Sinnikkyys</w:t>
      </w:r>
      <w:proofErr w:type="spellEnd"/>
    </w:p>
    <w:p w14:paraId="3890687E" w14:textId="0E27CCBB" w:rsidR="00E32A31" w:rsidRPr="00E32A31" w:rsidRDefault="00E32A31" w:rsidP="00E32A31">
      <w:pPr>
        <w:spacing w:after="0" w:line="240" w:lineRule="auto"/>
        <w:rPr>
          <w:b/>
          <w:bCs/>
          <w:i/>
          <w:iCs/>
          <w:lang w:val="nb-NO"/>
        </w:rPr>
      </w:pPr>
      <w:r w:rsidRPr="00E32A31">
        <w:rPr>
          <w:b/>
          <w:bCs/>
          <w:i/>
          <w:iCs/>
          <w:lang w:val="nb-NO"/>
        </w:rPr>
        <w:t>Sinni</w:t>
      </w:r>
    </w:p>
    <w:p w14:paraId="5B8B6829" w14:textId="77777777" w:rsidR="00E32A31" w:rsidRPr="00E32A31" w:rsidRDefault="00E32A31" w:rsidP="00E32A31">
      <w:pPr>
        <w:spacing w:after="0" w:line="240" w:lineRule="auto"/>
        <w:rPr>
          <w:b/>
          <w:bCs/>
          <w:lang w:val="nb-NO"/>
        </w:rPr>
      </w:pPr>
    </w:p>
    <w:p w14:paraId="0606817B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KAISA: </w:t>
      </w:r>
    </w:p>
    <w:p w14:paraId="3C574C4E" w14:textId="42A1FD5C" w:rsidR="00356C56" w:rsidRDefault="00000000" w:rsidP="00E32A31">
      <w:pPr>
        <w:spacing w:after="0" w:line="240" w:lineRule="auto"/>
        <w:rPr>
          <w:i/>
          <w:lang w:val="nb-NO"/>
        </w:rPr>
      </w:pPr>
      <w:proofErr w:type="spellStart"/>
      <w:r w:rsidRPr="00E32A31">
        <w:rPr>
          <w:lang w:val="nb-NO"/>
        </w:rPr>
        <w:t>Päivää</w:t>
      </w:r>
      <w:proofErr w:type="spellEnd"/>
      <w:r w:rsidRPr="00E32A31">
        <w:rPr>
          <w:lang w:val="nb-NO"/>
        </w:rPr>
        <w:t>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Hei!</w:t>
      </w:r>
    </w:p>
    <w:p w14:paraId="16643BB1" w14:textId="77777777" w:rsidR="00E32A31" w:rsidRDefault="00E32A31" w:rsidP="00E32A31">
      <w:pPr>
        <w:spacing w:after="0" w:line="240" w:lineRule="auto"/>
        <w:rPr>
          <w:i/>
          <w:lang w:val="nb-NO"/>
        </w:rPr>
      </w:pPr>
    </w:p>
    <w:p w14:paraId="66CAED50" w14:textId="712F2C2A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7C172486" w14:textId="4FA67B35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Päivää</w:t>
      </w:r>
      <w:proofErr w:type="spellEnd"/>
      <w:r w:rsidRPr="00E32A31">
        <w:rPr>
          <w:lang w:val="nb-NO"/>
        </w:rPr>
        <w:t>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Hei!</w:t>
      </w:r>
    </w:p>
    <w:p w14:paraId="1EE120DE" w14:textId="3D8DF02E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Päivää</w:t>
      </w:r>
      <w:proofErr w:type="spellEnd"/>
      <w:r w:rsidRPr="00E32A31">
        <w:rPr>
          <w:lang w:val="nb-NO"/>
        </w:rPr>
        <w:t xml:space="preserve"> Kaisa.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Hei, Kaisa.</w:t>
      </w:r>
    </w:p>
    <w:p w14:paraId="0AD36F0D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0EDA2A43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3DB6A59D" w14:textId="08A3CC1D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Onko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sinulla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minulle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roolia</w:t>
      </w:r>
      <w:proofErr w:type="spellEnd"/>
      <w:r w:rsidRPr="00E32A31">
        <w:rPr>
          <w:lang w:val="nb-NO"/>
        </w:rPr>
        <w:t>?</w:t>
      </w:r>
      <w:r w:rsidRPr="00E32A31">
        <w:rPr>
          <w:lang w:val="nb-NO"/>
        </w:rPr>
        <w:br/>
      </w:r>
      <w:r w:rsidRPr="00E32A31">
        <w:rPr>
          <w:i/>
          <w:lang w:val="nb-NO"/>
        </w:rPr>
        <w:t>Har du en rolle til meg?</w:t>
      </w:r>
    </w:p>
    <w:p w14:paraId="642596F3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111CC1BF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22FC3E05" w14:textId="629408E1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Tervetuloa</w:t>
      </w:r>
      <w:proofErr w:type="spellEnd"/>
      <w:r w:rsidRPr="00E32A31">
        <w:rPr>
          <w:lang w:val="nb-NO"/>
        </w:rPr>
        <w:t>, Kaisa.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Velkommen, Kaisa.</w:t>
      </w:r>
    </w:p>
    <w:p w14:paraId="41E41252" w14:textId="17416B38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Meiltä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löytyy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kyllä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rooli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jokaiselle</w:t>
      </w:r>
      <w:proofErr w:type="spellEnd"/>
      <w:r w:rsidRPr="00E32A31">
        <w:rPr>
          <w:lang w:val="nb-NO"/>
        </w:rPr>
        <w:t>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Vi har en rolle til alle.</w:t>
      </w:r>
    </w:p>
    <w:p w14:paraId="6EDC9425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6EB87177" w14:textId="34E5CC54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659F98B9" w14:textId="1F2C4348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Minä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haluan</w:t>
      </w:r>
      <w:proofErr w:type="spellEnd"/>
      <w:r w:rsidRPr="00E32A31">
        <w:rPr>
          <w:lang w:val="nb-NO"/>
        </w:rPr>
        <w:t xml:space="preserve"> olla </w:t>
      </w:r>
      <w:proofErr w:type="spellStart"/>
      <w:r w:rsidRPr="00E32A31">
        <w:rPr>
          <w:lang w:val="nb-NO"/>
        </w:rPr>
        <w:t>mukana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miekkataistelussa</w:t>
      </w:r>
      <w:proofErr w:type="spellEnd"/>
      <w:r w:rsidRPr="00E32A31">
        <w:rPr>
          <w:lang w:val="nb-NO"/>
        </w:rPr>
        <w:t xml:space="preserve">. </w:t>
      </w:r>
      <w:proofErr w:type="spellStart"/>
      <w:r w:rsidRPr="00E32A31">
        <w:rPr>
          <w:lang w:val="nb-NO"/>
        </w:rPr>
        <w:t>Minä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pidän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kickboksingista</w:t>
      </w:r>
      <w:proofErr w:type="spellEnd"/>
      <w:r w:rsidRPr="00E32A31">
        <w:rPr>
          <w:lang w:val="nb-NO"/>
        </w:rPr>
        <w:t xml:space="preserve"> ja sen </w:t>
      </w:r>
      <w:proofErr w:type="spellStart"/>
      <w:r w:rsidRPr="00E32A31">
        <w:rPr>
          <w:lang w:val="nb-NO"/>
        </w:rPr>
        <w:t>kaltaisista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jutuista</w:t>
      </w:r>
      <w:proofErr w:type="spellEnd"/>
      <w:r w:rsidRPr="00E32A31">
        <w:rPr>
          <w:lang w:val="nb-NO"/>
        </w:rPr>
        <w:t>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Jeg vil være med på sverdkamp, jeg liker kickboksing og sånn.</w:t>
      </w:r>
    </w:p>
    <w:p w14:paraId="182A6636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2D9FD427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04C555CB" w14:textId="6B32048C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Varovasti</w:t>
      </w:r>
      <w:r w:rsidR="00E32A31">
        <w:rPr>
          <w:lang w:val="nb-NO"/>
        </w:rPr>
        <w:t>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Forsiktig</w:t>
      </w:r>
      <w:r w:rsidR="00E32A31">
        <w:rPr>
          <w:i/>
          <w:lang w:val="nb-NO"/>
        </w:rPr>
        <w:t>.</w:t>
      </w:r>
    </w:p>
    <w:p w14:paraId="39E21E31" w14:textId="77777777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 xml:space="preserve">Me </w:t>
      </w:r>
      <w:proofErr w:type="spellStart"/>
      <w:r w:rsidRPr="00E32A31">
        <w:rPr>
          <w:lang w:val="nb-NO"/>
        </w:rPr>
        <w:t>emme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tappele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täällä</w:t>
      </w:r>
      <w:proofErr w:type="spellEnd"/>
      <w:r w:rsidRPr="00E32A31">
        <w:rPr>
          <w:lang w:val="nb-NO"/>
        </w:rPr>
        <w:t xml:space="preserve">, </w:t>
      </w:r>
      <w:proofErr w:type="spellStart"/>
      <w:r w:rsidRPr="00E32A31">
        <w:rPr>
          <w:lang w:val="nb-NO"/>
        </w:rPr>
        <w:t>me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vain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näyttelemme</w:t>
      </w:r>
      <w:proofErr w:type="spellEnd"/>
      <w:r w:rsidRPr="00E32A31">
        <w:rPr>
          <w:lang w:val="nb-NO"/>
        </w:rPr>
        <w:t xml:space="preserve"> taistelemista.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Vi sloss ikke her, vi lager en illusjon av kamp.</w:t>
      </w:r>
    </w:p>
    <w:p w14:paraId="0FE643FC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4DEA26B3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32AD0429" w14:textId="0F33B66D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 xml:space="preserve">Se ja </w:t>
      </w:r>
      <w:proofErr w:type="spellStart"/>
      <w:r w:rsidRPr="00E32A31">
        <w:rPr>
          <w:lang w:val="nb-NO"/>
        </w:rPr>
        <w:t>sama</w:t>
      </w:r>
      <w:proofErr w:type="spellEnd"/>
      <w:r w:rsidRPr="00E32A31">
        <w:rPr>
          <w:lang w:val="nb-NO"/>
        </w:rPr>
        <w:t>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Samme for meg.</w:t>
      </w:r>
    </w:p>
    <w:p w14:paraId="328561E0" w14:textId="2ADB7639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Taistelu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on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taistelu</w:t>
      </w:r>
      <w:proofErr w:type="spellEnd"/>
      <w:r w:rsidRPr="00E32A31">
        <w:rPr>
          <w:lang w:val="nb-NO"/>
        </w:rPr>
        <w:t>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Kamp er kamp.</w:t>
      </w:r>
    </w:p>
    <w:p w14:paraId="527245F5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190B9D9A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12935429" w14:textId="446CB293" w:rsidR="00356C56" w:rsidRDefault="00000000" w:rsidP="00E32A31">
      <w:pPr>
        <w:spacing w:after="0" w:line="240" w:lineRule="auto"/>
        <w:rPr>
          <w:i/>
          <w:lang w:val="nb-NO"/>
        </w:rPr>
      </w:pPr>
      <w:proofErr w:type="spellStart"/>
      <w:r w:rsidRPr="00E32A31">
        <w:rPr>
          <w:lang w:val="nb-NO"/>
        </w:rPr>
        <w:t>Missä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ilma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on</w:t>
      </w:r>
      <w:proofErr w:type="spellEnd"/>
      <w:r w:rsidRPr="00E32A31">
        <w:rPr>
          <w:lang w:val="nb-NO"/>
        </w:rPr>
        <w:t>?</w:t>
      </w:r>
      <w:r w:rsidRPr="00E32A31">
        <w:rPr>
          <w:lang w:val="nb-NO"/>
        </w:rPr>
        <w:br/>
      </w:r>
      <w:r w:rsidRPr="00E32A31">
        <w:rPr>
          <w:i/>
          <w:lang w:val="nb-NO"/>
        </w:rPr>
        <w:t>Hvor er luften?</w:t>
      </w:r>
    </w:p>
    <w:p w14:paraId="2856FDC5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309EC99E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39106F1A" w14:textId="431C52BC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Tuossa</w:t>
      </w:r>
      <w:proofErr w:type="spellEnd"/>
      <w:r w:rsidRPr="00E32A31">
        <w:rPr>
          <w:lang w:val="nb-NO"/>
        </w:rPr>
        <w:t>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Der.</w:t>
      </w:r>
    </w:p>
    <w:p w14:paraId="6DCC62A4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54ACA2A8" w14:textId="77777777" w:rsidR="00E32A31" w:rsidRPr="000326E5" w:rsidRDefault="00E32A31" w:rsidP="00E32A31">
      <w:pPr>
        <w:spacing w:after="0" w:line="240" w:lineRule="auto"/>
      </w:pPr>
      <w:r w:rsidRPr="000326E5">
        <w:t>MAIA:</w:t>
      </w:r>
    </w:p>
    <w:p w14:paraId="468319DA" w14:textId="5E4D4067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0326E5">
        <w:t>Missä</w:t>
      </w:r>
      <w:proofErr w:type="spellEnd"/>
      <w:r w:rsidRPr="000326E5">
        <w:t xml:space="preserve"> </w:t>
      </w:r>
      <w:proofErr w:type="spellStart"/>
      <w:r w:rsidRPr="000326E5">
        <w:t>minun</w:t>
      </w:r>
      <w:proofErr w:type="spellEnd"/>
      <w:r w:rsidRPr="000326E5">
        <w:t xml:space="preserve"> </w:t>
      </w:r>
      <w:proofErr w:type="spellStart"/>
      <w:r w:rsidRPr="000326E5">
        <w:t>ilma</w:t>
      </w:r>
      <w:proofErr w:type="spellEnd"/>
      <w:r w:rsidRPr="000326E5">
        <w:t xml:space="preserve"> on?</w:t>
      </w:r>
      <w:r w:rsidRPr="000326E5">
        <w:br/>
      </w:r>
      <w:r w:rsidRPr="00E32A31">
        <w:rPr>
          <w:i/>
          <w:lang w:val="nb-NO"/>
        </w:rPr>
        <w:t>Hvor er luften min?</w:t>
      </w:r>
    </w:p>
    <w:p w14:paraId="2E839F21" w14:textId="7DE8EECE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Sinun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piti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pitää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huolta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siitä</w:t>
      </w:r>
      <w:proofErr w:type="spellEnd"/>
      <w:r w:rsidRPr="00E32A31">
        <w:rPr>
          <w:lang w:val="nb-NO"/>
        </w:rPr>
        <w:t>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Du skulle ta vare på den!</w:t>
      </w:r>
    </w:p>
    <w:p w14:paraId="0A7C9427" w14:textId="77777777" w:rsidR="00356C56" w:rsidRDefault="00000000" w:rsidP="00E32A31">
      <w:pPr>
        <w:spacing w:after="0" w:line="240" w:lineRule="auto"/>
        <w:rPr>
          <w:i/>
          <w:lang w:val="nb-NO"/>
        </w:rPr>
      </w:pPr>
      <w:proofErr w:type="spellStart"/>
      <w:r w:rsidRPr="00E32A31">
        <w:rPr>
          <w:lang w:val="nb-NO"/>
        </w:rPr>
        <w:t>Sinä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lupasit</w:t>
      </w:r>
      <w:proofErr w:type="spellEnd"/>
      <w:r w:rsidRPr="00E32A31">
        <w:rPr>
          <w:lang w:val="nb-NO"/>
        </w:rPr>
        <w:t>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Du lovet!</w:t>
      </w:r>
    </w:p>
    <w:p w14:paraId="603BAEA0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6CA71DBE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684C4381" w14:textId="622CF842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Sinun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täytyy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puolustautua</w:t>
      </w:r>
      <w:proofErr w:type="spellEnd"/>
      <w:r w:rsidRPr="00E32A31">
        <w:rPr>
          <w:lang w:val="nb-NO"/>
        </w:rPr>
        <w:t>, Kaisa.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Du skal være defensiv, Kaisa.</w:t>
      </w:r>
    </w:p>
    <w:p w14:paraId="50C69390" w14:textId="723CEE17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Sinun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pitää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liikkua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taaksepäin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tai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ympäri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ringissä</w:t>
      </w:r>
      <w:proofErr w:type="spellEnd"/>
      <w:r w:rsidRPr="00E32A31">
        <w:rPr>
          <w:lang w:val="nb-NO"/>
        </w:rPr>
        <w:t>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Du kan bevege deg bakover eller rundt i sirkel.</w:t>
      </w:r>
    </w:p>
    <w:p w14:paraId="6D17E422" w14:textId="2686DAB3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Kokeile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löytää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sinun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sisäinen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voimasi</w:t>
      </w:r>
      <w:proofErr w:type="spellEnd"/>
      <w:r w:rsidRPr="00E32A31">
        <w:rPr>
          <w:lang w:val="nb-NO"/>
        </w:rPr>
        <w:t xml:space="preserve">, </w:t>
      </w:r>
      <w:proofErr w:type="spellStart"/>
      <w:r w:rsidRPr="00E32A31">
        <w:rPr>
          <w:lang w:val="nb-NO"/>
        </w:rPr>
        <w:t>jotta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voit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puolustautua</w:t>
      </w:r>
      <w:proofErr w:type="spellEnd"/>
      <w:r w:rsidRPr="00E32A31">
        <w:rPr>
          <w:lang w:val="nb-NO"/>
        </w:rPr>
        <w:t>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Prøv å finne den indre kraften, til å si det tilbake.</w:t>
      </w:r>
    </w:p>
    <w:p w14:paraId="4C46F21F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68831B31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4897F0F9" w14:textId="08B71B8B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Tämähän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on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aivan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järjetöntä</w:t>
      </w:r>
      <w:proofErr w:type="spellEnd"/>
      <w:r w:rsidRPr="00E32A31">
        <w:rPr>
          <w:lang w:val="nb-NO"/>
        </w:rPr>
        <w:t>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Dette er jo helt meningsløst!</w:t>
      </w:r>
    </w:p>
    <w:p w14:paraId="08046DC8" w14:textId="77777777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Missä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ilma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on</w:t>
      </w:r>
      <w:proofErr w:type="spellEnd"/>
      <w:r w:rsidRPr="00E32A31">
        <w:rPr>
          <w:lang w:val="nb-NO"/>
        </w:rPr>
        <w:t>?!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Hvor er luften?!</w:t>
      </w:r>
    </w:p>
    <w:p w14:paraId="5170D798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710BD60E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2CF445A8" w14:textId="1C17A064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Niin</w:t>
      </w:r>
      <w:proofErr w:type="spellEnd"/>
      <w:r w:rsidRPr="00E32A31">
        <w:rPr>
          <w:lang w:val="nb-NO"/>
        </w:rPr>
        <w:t xml:space="preserve">, </w:t>
      </w:r>
      <w:proofErr w:type="spellStart"/>
      <w:r w:rsidRPr="00E32A31">
        <w:rPr>
          <w:lang w:val="nb-NO"/>
        </w:rPr>
        <w:t>mutta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onko</w:t>
      </w:r>
      <w:proofErr w:type="spellEnd"/>
      <w:r w:rsidRPr="00E32A31">
        <w:rPr>
          <w:lang w:val="nb-NO"/>
        </w:rPr>
        <w:t xml:space="preserve"> se </w:t>
      </w:r>
      <w:proofErr w:type="spellStart"/>
      <w:r w:rsidRPr="00E32A31">
        <w:rPr>
          <w:lang w:val="nb-NO"/>
        </w:rPr>
        <w:t>sitä</w:t>
      </w:r>
      <w:proofErr w:type="spellEnd"/>
      <w:r w:rsidRPr="00E32A31">
        <w:rPr>
          <w:lang w:val="nb-NO"/>
        </w:rPr>
        <w:t>?</w:t>
      </w:r>
      <w:r w:rsidRPr="00E32A31">
        <w:rPr>
          <w:lang w:val="nb-NO"/>
        </w:rPr>
        <w:br/>
      </w:r>
      <w:r w:rsidRPr="00E32A31">
        <w:rPr>
          <w:i/>
          <w:lang w:val="nb-NO"/>
        </w:rPr>
        <w:t>Å, men er det det?</w:t>
      </w:r>
    </w:p>
    <w:p w14:paraId="32211A1F" w14:textId="5584CFC9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 xml:space="preserve">Tai </w:t>
      </w:r>
      <w:proofErr w:type="spellStart"/>
      <w:r w:rsidRPr="00E32A31">
        <w:rPr>
          <w:lang w:val="nb-NO"/>
        </w:rPr>
        <w:t>onko</w:t>
      </w:r>
      <w:proofErr w:type="spellEnd"/>
      <w:r w:rsidRPr="00E32A31">
        <w:rPr>
          <w:lang w:val="nb-NO"/>
        </w:rPr>
        <w:t xml:space="preserve"> se </w:t>
      </w:r>
      <w:proofErr w:type="spellStart"/>
      <w:r w:rsidRPr="00E32A31">
        <w:rPr>
          <w:lang w:val="nb-NO"/>
        </w:rPr>
        <w:t>vain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järjettömyyden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illuusio</w:t>
      </w:r>
      <w:proofErr w:type="spellEnd"/>
      <w:r w:rsidRPr="00E32A31">
        <w:rPr>
          <w:lang w:val="nb-NO"/>
        </w:rPr>
        <w:t>?</w:t>
      </w:r>
      <w:r w:rsidRPr="00E32A31">
        <w:rPr>
          <w:lang w:val="nb-NO"/>
        </w:rPr>
        <w:br/>
      </w:r>
      <w:r w:rsidRPr="00E32A31">
        <w:rPr>
          <w:i/>
          <w:lang w:val="nb-NO"/>
        </w:rPr>
        <w:t>Eller er det kanskje en illusjon av meningsløshet?</w:t>
      </w:r>
    </w:p>
    <w:p w14:paraId="371156AF" w14:textId="1A554CED" w:rsidR="00356C56" w:rsidRDefault="00E32A31" w:rsidP="00E32A31">
      <w:pPr>
        <w:spacing w:after="0" w:line="240" w:lineRule="auto"/>
        <w:rPr>
          <w:i/>
          <w:lang w:val="nb-NO"/>
        </w:rPr>
      </w:pPr>
      <w:r>
        <w:rPr>
          <w:lang w:val="nb-NO"/>
        </w:rPr>
        <w:t xml:space="preserve">No, </w:t>
      </w:r>
      <w:proofErr w:type="spellStart"/>
      <w:r w:rsidRPr="00E32A31">
        <w:rPr>
          <w:lang w:val="nb-NO"/>
        </w:rPr>
        <w:t>löydä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sinun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sisäinen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voimasi</w:t>
      </w:r>
      <w:proofErr w:type="spellEnd"/>
      <w:r w:rsidRPr="00E32A31">
        <w:rPr>
          <w:lang w:val="nb-NO"/>
        </w:rPr>
        <w:t>, sisu, Kaisa!</w:t>
      </w:r>
      <w:r w:rsidRPr="00E32A31">
        <w:rPr>
          <w:lang w:val="nb-NO"/>
        </w:rPr>
        <w:br/>
      </w:r>
      <w:r>
        <w:rPr>
          <w:i/>
          <w:lang w:val="nb-NO"/>
        </w:rPr>
        <w:t>Nå,</w:t>
      </w:r>
      <w:r w:rsidRPr="00E32A31">
        <w:rPr>
          <w:i/>
          <w:lang w:val="nb-NO"/>
        </w:rPr>
        <w:t xml:space="preserve"> finn din indre kraft, Kaisa!</w:t>
      </w:r>
    </w:p>
    <w:p w14:paraId="7FC58A79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2ABC4ED9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2F37510A" w14:textId="1529AB3C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Missä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ilma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on</w:t>
      </w:r>
      <w:proofErr w:type="spellEnd"/>
      <w:r w:rsidRPr="00E32A31">
        <w:rPr>
          <w:lang w:val="nb-NO"/>
        </w:rPr>
        <w:t>?</w:t>
      </w:r>
      <w:r w:rsidRPr="00E32A31">
        <w:rPr>
          <w:lang w:val="nb-NO"/>
        </w:rPr>
        <w:br/>
      </w:r>
      <w:r w:rsidRPr="00E32A31">
        <w:rPr>
          <w:i/>
          <w:lang w:val="nb-NO"/>
        </w:rPr>
        <w:t>Hvor er luften?</w:t>
      </w:r>
    </w:p>
    <w:p w14:paraId="1FA245B3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2F58A97D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782CC1D3" w14:textId="7A9ACC73" w:rsidR="00356C56" w:rsidRDefault="00000000" w:rsidP="00E32A31">
      <w:pPr>
        <w:spacing w:after="0" w:line="240" w:lineRule="auto"/>
        <w:rPr>
          <w:i/>
          <w:lang w:val="nb-NO"/>
        </w:rPr>
      </w:pPr>
      <w:proofErr w:type="spellStart"/>
      <w:r w:rsidRPr="00E32A31">
        <w:rPr>
          <w:lang w:val="nb-NO"/>
        </w:rPr>
        <w:t>Enemmän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voimaa</w:t>
      </w:r>
      <w:proofErr w:type="spellEnd"/>
      <w:r w:rsidRPr="00E32A31">
        <w:rPr>
          <w:lang w:val="nb-NO"/>
        </w:rPr>
        <w:t>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Mer kraft!</w:t>
      </w:r>
    </w:p>
    <w:p w14:paraId="5A8003EB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66FBA7EE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6814A9A5" w14:textId="49C35E0B" w:rsidR="00356C56" w:rsidRDefault="00000000" w:rsidP="00E32A31">
      <w:pPr>
        <w:spacing w:after="0" w:line="240" w:lineRule="auto"/>
        <w:rPr>
          <w:i/>
          <w:lang w:val="nb-NO"/>
        </w:rPr>
      </w:pPr>
      <w:proofErr w:type="spellStart"/>
      <w:r w:rsidRPr="00E32A31">
        <w:rPr>
          <w:lang w:val="nb-NO"/>
        </w:rPr>
        <w:t>Missä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ilma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on</w:t>
      </w:r>
      <w:proofErr w:type="spellEnd"/>
      <w:r w:rsidRPr="00E32A31">
        <w:rPr>
          <w:lang w:val="nb-NO"/>
        </w:rPr>
        <w:t>?</w:t>
      </w:r>
      <w:r w:rsidRPr="00E32A31">
        <w:rPr>
          <w:lang w:val="nb-NO"/>
        </w:rPr>
        <w:br/>
      </w:r>
      <w:r w:rsidRPr="00E32A31">
        <w:rPr>
          <w:i/>
          <w:lang w:val="nb-NO"/>
        </w:rPr>
        <w:t>Hvor er luften?</w:t>
      </w:r>
    </w:p>
    <w:p w14:paraId="733654D5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06616E76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7BBD11A7" w14:textId="62D75ABD" w:rsidR="00356C56" w:rsidRDefault="00000000" w:rsidP="00E32A31">
      <w:pPr>
        <w:spacing w:after="0" w:line="240" w:lineRule="auto"/>
        <w:rPr>
          <w:i/>
          <w:lang w:val="nb-NO"/>
        </w:rPr>
      </w:pPr>
      <w:proofErr w:type="spellStart"/>
      <w:r w:rsidRPr="00E32A31">
        <w:rPr>
          <w:lang w:val="nb-NO"/>
        </w:rPr>
        <w:t>Enemmän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voimaa</w:t>
      </w:r>
      <w:proofErr w:type="spellEnd"/>
      <w:r w:rsidRPr="00E32A31">
        <w:rPr>
          <w:lang w:val="nb-NO"/>
        </w:rPr>
        <w:t>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Mer kraft!</w:t>
      </w:r>
    </w:p>
    <w:p w14:paraId="41CCA238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24CDF69F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1F5B3765" w14:textId="7FE58FE3" w:rsidR="00356C56" w:rsidRDefault="00000000" w:rsidP="00E32A31">
      <w:pPr>
        <w:spacing w:after="0" w:line="240" w:lineRule="auto"/>
        <w:rPr>
          <w:i/>
          <w:lang w:val="nb-NO"/>
        </w:rPr>
      </w:pPr>
      <w:proofErr w:type="spellStart"/>
      <w:r w:rsidRPr="00E32A31">
        <w:rPr>
          <w:lang w:val="nb-NO"/>
        </w:rPr>
        <w:lastRenderedPageBreak/>
        <w:t>Missä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ilma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on</w:t>
      </w:r>
      <w:proofErr w:type="spellEnd"/>
      <w:r w:rsidRPr="00E32A31">
        <w:rPr>
          <w:lang w:val="nb-NO"/>
        </w:rPr>
        <w:t>?</w:t>
      </w:r>
      <w:r w:rsidRPr="00E32A31">
        <w:rPr>
          <w:lang w:val="nb-NO"/>
        </w:rPr>
        <w:br/>
      </w:r>
      <w:r w:rsidRPr="00E32A31">
        <w:rPr>
          <w:i/>
          <w:lang w:val="nb-NO"/>
        </w:rPr>
        <w:t>Hvor er luften?</w:t>
      </w:r>
    </w:p>
    <w:p w14:paraId="63235689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5DBBB0FE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0968DDC2" w14:textId="77777777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Löydä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sisäinen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voima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itsestäsi</w:t>
      </w:r>
      <w:proofErr w:type="spellEnd"/>
      <w:r w:rsidRPr="00E32A31">
        <w:rPr>
          <w:lang w:val="nb-NO"/>
        </w:rPr>
        <w:t>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Hent det ut av deg selv!</w:t>
      </w:r>
    </w:p>
    <w:p w14:paraId="042F00FF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75F1AFCD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17101A92" w14:textId="1488603C" w:rsidR="00356C56" w:rsidRDefault="00000000" w:rsidP="00E32A31">
      <w:pPr>
        <w:spacing w:after="0" w:line="240" w:lineRule="auto"/>
        <w:rPr>
          <w:i/>
          <w:lang w:val="nb-NO"/>
        </w:rPr>
      </w:pPr>
      <w:proofErr w:type="spellStart"/>
      <w:r w:rsidRPr="00E32A31">
        <w:rPr>
          <w:lang w:val="nb-NO"/>
        </w:rPr>
        <w:t>Missä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ilma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on</w:t>
      </w:r>
      <w:proofErr w:type="spellEnd"/>
      <w:r w:rsidRPr="00E32A31">
        <w:rPr>
          <w:lang w:val="nb-NO"/>
        </w:rPr>
        <w:t>?</w:t>
      </w:r>
      <w:r w:rsidRPr="00E32A31">
        <w:rPr>
          <w:lang w:val="nb-NO"/>
        </w:rPr>
        <w:br/>
      </w:r>
      <w:r w:rsidRPr="00E32A31">
        <w:rPr>
          <w:i/>
          <w:lang w:val="nb-NO"/>
        </w:rPr>
        <w:t>Hvor er luften?</w:t>
      </w:r>
    </w:p>
    <w:p w14:paraId="1BFD9064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699919E0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5FD80444" w14:textId="3182A681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Tuntekaa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kuinka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energia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virtaa</w:t>
      </w:r>
      <w:proofErr w:type="spellEnd"/>
      <w:r w:rsidRPr="00E32A31">
        <w:rPr>
          <w:lang w:val="nb-NO"/>
        </w:rPr>
        <w:t>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Kjenn hvordan energien bølger.</w:t>
      </w:r>
    </w:p>
    <w:p w14:paraId="688A312F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12E30229" w14:textId="6A0FB653" w:rsidR="00E32A31" w:rsidRPr="00E32A31" w:rsidRDefault="00E32A31" w:rsidP="00E32A31">
      <w:pPr>
        <w:spacing w:after="0" w:line="240" w:lineRule="auto"/>
      </w:pPr>
      <w:r>
        <w:t>MAIA</w:t>
      </w:r>
      <w:r w:rsidRPr="00E32A31">
        <w:t>:</w:t>
      </w:r>
    </w:p>
    <w:p w14:paraId="7D288B80" w14:textId="7C3A6D90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t>Missä</w:t>
      </w:r>
      <w:proofErr w:type="spellEnd"/>
      <w:r w:rsidRPr="00E32A31">
        <w:t xml:space="preserve"> </w:t>
      </w:r>
      <w:proofErr w:type="spellStart"/>
      <w:r w:rsidRPr="00E32A31">
        <w:t>minun</w:t>
      </w:r>
      <w:proofErr w:type="spellEnd"/>
      <w:r w:rsidRPr="00E32A31">
        <w:t xml:space="preserve"> </w:t>
      </w:r>
      <w:proofErr w:type="spellStart"/>
      <w:r w:rsidRPr="00E32A31">
        <w:t>ilma</w:t>
      </w:r>
      <w:proofErr w:type="spellEnd"/>
      <w:r w:rsidRPr="00E32A31">
        <w:t xml:space="preserve"> on?</w:t>
      </w:r>
      <w:r w:rsidRPr="00E32A31">
        <w:br/>
      </w:r>
      <w:r w:rsidRPr="00E32A31">
        <w:rPr>
          <w:i/>
          <w:lang w:val="nb-NO"/>
        </w:rPr>
        <w:t>Hvor er luften min?</w:t>
      </w:r>
    </w:p>
    <w:p w14:paraId="177CB5CC" w14:textId="77777777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Sinun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piti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pitää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huolta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siitä</w:t>
      </w:r>
      <w:proofErr w:type="spellEnd"/>
      <w:r w:rsidRPr="00E32A31">
        <w:rPr>
          <w:lang w:val="nb-NO"/>
        </w:rPr>
        <w:t>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Du skulle ta vare på den!</w:t>
      </w:r>
    </w:p>
    <w:p w14:paraId="2657162C" w14:textId="77777777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Sinä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lupasit</w:t>
      </w:r>
      <w:proofErr w:type="spellEnd"/>
      <w:r w:rsidRPr="00E32A31">
        <w:rPr>
          <w:lang w:val="nb-NO"/>
        </w:rPr>
        <w:t>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Du lovet!</w:t>
      </w:r>
    </w:p>
    <w:p w14:paraId="75FA5F43" w14:textId="77777777" w:rsidR="00356C56" w:rsidRDefault="00000000" w:rsidP="00E32A31">
      <w:pPr>
        <w:spacing w:after="0" w:line="240" w:lineRule="auto"/>
        <w:rPr>
          <w:i/>
          <w:lang w:val="nb-NO"/>
        </w:rPr>
      </w:pPr>
      <w:proofErr w:type="spellStart"/>
      <w:r w:rsidRPr="00E32A31">
        <w:rPr>
          <w:lang w:val="nb-NO"/>
        </w:rPr>
        <w:t>Missä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ilma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on</w:t>
      </w:r>
      <w:proofErr w:type="spellEnd"/>
      <w:r w:rsidRPr="00E32A31">
        <w:rPr>
          <w:lang w:val="nb-NO"/>
        </w:rPr>
        <w:t>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Hvor er luften!</w:t>
      </w:r>
    </w:p>
    <w:p w14:paraId="21257FE8" w14:textId="2990178F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Sinä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lupasit</w:t>
      </w:r>
      <w:proofErr w:type="spellEnd"/>
      <w:r w:rsidRPr="00E32A31">
        <w:rPr>
          <w:lang w:val="nb-NO"/>
        </w:rPr>
        <w:t>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Du lovet!</w:t>
      </w:r>
    </w:p>
    <w:p w14:paraId="36CB2B1D" w14:textId="77777777" w:rsidR="00E32A31" w:rsidRDefault="00E32A31" w:rsidP="00E32A31">
      <w:pPr>
        <w:spacing w:after="0" w:line="240" w:lineRule="auto"/>
      </w:pPr>
    </w:p>
    <w:p w14:paraId="4014DD9B" w14:textId="6BB91799" w:rsidR="00E32A31" w:rsidRPr="00E32A31" w:rsidRDefault="00E32A31" w:rsidP="00E32A31">
      <w:pPr>
        <w:spacing w:after="0" w:line="240" w:lineRule="auto"/>
      </w:pPr>
      <w:proofErr w:type="spellStart"/>
      <w:r w:rsidRPr="00E32A31">
        <w:t>KAISA</w:t>
      </w:r>
      <w:proofErr w:type="spellEnd"/>
      <w:r w:rsidRPr="00E32A31">
        <w:t xml:space="preserve">: </w:t>
      </w:r>
    </w:p>
    <w:p w14:paraId="36A8B6C8" w14:textId="7B8656B3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t>Missä</w:t>
      </w:r>
      <w:proofErr w:type="spellEnd"/>
      <w:r w:rsidRPr="00E32A31">
        <w:t xml:space="preserve"> </w:t>
      </w:r>
      <w:proofErr w:type="spellStart"/>
      <w:r w:rsidRPr="00E32A31">
        <w:t>minun</w:t>
      </w:r>
      <w:proofErr w:type="spellEnd"/>
      <w:r w:rsidRPr="00E32A31">
        <w:t xml:space="preserve"> </w:t>
      </w:r>
      <w:proofErr w:type="spellStart"/>
      <w:r w:rsidRPr="00E32A31">
        <w:t>ilma</w:t>
      </w:r>
      <w:proofErr w:type="spellEnd"/>
      <w:r w:rsidRPr="00E32A31">
        <w:t xml:space="preserve"> on?!</w:t>
      </w:r>
      <w:r w:rsidRPr="00E32A31">
        <w:br/>
      </w:r>
      <w:r w:rsidRPr="00E32A31">
        <w:rPr>
          <w:i/>
          <w:lang w:val="nb-NO"/>
        </w:rPr>
        <w:t>Hvor er luften min?!</w:t>
      </w:r>
    </w:p>
    <w:p w14:paraId="24FE68C6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4F064261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0178E5C9" w14:textId="4195A597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 xml:space="preserve">Kaisa, </w:t>
      </w:r>
      <w:proofErr w:type="spellStart"/>
      <w:r w:rsidRPr="00E32A31">
        <w:rPr>
          <w:lang w:val="nb-NO"/>
        </w:rPr>
        <w:t>sinun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piti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vain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näytellä</w:t>
      </w:r>
      <w:proofErr w:type="spellEnd"/>
      <w:r w:rsidRPr="00E32A31">
        <w:rPr>
          <w:lang w:val="nb-NO"/>
        </w:rPr>
        <w:t>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Kaisa, du skal late som!</w:t>
      </w:r>
    </w:p>
    <w:p w14:paraId="64080697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6B35C82B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1613FC4E" w14:textId="75FC4D7E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Anteeksi</w:t>
      </w:r>
      <w:proofErr w:type="spellEnd"/>
      <w:r w:rsidRPr="00E32A31">
        <w:rPr>
          <w:lang w:val="nb-NO"/>
        </w:rPr>
        <w:t>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Unnskyld!</w:t>
      </w:r>
    </w:p>
    <w:p w14:paraId="17C2FD3A" w14:textId="77777777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Kuinka</w:t>
      </w:r>
      <w:proofErr w:type="spellEnd"/>
      <w:r w:rsidRPr="00E32A31">
        <w:rPr>
          <w:lang w:val="nb-NO"/>
        </w:rPr>
        <w:t xml:space="preserve"> </w:t>
      </w:r>
      <w:proofErr w:type="spellStart"/>
      <w:r w:rsidRPr="00E32A31">
        <w:rPr>
          <w:lang w:val="nb-NO"/>
        </w:rPr>
        <w:t>kävi</w:t>
      </w:r>
      <w:proofErr w:type="spellEnd"/>
      <w:r w:rsidRPr="00E32A31">
        <w:rPr>
          <w:lang w:val="nb-NO"/>
        </w:rPr>
        <w:t>?</w:t>
      </w:r>
      <w:r w:rsidRPr="00E32A31">
        <w:rPr>
          <w:lang w:val="nb-NO"/>
        </w:rPr>
        <w:br/>
      </w:r>
      <w:r w:rsidRPr="00E32A31">
        <w:rPr>
          <w:i/>
          <w:lang w:val="nb-NO"/>
        </w:rPr>
        <w:t>Går det bra?</w:t>
      </w:r>
    </w:p>
    <w:p w14:paraId="2E796497" w14:textId="77777777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Anteeksi</w:t>
      </w:r>
      <w:proofErr w:type="spellEnd"/>
      <w:r w:rsidRPr="00E32A31">
        <w:rPr>
          <w:lang w:val="nb-NO"/>
        </w:rPr>
        <w:t xml:space="preserve">, </w:t>
      </w:r>
      <w:proofErr w:type="spellStart"/>
      <w:r w:rsidRPr="00E32A31">
        <w:rPr>
          <w:lang w:val="nb-NO"/>
        </w:rPr>
        <w:t>Maija</w:t>
      </w:r>
      <w:proofErr w:type="spellEnd"/>
      <w:r w:rsidRPr="00E32A31">
        <w:rPr>
          <w:lang w:val="nb-NO"/>
        </w:rPr>
        <w:t>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Unnskyld, Maia!</w:t>
      </w:r>
    </w:p>
    <w:p w14:paraId="0214ADC5" w14:textId="094CFAF5" w:rsidR="00356C56" w:rsidRDefault="00000000" w:rsidP="00E32A31">
      <w:pPr>
        <w:spacing w:after="0" w:line="240" w:lineRule="auto"/>
        <w:rPr>
          <w:i/>
          <w:lang w:val="nb-NO"/>
        </w:rPr>
      </w:pPr>
      <w:proofErr w:type="spellStart"/>
      <w:r w:rsidRPr="00E32A31">
        <w:rPr>
          <w:lang w:val="nb-NO"/>
        </w:rPr>
        <w:t>Anteeksi</w:t>
      </w:r>
      <w:proofErr w:type="spellEnd"/>
      <w:r w:rsidRPr="00E32A31">
        <w:rPr>
          <w:lang w:val="nb-NO"/>
        </w:rPr>
        <w:t>!</w:t>
      </w:r>
      <w:r w:rsidRPr="00E32A31">
        <w:rPr>
          <w:lang w:val="nb-NO"/>
        </w:rPr>
        <w:br/>
      </w:r>
    </w:p>
    <w:p w14:paraId="5EE149F8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6E5AFD2C" w14:textId="7C4E3201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Sinä</w:t>
      </w:r>
      <w:proofErr w:type="spellEnd"/>
      <w:r w:rsidRPr="00E32A31">
        <w:rPr>
          <w:lang w:val="nb-NO"/>
        </w:rPr>
        <w:t xml:space="preserve"> veit </w:t>
      </w:r>
      <w:proofErr w:type="spellStart"/>
      <w:r w:rsidRPr="00E32A31">
        <w:rPr>
          <w:lang w:val="nb-NO"/>
        </w:rPr>
        <w:t>minulta</w:t>
      </w:r>
      <w:proofErr w:type="spellEnd"/>
      <w:r w:rsidRPr="00E32A31">
        <w:rPr>
          <w:lang w:val="nb-NO"/>
        </w:rPr>
        <w:t xml:space="preserve"> hengen.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Du tok mitt siste pust.</w:t>
      </w:r>
    </w:p>
    <w:p w14:paraId="33AF75B0" w14:textId="77777777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lastRenderedPageBreak/>
        <w:t>Maija</w:t>
      </w:r>
      <w:proofErr w:type="spellEnd"/>
      <w:r w:rsidRPr="00E32A31">
        <w:rPr>
          <w:lang w:val="nb-NO"/>
        </w:rPr>
        <w:t>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Maia!</w:t>
      </w:r>
    </w:p>
    <w:p w14:paraId="59B0C5D5" w14:textId="03DFA7CF" w:rsidR="00356C56" w:rsidRPr="00E32A31" w:rsidRDefault="00356C56" w:rsidP="00E32A31">
      <w:pPr>
        <w:spacing w:after="0" w:line="240" w:lineRule="auto"/>
        <w:rPr>
          <w:lang w:val="nb-NO"/>
        </w:rPr>
      </w:pPr>
    </w:p>
    <w:sectPr w:rsidR="00356C56" w:rsidRPr="00E32A31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1D510" w14:textId="77777777" w:rsidR="00C465FE" w:rsidRDefault="00C465FE" w:rsidP="00952505">
      <w:pPr>
        <w:spacing w:after="0" w:line="240" w:lineRule="auto"/>
      </w:pPr>
      <w:r>
        <w:separator/>
      </w:r>
    </w:p>
  </w:endnote>
  <w:endnote w:type="continuationSeparator" w:id="0">
    <w:p w14:paraId="71B2A558" w14:textId="77777777" w:rsidR="00C465FE" w:rsidRDefault="00C465FE" w:rsidP="009525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479911635"/>
      <w:docPartObj>
        <w:docPartGallery w:val="Page Numbers (Bottom of Page)"/>
        <w:docPartUnique/>
      </w:docPartObj>
    </w:sdtPr>
    <w:sdtContent>
      <w:p w14:paraId="40597A23" w14:textId="3B94BB63" w:rsidR="00952505" w:rsidRDefault="00952505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558EBB9D" w14:textId="77777777" w:rsidR="00952505" w:rsidRDefault="00952505" w:rsidP="00952505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2041885557"/>
      <w:docPartObj>
        <w:docPartGallery w:val="Page Numbers (Bottom of Page)"/>
        <w:docPartUnique/>
      </w:docPartObj>
    </w:sdtPr>
    <w:sdtContent>
      <w:p w14:paraId="58889742" w14:textId="40D77013" w:rsidR="00952505" w:rsidRDefault="00952505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3</w:t>
        </w:r>
        <w:r>
          <w:rPr>
            <w:rStyle w:val="Sidetall"/>
          </w:rPr>
          <w:fldChar w:fldCharType="end"/>
        </w:r>
      </w:p>
    </w:sdtContent>
  </w:sdt>
  <w:p w14:paraId="6FB99690" w14:textId="77777777" w:rsidR="00952505" w:rsidRDefault="00952505" w:rsidP="00952505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4C23A2" w14:textId="77777777" w:rsidR="00C465FE" w:rsidRDefault="00C465FE" w:rsidP="00952505">
      <w:pPr>
        <w:spacing w:after="0" w:line="240" w:lineRule="auto"/>
      </w:pPr>
      <w:r>
        <w:separator/>
      </w:r>
    </w:p>
  </w:footnote>
  <w:footnote w:type="continuationSeparator" w:id="0">
    <w:p w14:paraId="2992AF0A" w14:textId="77777777" w:rsidR="00C465FE" w:rsidRDefault="00C465FE" w:rsidP="009525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21909584">
    <w:abstractNumId w:val="8"/>
  </w:num>
  <w:num w:numId="2" w16cid:durableId="771969569">
    <w:abstractNumId w:val="6"/>
  </w:num>
  <w:num w:numId="3" w16cid:durableId="302122185">
    <w:abstractNumId w:val="5"/>
  </w:num>
  <w:num w:numId="4" w16cid:durableId="2096197579">
    <w:abstractNumId w:val="4"/>
  </w:num>
  <w:num w:numId="5" w16cid:durableId="444077753">
    <w:abstractNumId w:val="7"/>
  </w:num>
  <w:num w:numId="6" w16cid:durableId="937711408">
    <w:abstractNumId w:val="3"/>
  </w:num>
  <w:num w:numId="7" w16cid:durableId="928926812">
    <w:abstractNumId w:val="2"/>
  </w:num>
  <w:num w:numId="8" w16cid:durableId="1124080022">
    <w:abstractNumId w:val="1"/>
  </w:num>
  <w:num w:numId="9" w16cid:durableId="14737190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26E5"/>
    <w:rsid w:val="00034616"/>
    <w:rsid w:val="0006063C"/>
    <w:rsid w:val="0015074B"/>
    <w:rsid w:val="0029639D"/>
    <w:rsid w:val="00326F90"/>
    <w:rsid w:val="00356C56"/>
    <w:rsid w:val="00367DCC"/>
    <w:rsid w:val="00952505"/>
    <w:rsid w:val="00AA1D8D"/>
    <w:rsid w:val="00AF094C"/>
    <w:rsid w:val="00B47730"/>
    <w:rsid w:val="00BB6F00"/>
    <w:rsid w:val="00C465FE"/>
    <w:rsid w:val="00CB0664"/>
    <w:rsid w:val="00E32A3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650D6C"/>
  <w14:defaultImageDpi w14:val="300"/>
  <w15:docId w15:val="{04AFF7EF-E43A-7446-9CBD-F75787E8B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9525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377</Words>
  <Characters>2003</Characters>
  <Application>Microsoft Office Word</Application>
  <DocSecurity>0</DocSecurity>
  <Lines>16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2376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5</cp:revision>
  <dcterms:created xsi:type="dcterms:W3CDTF">2025-11-18T07:46:00Z</dcterms:created>
  <dcterms:modified xsi:type="dcterms:W3CDTF">2025-12-03T08:24:00Z</dcterms:modified>
  <cp:category/>
</cp:coreProperties>
</file>