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8F056" w14:textId="647DADFC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  <w:r w:rsidRPr="009C2A45">
        <w:rPr>
          <w:b/>
          <w:bCs/>
          <w:lang w:val="nb-NO"/>
        </w:rPr>
        <w:t>Bokmål og finsk dialogmanus, episode 9</w:t>
      </w:r>
    </w:p>
    <w:p w14:paraId="6483FC69" w14:textId="3AC64AE9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  <w:r w:rsidRPr="009C2A45">
        <w:rPr>
          <w:b/>
          <w:bCs/>
          <w:lang w:val="nb-NO"/>
        </w:rPr>
        <w:t>Kesäloma</w:t>
      </w:r>
    </w:p>
    <w:p w14:paraId="536DAE83" w14:textId="272DC042" w:rsidR="009C2A45" w:rsidRPr="00E32FEA" w:rsidRDefault="009C2A45" w:rsidP="009C2A45">
      <w:pPr>
        <w:spacing w:after="0" w:line="240" w:lineRule="auto"/>
        <w:rPr>
          <w:b/>
          <w:bCs/>
          <w:i/>
          <w:iCs/>
          <w:lang w:val="nb-NO"/>
        </w:rPr>
      </w:pPr>
      <w:r w:rsidRPr="00E32FEA">
        <w:rPr>
          <w:b/>
          <w:bCs/>
          <w:i/>
          <w:iCs/>
          <w:lang w:val="nb-NO"/>
        </w:rPr>
        <w:t>Sommerferie</w:t>
      </w:r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514BC9A5" w14:textId="38D6796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iloitsen. Tuletteko minua vastaan? </w:t>
      </w:r>
    </w:p>
    <w:p w14:paraId="63839C9A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Jeg gleder meg, møter dere meg?</w:t>
      </w:r>
    </w:p>
    <w:p w14:paraId="4B1B9BB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Kiitos, wow!</w:t>
      </w:r>
    </w:p>
    <w:p w14:paraId="6580BE9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Takk,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00499378" w14:textId="37A5BF2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Ok.</w:t>
      </w:r>
    </w:p>
    <w:p w14:paraId="3855A66D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Minä olen saanut teidän raportit.</w:t>
      </w:r>
    </w:p>
    <w:p w14:paraId="1748E859" w14:textId="56C60E7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har fått rapportene deres. </w:t>
      </w:r>
    </w:p>
    <w:p w14:paraId="63066D1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Kaikki eivät jaksaneet pysyä poissa sosiaalisista medioista.</w:t>
      </w:r>
    </w:p>
    <w:p w14:paraId="20C02B9B" w14:textId="0837F7E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Noen klarte ikke å holde seg borte fra sosiale medier. </w:t>
      </w:r>
    </w:p>
    <w:p w14:paraId="0755967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Joku oli painanut vahingossa yhtä appia.</w:t>
      </w:r>
    </w:p>
    <w:p w14:paraId="4962D796" w14:textId="662E0845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Noen har trykket på en av appene ved et uhell.</w:t>
      </w:r>
    </w:p>
    <w:p w14:paraId="6FF56DD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Useimmat olivat kyllä pärjänneet koko viikon. </w:t>
      </w:r>
    </w:p>
    <w:p w14:paraId="0CA571F4" w14:textId="165D193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 fleste har klart hele uka. </w:t>
      </w:r>
    </w:p>
    <w:p w14:paraId="42114BF2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Minun mielestäni olette olleet todella taitavia koska olette ottaneet tehtävän näin vakavasti.</w:t>
      </w:r>
    </w:p>
    <w:p w14:paraId="60B7D8F9" w14:textId="5D7ACAD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er imponert over hvor alvorlig dere alle har tatt oppgaven. </w:t>
      </w:r>
    </w:p>
    <w:p w14:paraId="080BA33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Kaikki saavat palkinnon. </w:t>
      </w:r>
    </w:p>
    <w:p w14:paraId="7BCA0D3B" w14:textId="0B68059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Alle får premie. </w:t>
      </w:r>
    </w:p>
    <w:p w14:paraId="116A898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Jutellaan vielä meidän kokemuksistamme ennenkuin lähdemme lomalle.</w:t>
      </w:r>
    </w:p>
    <w:p w14:paraId="3F2A7B2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La oss dele våre erfaringer før vi tar ferie. </w:t>
      </w:r>
    </w:p>
    <w:p w14:paraId="5BC4283D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F48A38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Minulla oli tylsää ja painoin vahingossa.</w:t>
      </w:r>
    </w:p>
    <w:p w14:paraId="70B60CB7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kjedet meg og trykket av uvane. </w:t>
      </w:r>
    </w:p>
    <w:p w14:paraId="1312BBCC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Aha, joo.</w:t>
      </w:r>
    </w:p>
    <w:p w14:paraId="3C020BF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Aha, ja.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6042B4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Kuka on raskaana?</w:t>
      </w:r>
    </w:p>
    <w:p w14:paraId="08FE267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Hvem er gravid? 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Häh? </w:t>
      </w:r>
    </w:p>
    <w:p w14:paraId="28AAEA2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Hæ?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219B70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Näyttää siltä kuin joku olisi katsellut vauvan tavaroita.</w:t>
      </w:r>
    </w:p>
    <w:p w14:paraId="7F8F9813" w14:textId="05F0360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ser ut som noen har sett på utstyr til baby. </w:t>
      </w:r>
    </w:p>
    <w:p w14:paraId="42CA1FD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 xml:space="preserve">LÆRER: </w:t>
      </w:r>
    </w:p>
    <w:p w14:paraId="5F355100" w14:textId="07C95B2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Niin ajateleem asiaa eteenpäin.</w:t>
      </w:r>
    </w:p>
    <w:p w14:paraId="68776112" w14:textId="33FD681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Ja, la oss forfølge den tanken videre. </w:t>
      </w:r>
    </w:p>
    <w:p w14:paraId="46D3DE6F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Sosiaaliset mediat tietävät meistä paljon ja myös aivan yksityisiä asioita.</w:t>
      </w:r>
    </w:p>
    <w:p w14:paraId="7D73824F" w14:textId="1B8E730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Sosiale medier vet mye om oss, også helt private ting. </w:t>
      </w:r>
    </w:p>
    <w:p w14:paraId="535AFB7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Mitä se tarkoittaa? </w:t>
      </w:r>
    </w:p>
    <w:p w14:paraId="646E24A6" w14:textId="42DF8A0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Hva betyr det? </w:t>
      </w:r>
    </w:p>
    <w:p w14:paraId="7080F062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1D92D804" w14:textId="5AE3D0BD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Että alustat tienaavat rahaa meidän henkilötiedoillamme.</w:t>
      </w:r>
    </w:p>
    <w:p w14:paraId="2575C10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At vår personlige informasjon er noe plattformene tjener penger på. </w:t>
      </w:r>
    </w:p>
    <w:p w14:paraId="317B36D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5EF45F6D" w14:textId="644AA89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rakastan videoita vauvoista, pandakarhuista ja sen tapaisista. </w:t>
      </w:r>
    </w:p>
    <w:p w14:paraId="23CA17D1" w14:textId="6A6FDC0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elsker videoer av babyer, pandabjørner og sånn. </w:t>
      </w:r>
    </w:p>
    <w:p w14:paraId="1B00763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Mutta en ole kuitenkaan raskaana.</w:t>
      </w:r>
    </w:p>
    <w:p w14:paraId="7BC39B74" w14:textId="759EDC2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Jeg er ikke gravid av den grunn. </w:t>
      </w:r>
    </w:p>
    <w:p w14:paraId="1A2FA6E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C4EEF42" w14:textId="01916FF8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F498F41" w14:textId="6058735F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Pandakarhut on uhanalainen laji… </w:t>
      </w:r>
    </w:p>
    <w:p w14:paraId="34096F7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Pandabjørner er utrydningstruet... </w:t>
      </w:r>
    </w:p>
    <w:p w14:paraId="6906845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3A10FD5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enää. </w:t>
      </w:r>
    </w:p>
    <w:p w14:paraId="09242691" w14:textId="5B7AE56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Ikke nå lenger. </w:t>
      </w:r>
    </w:p>
    <w:p w14:paraId="4AE83C1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Ne on pelastettu! </w:t>
      </w:r>
    </w:p>
    <w:p w14:paraId="5067289B" w14:textId="7531252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 er reddet! </w:t>
      </w:r>
    </w:p>
    <w:p w14:paraId="208D902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Eikä siinä kestänyt kuin 50 vuotta! </w:t>
      </w:r>
    </w:p>
    <w:p w14:paraId="71E0442A" w14:textId="796ACB1D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tok bare 50 år! </w:t>
      </w:r>
    </w:p>
    <w:p w14:paraId="43A4063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68ED7FA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Aloitetaan sitten meidän joen kalojen pelastus.</w:t>
      </w:r>
    </w:p>
    <w:p w14:paraId="7552050B" w14:textId="34EB07D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La oss komme i gang med å redde fisken i elva vår da!  </w:t>
      </w:r>
    </w:p>
    <w:p w14:paraId="66985F72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Tämä on aivan turhaa. </w:t>
      </w:r>
    </w:p>
    <w:p w14:paraId="7E927A58" w14:textId="0CA51A3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Dette er totalt meningsløst. </w:t>
      </w:r>
    </w:p>
    <w:p w14:paraId="546C6B51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E5DEB4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se nyt niin vaarallista ole! </w:t>
      </w:r>
    </w:p>
    <w:p w14:paraId="5416D482" w14:textId="3408102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Det er ikke så farlig! </w:t>
      </w:r>
    </w:p>
    <w:p w14:paraId="0AE36C6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1C2517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On se!</w:t>
      </w:r>
    </w:p>
    <w:p w14:paraId="26BCC00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Jo!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7EE9C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Hyvänen aika, Nils! </w:t>
      </w:r>
    </w:p>
    <w:p w14:paraId="512332C1" w14:textId="152097A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Herregud, Nils! </w:t>
      </w:r>
    </w:p>
    <w:p w14:paraId="4E5F00F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Kuinka sinä sitte ajattelit koota allekirjoituksia jokea varten? </w:t>
      </w:r>
    </w:p>
    <w:p w14:paraId="2DB4B7F5" w14:textId="48ADD87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lastRenderedPageBreak/>
        <w:t xml:space="preserve">Hvordan skal du samle underskrifter for elva da? </w:t>
      </w:r>
    </w:p>
    <w:p w14:paraId="0901FCA3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33391A2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No hyvää kesää, Nils.</w:t>
      </w:r>
    </w:p>
    <w:p w14:paraId="30AC7DF8" w14:textId="626162A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God sommer, Nils.</w:t>
      </w:r>
    </w:p>
    <w:p w14:paraId="646950F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4EA91259" w14:textId="28EC1A6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Perhanan hyvää kesää… </w:t>
      </w:r>
    </w:p>
    <w:p w14:paraId="4731BDF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Forbanna god sommer... </w:t>
      </w:r>
    </w:p>
    <w:p w14:paraId="5A52950F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31E0A47F" w14:textId="70395DC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Joen pelastussuunnitelma.</w:t>
      </w:r>
    </w:p>
    <w:p w14:paraId="12136FF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Redningsplan for elva.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6BAA8E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Sinäkö se olet raskaana?</w:t>
      </w:r>
    </w:p>
    <w:p w14:paraId="51EEC94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Er det du som er gravid?! 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6DFADCEF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Onnea! </w:t>
      </w:r>
    </w:p>
    <w:p w14:paraId="4BFAA14D" w14:textId="1733F53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Gratulerer! 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613336" w:rsidRDefault="00000000" w:rsidP="009C2A45">
      <w:pPr>
        <w:spacing w:after="0" w:line="240" w:lineRule="auto"/>
        <w:rPr>
          <w:color w:val="000000" w:themeColor="text1"/>
        </w:rPr>
      </w:pPr>
      <w:r w:rsidRPr="00613336">
        <w:rPr>
          <w:color w:val="000000" w:themeColor="text1"/>
        </w:rPr>
        <w:t>Wow!</w:t>
      </w:r>
    </w:p>
    <w:p w14:paraId="007FE39C" w14:textId="2266C760" w:rsidR="009C27FC" w:rsidRPr="00613336" w:rsidRDefault="00000000" w:rsidP="009C2A45">
      <w:pPr>
        <w:spacing w:after="0" w:line="240" w:lineRule="auto"/>
        <w:rPr>
          <w:color w:val="000000" w:themeColor="text1"/>
        </w:rPr>
      </w:pPr>
      <w:r w:rsidRPr="00613336">
        <w:rPr>
          <w:i/>
          <w:color w:val="000000" w:themeColor="text1"/>
        </w:rPr>
        <w:t>Wow!</w:t>
      </w:r>
    </w:p>
    <w:p w14:paraId="454B7C16" w14:textId="77777777" w:rsidR="009C27FC" w:rsidRDefault="009C27FC" w:rsidP="009C2A45">
      <w:pPr>
        <w:spacing w:after="0" w:line="240" w:lineRule="auto"/>
        <w:rPr>
          <w:color w:val="FF0000"/>
        </w:rPr>
      </w:pPr>
    </w:p>
    <w:p w14:paraId="6C04F3F2" w14:textId="033A337E" w:rsidR="00613336" w:rsidRPr="00613336" w:rsidRDefault="00613336" w:rsidP="009C2A45">
      <w:pPr>
        <w:spacing w:after="0" w:line="240" w:lineRule="auto"/>
        <w:rPr>
          <w:color w:val="000000" w:themeColor="text1"/>
        </w:rPr>
      </w:pPr>
      <w:r w:rsidRPr="00613336">
        <w:rPr>
          <w:color w:val="000000" w:themeColor="text1"/>
        </w:rPr>
        <w:t xml:space="preserve">LÆRER: </w:t>
      </w:r>
    </w:p>
    <w:p w14:paraId="7BE43C78" w14:textId="77777777" w:rsidR="009C27FC" w:rsidRPr="00613336" w:rsidRDefault="00000000" w:rsidP="009C2A45">
      <w:pPr>
        <w:spacing w:after="0" w:line="240" w:lineRule="auto"/>
        <w:rPr>
          <w:lang w:val="nb-NO"/>
        </w:rPr>
      </w:pPr>
      <w:r w:rsidRPr="00613336">
        <w:rPr>
          <w:lang w:val="nb-NO"/>
        </w:rPr>
        <w:t xml:space="preserve">Paljon kiitoksia! </w:t>
      </w:r>
    </w:p>
    <w:p w14:paraId="7DF0C32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Tusen takk!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549D5155" w14:textId="77777777" w:rsidR="009C27FC" w:rsidRPr="00613336" w:rsidRDefault="00000000" w:rsidP="009C2A45">
      <w:pPr>
        <w:spacing w:after="0" w:line="240" w:lineRule="auto"/>
      </w:pPr>
      <w:r w:rsidRPr="00613336">
        <w:t>Minä tulen bussilla perjantaina klo 14…</w:t>
      </w:r>
    </w:p>
    <w:p w14:paraId="32461088" w14:textId="1F7E3396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Jeg kommer med bussen fredag klokka 14.10!</w:t>
      </w:r>
    </w:p>
    <w:p w14:paraId="06DD0BA6" w14:textId="1B16096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Vastatkaan jo!</w:t>
      </w:r>
    </w:p>
    <w:p w14:paraId="6914A0DD" w14:textId="753F5E6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Svar da!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E47375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Voi, taavetti! </w:t>
      </w:r>
    </w:p>
    <w:p w14:paraId="3D233FA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Oi, søren! </w:t>
      </w:r>
    </w:p>
    <w:p w14:paraId="0C4CC55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D6EED6E" w14:textId="547FD93B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03977612" w14:textId="7AC9E31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Hyvää Kesälomaa!</w:t>
      </w:r>
      <w:r w:rsidRPr="009C2A45">
        <w:rPr>
          <w:lang w:val="nb-NO"/>
        </w:rPr>
        <w:br/>
        <w:t>Sosiaalinen media....!</w:t>
      </w:r>
    </w:p>
    <w:p w14:paraId="64995399" w14:textId="2E18D5D3" w:rsidR="009C27FC" w:rsidRDefault="00000000" w:rsidP="009C2A45">
      <w:pPr>
        <w:spacing w:after="0" w:line="240" w:lineRule="auto"/>
        <w:rPr>
          <w:i/>
          <w:lang w:val="nb-NO"/>
        </w:rPr>
      </w:pPr>
      <w:r w:rsidRPr="009C2A45">
        <w:rPr>
          <w:i/>
          <w:lang w:val="nb-NO"/>
        </w:rPr>
        <w:t xml:space="preserve">God sommer! </w:t>
      </w:r>
    </w:p>
    <w:p w14:paraId="021D3363" w14:textId="5BEF23E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i/>
          <w:lang w:val="nb-NO"/>
        </w:rPr>
        <w:t>Sosiale medier!</w:t>
      </w:r>
    </w:p>
    <w:p w14:paraId="69290439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1F013953" w14:textId="4F448F8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lastRenderedPageBreak/>
        <w:t>Tuliko hänelle niin paha mieli?</w:t>
      </w:r>
    </w:p>
    <w:p w14:paraId="0D00ECA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Ble han så lei seg… </w:t>
      </w:r>
    </w:p>
    <w:p w14:paraId="7782E7A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B19F896" w14:textId="77777777" w:rsidR="00613336" w:rsidRDefault="00613336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75365F3" w14:textId="7F4474E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Hei Eeva, voiko "etiäinen" asua sinun luonasi?</w:t>
      </w:r>
    </w:p>
    <w:p w14:paraId="457AD340" w14:textId="2BC5A80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Hei Eeva, kan vardøger bo hos deg?</w:t>
      </w:r>
    </w:p>
    <w:p w14:paraId="14070C0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6530D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Miksi hän ei soittanut? </w:t>
      </w:r>
    </w:p>
    <w:p w14:paraId="5E0FD98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Kunne han ikke bare ringt!! </w:t>
      </w:r>
    </w:p>
    <w:p w14:paraId="21193B68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EEVA: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Ohoh! </w:t>
      </w:r>
    </w:p>
    <w:p w14:paraId="4BF0125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Oi.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32FA" w14:textId="77777777" w:rsidR="00C8333A" w:rsidRDefault="00C8333A" w:rsidP="00613336">
      <w:pPr>
        <w:spacing w:after="0" w:line="240" w:lineRule="auto"/>
      </w:pPr>
      <w:r>
        <w:separator/>
      </w:r>
    </w:p>
  </w:endnote>
  <w:endnote w:type="continuationSeparator" w:id="0">
    <w:p w14:paraId="701D13AF" w14:textId="77777777" w:rsidR="00C8333A" w:rsidRDefault="00C8333A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A28A" w14:textId="77777777" w:rsidR="00613336" w:rsidRDefault="006133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ECA9C" w14:textId="77777777" w:rsidR="00C8333A" w:rsidRDefault="00C8333A" w:rsidP="00613336">
      <w:pPr>
        <w:spacing w:after="0" w:line="240" w:lineRule="auto"/>
      </w:pPr>
      <w:r>
        <w:separator/>
      </w:r>
    </w:p>
  </w:footnote>
  <w:footnote w:type="continuationSeparator" w:id="0">
    <w:p w14:paraId="2A1C0682" w14:textId="77777777" w:rsidR="00C8333A" w:rsidRDefault="00C8333A" w:rsidP="0061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25691" w14:textId="77777777" w:rsidR="00613336" w:rsidRDefault="006133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5BCE" w14:textId="77777777" w:rsidR="00613336" w:rsidRDefault="006133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8C5B" w14:textId="77777777" w:rsidR="00613336" w:rsidRDefault="00613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33915"/>
    <w:rsid w:val="00613336"/>
    <w:rsid w:val="009C27FC"/>
    <w:rsid w:val="009C2A45"/>
    <w:rsid w:val="00AA1D8D"/>
    <w:rsid w:val="00B47730"/>
    <w:rsid w:val="00C8333A"/>
    <w:rsid w:val="00CA515C"/>
    <w:rsid w:val="00CB0664"/>
    <w:rsid w:val="00E32FEA"/>
    <w:rsid w:val="00EC7F0C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494</Words>
  <Characters>2623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2025-11-17T09:48:00Z</dcterms:created>
  <dcterms:modified xsi:type="dcterms:W3CDTF">2025-12-03T08:27:00Z</dcterms:modified>
  <cp:category/>
</cp:coreProperties>
</file>