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FEC2" w14:textId="39909012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r w:rsidRPr="00EA68CC">
        <w:rPr>
          <w:b/>
          <w:bCs/>
          <w:lang w:val="nb-NO"/>
        </w:rPr>
        <w:t xml:space="preserve">Dialogmanus bokmål og </w:t>
      </w:r>
      <w:r w:rsidR="00977C16">
        <w:rPr>
          <w:b/>
          <w:bCs/>
          <w:lang w:val="nb-NO"/>
        </w:rPr>
        <w:t>kvensk</w:t>
      </w:r>
      <w:r w:rsidRPr="00EA68CC">
        <w:rPr>
          <w:b/>
          <w:bCs/>
          <w:lang w:val="nb-NO"/>
        </w:rPr>
        <w:t>, episode 10</w:t>
      </w:r>
    </w:p>
    <w:p w14:paraId="243CBF45" w14:textId="77777777" w:rsidR="00977C16" w:rsidRDefault="00977C16" w:rsidP="005A017D">
      <w:pPr>
        <w:spacing w:after="0" w:line="240" w:lineRule="auto"/>
        <w:rPr>
          <w:b/>
          <w:bCs/>
          <w:lang w:val="nb-NO"/>
        </w:rPr>
      </w:pPr>
      <w:proofErr w:type="spellStart"/>
      <w:r w:rsidRPr="00977C16">
        <w:rPr>
          <w:b/>
          <w:bCs/>
          <w:lang w:val="nb-NO"/>
        </w:rPr>
        <w:t>Hollipaikka</w:t>
      </w:r>
      <w:proofErr w:type="spellEnd"/>
      <w:r w:rsidRPr="00977C16">
        <w:rPr>
          <w:b/>
          <w:bCs/>
          <w:lang w:val="nb-NO"/>
        </w:rPr>
        <w:t xml:space="preserve"> </w:t>
      </w:r>
    </w:p>
    <w:p w14:paraId="3F614EF5" w14:textId="3FE08AE1" w:rsidR="00EF112A" w:rsidRPr="00EA68CC" w:rsidRDefault="00EA68CC" w:rsidP="005A017D">
      <w:pPr>
        <w:spacing w:after="0" w:line="240" w:lineRule="auto"/>
        <w:rPr>
          <w:b/>
          <w:bCs/>
          <w:i/>
          <w:iCs/>
          <w:lang w:val="nb-NO"/>
        </w:rPr>
      </w:pPr>
      <w:r w:rsidRPr="00EA68CC">
        <w:rPr>
          <w:b/>
          <w:bCs/>
          <w:i/>
          <w:iCs/>
          <w:lang w:val="nb-NO"/>
        </w:rPr>
        <w:t xml:space="preserve">Holdeplassen </w:t>
      </w:r>
    </w:p>
    <w:p w14:paraId="50A00B87" w14:textId="77777777" w:rsidR="00EA68CC" w:rsidRDefault="00EA68CC" w:rsidP="005A017D">
      <w:pPr>
        <w:spacing w:after="0" w:line="240" w:lineRule="auto"/>
        <w:rPr>
          <w:i/>
          <w:iCs/>
          <w:lang w:val="nb-NO"/>
        </w:rPr>
      </w:pPr>
    </w:p>
    <w:p w14:paraId="1C4DCD4C" w14:textId="3AED2B44" w:rsidR="00EA68CC" w:rsidRPr="00EA68CC" w:rsidRDefault="00EA68CC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31EE5B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Hei </w:t>
      </w:r>
      <w:proofErr w:type="spellStart"/>
      <w:r w:rsidRPr="005A017D">
        <w:rPr>
          <w:lang w:val="nb-NO"/>
        </w:rPr>
        <w:t>Eeva</w:t>
      </w:r>
      <w:proofErr w:type="spellEnd"/>
      <w:r w:rsidRPr="005A017D">
        <w:rPr>
          <w:lang w:val="nb-NO"/>
        </w:rPr>
        <w:t>.</w:t>
      </w:r>
    </w:p>
    <w:p w14:paraId="235FA015" w14:textId="32C7F79B" w:rsidR="00EF112A" w:rsidRDefault="00000000" w:rsidP="005A017D">
      <w:pPr>
        <w:spacing w:after="0" w:line="240" w:lineRule="auto"/>
      </w:pPr>
      <w:proofErr w:type="spellStart"/>
      <w:r>
        <w:rPr>
          <w:i/>
        </w:rPr>
        <w:t>Hei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Eeva</w:t>
      </w:r>
      <w:proofErr w:type="spellEnd"/>
      <w:r>
        <w:rPr>
          <w:i/>
        </w:rPr>
        <w:t>.</w:t>
      </w:r>
    </w:p>
    <w:p w14:paraId="1F3388A9" w14:textId="77777777" w:rsidR="00EA79B4" w:rsidRDefault="00EA79B4" w:rsidP="005A017D">
      <w:pPr>
        <w:spacing w:after="0" w:line="240" w:lineRule="auto"/>
      </w:pPr>
    </w:p>
    <w:p w14:paraId="7A2A7406" w14:textId="77777777" w:rsidR="00EA79B4" w:rsidRDefault="00EA79B4" w:rsidP="005A017D">
      <w:pPr>
        <w:spacing w:after="0" w:line="240" w:lineRule="auto"/>
      </w:pPr>
      <w:proofErr w:type="spellStart"/>
      <w:r>
        <w:t>EEVA</w:t>
      </w:r>
      <w:proofErr w:type="spellEnd"/>
      <w:r>
        <w:t>:</w:t>
      </w:r>
    </w:p>
    <w:p w14:paraId="0CAFCAC8" w14:textId="092C0E3A" w:rsidR="00EF112A" w:rsidRDefault="00000000" w:rsidP="005A017D">
      <w:pPr>
        <w:spacing w:after="0" w:line="240" w:lineRule="auto"/>
      </w:pPr>
      <w:r>
        <w:t>Aaron?</w:t>
      </w:r>
    </w:p>
    <w:p w14:paraId="4F030E82" w14:textId="77777777" w:rsidR="00EF112A" w:rsidRDefault="00000000" w:rsidP="005A017D">
      <w:pPr>
        <w:spacing w:after="0" w:line="240" w:lineRule="auto"/>
      </w:pPr>
      <w:r>
        <w:rPr>
          <w:i/>
        </w:rPr>
        <w:t>Aaron?</w:t>
      </w:r>
    </w:p>
    <w:p w14:paraId="43505F60" w14:textId="77777777" w:rsidR="00EF112A" w:rsidRDefault="00EF112A" w:rsidP="005A017D">
      <w:pPr>
        <w:spacing w:after="0" w:line="240" w:lineRule="auto"/>
      </w:pPr>
    </w:p>
    <w:p w14:paraId="4E2E2462" w14:textId="440CAF30" w:rsidR="00EA79B4" w:rsidRPr="00977C16" w:rsidRDefault="00EA79B4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>KAISA:</w:t>
      </w:r>
    </w:p>
    <w:p w14:paraId="1579CE65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Oi! </w:t>
      </w:r>
    </w:p>
    <w:p w14:paraId="12CAA348" w14:textId="5EC70E3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Oi! </w:t>
      </w:r>
    </w:p>
    <w:p w14:paraId="02E6BB61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7A309FC" w14:textId="19E99E44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ALLE:</w:t>
      </w:r>
    </w:p>
    <w:p w14:paraId="2B5B8035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Etiäinen</w:t>
      </w:r>
      <w:proofErr w:type="spellEnd"/>
      <w:r w:rsidRPr="00977C16">
        <w:rPr>
          <w:lang w:val="nb-NO"/>
        </w:rPr>
        <w:t xml:space="preserve">!!! </w:t>
      </w:r>
    </w:p>
    <w:p w14:paraId="20E17F41" w14:textId="61F9130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Vardøger!!! </w:t>
      </w:r>
    </w:p>
    <w:p w14:paraId="05DBAAA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40551B" w14:textId="5C7A74C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4EC864E9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Hopusti</w:t>
      </w:r>
      <w:proofErr w:type="spellEnd"/>
      <w:r w:rsidRPr="00977C16">
        <w:rPr>
          <w:lang w:val="nb-NO"/>
        </w:rPr>
        <w:t xml:space="preserve">, </w:t>
      </w:r>
      <w:proofErr w:type="spellStart"/>
      <w:r w:rsidRPr="00977C16">
        <w:rPr>
          <w:lang w:val="nb-NO"/>
        </w:rPr>
        <w:t>net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sullaavat</w:t>
      </w:r>
      <w:proofErr w:type="spellEnd"/>
      <w:r w:rsidRPr="00977C16">
        <w:rPr>
          <w:lang w:val="nb-NO"/>
        </w:rPr>
        <w:t xml:space="preserve">! </w:t>
      </w:r>
    </w:p>
    <w:p w14:paraId="28028125" w14:textId="33DA0A42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Fort, de smelter! </w:t>
      </w:r>
    </w:p>
    <w:p w14:paraId="032143B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2B5A2BE" w14:textId="5EA4E7DD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</w:t>
      </w: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E2F335F" w14:textId="3682CB15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63D29B54" w14:textId="775FED3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219DD1DD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6CE5851" w14:textId="498F22A2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5AA61798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Kunka </w:t>
      </w:r>
      <w:proofErr w:type="spellStart"/>
      <w:proofErr w:type="gramStart"/>
      <w:r w:rsidRPr="00977C16">
        <w:rPr>
          <w:lang w:val="nb-NO"/>
        </w:rPr>
        <w:t>kauvoin</w:t>
      </w:r>
      <w:proofErr w:type="spellEnd"/>
      <w:r w:rsidRPr="00977C16">
        <w:rPr>
          <w:lang w:val="nb-NO"/>
        </w:rPr>
        <w:t xml:space="preserve">  </w:t>
      </w:r>
      <w:proofErr w:type="spellStart"/>
      <w:r w:rsidRPr="00977C16">
        <w:rPr>
          <w:lang w:val="nb-NO"/>
        </w:rPr>
        <w:t>sie</w:t>
      </w:r>
      <w:proofErr w:type="spellEnd"/>
      <w:proofErr w:type="gram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jäät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tänne</w:t>
      </w:r>
      <w:proofErr w:type="spellEnd"/>
      <w:r w:rsidRPr="00977C16">
        <w:rPr>
          <w:lang w:val="nb-NO"/>
        </w:rPr>
        <w:t xml:space="preserve">? </w:t>
      </w:r>
    </w:p>
    <w:p w14:paraId="22CB2552" w14:textId="6C71891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Hvor lenge blir du? </w:t>
      </w:r>
    </w:p>
    <w:p w14:paraId="6663727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36A264C" w14:textId="5DDDEEC4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1A12E55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Kunka </w:t>
      </w:r>
      <w:proofErr w:type="spellStart"/>
      <w:r w:rsidRPr="00977C16">
        <w:rPr>
          <w:lang w:val="nb-NO"/>
        </w:rPr>
        <w:t>kauvoin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mie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saan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assuut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teiđän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tykönä</w:t>
      </w:r>
      <w:proofErr w:type="spellEnd"/>
      <w:r w:rsidRPr="00977C16">
        <w:rPr>
          <w:lang w:val="nb-NO"/>
        </w:rPr>
        <w:t xml:space="preserve">? </w:t>
      </w:r>
    </w:p>
    <w:p w14:paraId="5A717E24" w14:textId="58B778C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Hvor lenge kan jeg bo hos dere? </w:t>
      </w:r>
    </w:p>
    <w:p w14:paraId="4F010E4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BF948DB" w14:textId="72CB927B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465AFD7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Kauvoin</w:t>
      </w:r>
      <w:proofErr w:type="spellEnd"/>
      <w:r w:rsidRPr="00977C16">
        <w:rPr>
          <w:lang w:val="nb-NO"/>
        </w:rPr>
        <w:t xml:space="preserve">! </w:t>
      </w:r>
    </w:p>
    <w:p w14:paraId="38F99CB8" w14:textId="5696DB3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Lenge! </w:t>
      </w:r>
    </w:p>
    <w:p w14:paraId="5AFE15A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74EB3A9" w14:textId="3DAB3FBC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ED25E6A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Niin</w:t>
      </w:r>
      <w:proofErr w:type="spellEnd"/>
      <w:r w:rsidRPr="00977C16">
        <w:rPr>
          <w:lang w:val="nb-NO"/>
        </w:rPr>
        <w:t xml:space="preserve">, </w:t>
      </w:r>
      <w:proofErr w:type="spellStart"/>
      <w:r w:rsidRPr="00977C16">
        <w:rPr>
          <w:lang w:val="nb-NO"/>
        </w:rPr>
        <w:t>kauvoin</w:t>
      </w:r>
      <w:proofErr w:type="spellEnd"/>
      <w:r w:rsidRPr="00977C16">
        <w:rPr>
          <w:lang w:val="nb-NO"/>
        </w:rPr>
        <w:t xml:space="preserve">! </w:t>
      </w:r>
    </w:p>
    <w:p w14:paraId="7A1F95A5" w14:textId="06CF03D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Ja, lenge! </w:t>
      </w:r>
    </w:p>
    <w:p w14:paraId="28BCE6E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96748C4" w14:textId="1D1354EA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DC35E58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Mie </w:t>
      </w:r>
      <w:proofErr w:type="spellStart"/>
      <w:r w:rsidRPr="00977C16">
        <w:rPr>
          <w:lang w:val="nb-NO"/>
        </w:rPr>
        <w:t>hajin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kesätyötä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liijan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hiljain</w:t>
      </w:r>
      <w:proofErr w:type="spellEnd"/>
      <w:r w:rsidRPr="00977C16">
        <w:rPr>
          <w:lang w:val="nb-NO"/>
        </w:rPr>
        <w:t xml:space="preserve">. </w:t>
      </w:r>
    </w:p>
    <w:p w14:paraId="1AB0DEC3" w14:textId="3DD48A1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Jeg søkte sommerjobber for sent. </w:t>
      </w:r>
    </w:p>
    <w:p w14:paraId="27A49DE0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Eikä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mammala</w:t>
      </w:r>
      <w:proofErr w:type="spellEnd"/>
      <w:r w:rsidRPr="00977C16">
        <w:rPr>
          <w:lang w:val="nb-NO"/>
        </w:rPr>
        <w:t xml:space="preserve"> ja </w:t>
      </w:r>
      <w:proofErr w:type="spellStart"/>
      <w:r w:rsidRPr="00977C16">
        <w:rPr>
          <w:lang w:val="nb-NO"/>
        </w:rPr>
        <w:t>papala</w:t>
      </w:r>
      <w:proofErr w:type="spellEnd"/>
      <w:r w:rsidRPr="00977C16">
        <w:rPr>
          <w:lang w:val="nb-NO"/>
        </w:rPr>
        <w:t xml:space="preserve"> ole </w:t>
      </w:r>
      <w:proofErr w:type="spellStart"/>
      <w:r w:rsidRPr="00977C16">
        <w:rPr>
          <w:lang w:val="nb-NO"/>
        </w:rPr>
        <w:t>feeriätä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ennen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ko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juulikuun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lopussa</w:t>
      </w:r>
      <w:proofErr w:type="spellEnd"/>
      <w:r w:rsidRPr="00977C16">
        <w:rPr>
          <w:lang w:val="nb-NO"/>
        </w:rPr>
        <w:t xml:space="preserve">. </w:t>
      </w:r>
    </w:p>
    <w:p w14:paraId="608BDE59" w14:textId="10124318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lastRenderedPageBreak/>
        <w:t xml:space="preserve">Og mamma og pappa har ikke ferie før i slutten av juli. </w:t>
      </w:r>
    </w:p>
    <w:p w14:paraId="70DDF783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A439E65" w14:textId="652E661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40A45AC1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Sitte </w:t>
      </w:r>
      <w:proofErr w:type="spellStart"/>
      <w:r w:rsidRPr="00977C16">
        <w:rPr>
          <w:lang w:val="nb-NO"/>
        </w:rPr>
        <w:t>saatama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pyyttäät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meressä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yhđessä</w:t>
      </w:r>
      <w:proofErr w:type="spellEnd"/>
      <w:r w:rsidRPr="00977C16">
        <w:rPr>
          <w:lang w:val="nb-NO"/>
        </w:rPr>
        <w:t xml:space="preserve">! </w:t>
      </w:r>
    </w:p>
    <w:p w14:paraId="125A42D8" w14:textId="59417EA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Da kan vi fiske i sjøen sammen! </w:t>
      </w:r>
    </w:p>
    <w:p w14:paraId="2BC3149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E0F8EA5" w14:textId="1D32A0C1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6D494F3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Mie </w:t>
      </w:r>
      <w:proofErr w:type="spellStart"/>
      <w:r w:rsidRPr="00977C16">
        <w:rPr>
          <w:lang w:val="nb-NO"/>
        </w:rPr>
        <w:t>harjoittelen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miekkataisteluu</w:t>
      </w:r>
      <w:proofErr w:type="spellEnd"/>
      <w:r w:rsidRPr="00977C16">
        <w:rPr>
          <w:lang w:val="nb-NO"/>
        </w:rPr>
        <w:t xml:space="preserve">.  </w:t>
      </w:r>
    </w:p>
    <w:p w14:paraId="341FCA49" w14:textId="1DFE10B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Jeg skal øve på sverdkamp.  </w:t>
      </w:r>
    </w:p>
    <w:p w14:paraId="42A02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781AA13" w14:textId="71C4A1E3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5279DCD9" w14:textId="77777777" w:rsidR="00977C16" w:rsidRDefault="00977C16" w:rsidP="005A017D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Se </w:t>
      </w:r>
      <w:proofErr w:type="spellStart"/>
      <w:r w:rsidRPr="00977C16">
        <w:rPr>
          <w:lang w:val="nb-NO"/>
        </w:rPr>
        <w:t>meinaa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teaatteriharjoituksii</w:t>
      </w:r>
      <w:proofErr w:type="spellEnd"/>
      <w:r w:rsidRPr="00977C16">
        <w:rPr>
          <w:lang w:val="nb-NO"/>
        </w:rPr>
        <w:t xml:space="preserve">. </w:t>
      </w:r>
    </w:p>
    <w:p w14:paraId="5AED1C42" w14:textId="0EF7C62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Hun mener teaterøving. </w:t>
      </w:r>
    </w:p>
    <w:p w14:paraId="55620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C0FE924" w14:textId="1AD32B5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6CC272D8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proofErr w:type="gramStart"/>
      <w:r w:rsidRPr="00977C16">
        <w:rPr>
          <w:lang w:val="nb-NO"/>
        </w:rPr>
        <w:t>Siunakhoon</w:t>
      </w:r>
      <w:proofErr w:type="spellEnd"/>
      <w:r w:rsidRPr="00977C16">
        <w:rPr>
          <w:lang w:val="nb-NO"/>
        </w:rPr>
        <w:t>…</w:t>
      </w:r>
      <w:proofErr w:type="gram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Oletko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sie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alkanu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teaatterhiin</w:t>
      </w:r>
      <w:proofErr w:type="spellEnd"/>
      <w:r w:rsidRPr="00977C16">
        <w:rPr>
          <w:lang w:val="nb-NO"/>
        </w:rPr>
        <w:t xml:space="preserve">, Kaisa?! </w:t>
      </w:r>
    </w:p>
    <w:p w14:paraId="5601EDB8" w14:textId="298BA194" w:rsidR="00EF112A" w:rsidRPr="005A017D" w:rsidRDefault="00000000" w:rsidP="005A017D">
      <w:pPr>
        <w:spacing w:after="0" w:line="240" w:lineRule="auto"/>
        <w:rPr>
          <w:lang w:val="nb-NO"/>
        </w:rPr>
      </w:pPr>
      <w:proofErr w:type="gramStart"/>
      <w:r w:rsidRPr="005A017D">
        <w:rPr>
          <w:i/>
          <w:lang w:val="nb-NO"/>
        </w:rPr>
        <w:t>Jøss...</w:t>
      </w:r>
      <w:proofErr w:type="gramEnd"/>
      <w:r w:rsidRPr="005A017D">
        <w:rPr>
          <w:i/>
          <w:lang w:val="nb-NO"/>
        </w:rPr>
        <w:t xml:space="preserve"> har du begynt på teater, Kaisa?! </w:t>
      </w:r>
    </w:p>
    <w:p w14:paraId="23098D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3AA38F4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3E35FBAD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Mutta</w:t>
      </w:r>
      <w:proofErr w:type="spellEnd"/>
      <w:r w:rsidRPr="00977C16">
        <w:rPr>
          <w:lang w:val="nb-NO"/>
        </w:rPr>
        <w:t xml:space="preserve">, Kaisa, </w:t>
      </w:r>
      <w:proofErr w:type="spellStart"/>
      <w:r w:rsidRPr="00977C16">
        <w:rPr>
          <w:lang w:val="nb-NO"/>
        </w:rPr>
        <w:t>tieđätkö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sie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mikä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rolli</w:t>
      </w:r>
      <w:proofErr w:type="spellEnd"/>
      <w:r w:rsidRPr="00977C16">
        <w:rPr>
          <w:lang w:val="nb-NO"/>
        </w:rPr>
        <w:t xml:space="preserve"> sulla </w:t>
      </w:r>
      <w:proofErr w:type="spellStart"/>
      <w:r w:rsidRPr="00977C16">
        <w:rPr>
          <w:lang w:val="nb-NO"/>
        </w:rPr>
        <w:t>oon</w:t>
      </w:r>
      <w:proofErr w:type="spellEnd"/>
      <w:r w:rsidRPr="00977C16">
        <w:rPr>
          <w:lang w:val="nb-NO"/>
        </w:rPr>
        <w:t xml:space="preserve">? </w:t>
      </w:r>
    </w:p>
    <w:p w14:paraId="552CBAE7" w14:textId="05663CC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Men, Kaisa, vet du hvilken rolle du har? </w:t>
      </w:r>
    </w:p>
    <w:p w14:paraId="300B251B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C687AAE" w14:textId="0A67B14F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D50C179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Tieđän</w:t>
      </w:r>
      <w:proofErr w:type="spellEnd"/>
      <w:r w:rsidRPr="00977C16">
        <w:rPr>
          <w:lang w:val="nb-NO"/>
        </w:rPr>
        <w:t xml:space="preserve">. </w:t>
      </w:r>
    </w:p>
    <w:p w14:paraId="00D66A4A" w14:textId="11E65B7F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Ja. </w:t>
      </w:r>
    </w:p>
    <w:p w14:paraId="3CB8566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30FD7A3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1CD9017C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Manalaisila</w:t>
      </w:r>
      <w:proofErr w:type="spellEnd"/>
      <w:r w:rsidRPr="00977C16">
        <w:rPr>
          <w:lang w:val="nb-NO"/>
        </w:rPr>
        <w:t xml:space="preserve"> ei ole </w:t>
      </w:r>
      <w:proofErr w:type="spellStart"/>
      <w:proofErr w:type="gramStart"/>
      <w:r w:rsidRPr="00977C16">
        <w:rPr>
          <w:lang w:val="nb-NO"/>
        </w:rPr>
        <w:t>miekkaa</w:t>
      </w:r>
      <w:proofErr w:type="spellEnd"/>
      <w:r w:rsidRPr="00977C16">
        <w:rPr>
          <w:lang w:val="nb-NO"/>
        </w:rPr>
        <w:t>…</w:t>
      </w:r>
      <w:proofErr w:type="gramEnd"/>
      <w:r w:rsidRPr="00977C16">
        <w:rPr>
          <w:lang w:val="nb-NO"/>
        </w:rPr>
        <w:t xml:space="preserve"> </w:t>
      </w:r>
    </w:p>
    <w:p w14:paraId="1067E5ED" w14:textId="6F9E095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 har ikke </w:t>
      </w:r>
      <w:proofErr w:type="gramStart"/>
      <w:r w:rsidRPr="005A017D">
        <w:rPr>
          <w:i/>
          <w:lang w:val="nb-NO"/>
        </w:rPr>
        <w:t>sverd…</w:t>
      </w:r>
      <w:proofErr w:type="gramEnd"/>
      <w:r w:rsidRPr="005A017D">
        <w:rPr>
          <w:i/>
          <w:lang w:val="nb-NO"/>
        </w:rPr>
        <w:t xml:space="preserve"> </w:t>
      </w:r>
    </w:p>
    <w:p w14:paraId="7CEC60C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FD06179" w14:textId="5BB295A0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EF0B95B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Niin</w:t>
      </w:r>
      <w:proofErr w:type="spellEnd"/>
      <w:r w:rsidRPr="00977C16">
        <w:rPr>
          <w:lang w:val="nb-NO"/>
        </w:rPr>
        <w:t xml:space="preserve">, </w:t>
      </w:r>
      <w:proofErr w:type="spellStart"/>
      <w:r w:rsidRPr="00977C16">
        <w:rPr>
          <w:lang w:val="nb-NO"/>
        </w:rPr>
        <w:t>mutta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minun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rollila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semmoinen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oon</w:t>
      </w:r>
      <w:proofErr w:type="spellEnd"/>
      <w:r w:rsidRPr="00977C16">
        <w:rPr>
          <w:lang w:val="nb-NO"/>
        </w:rPr>
        <w:t xml:space="preserve">. </w:t>
      </w:r>
    </w:p>
    <w:p w14:paraId="36AC4920" w14:textId="470326B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Jo, min rolle skal ha det. </w:t>
      </w:r>
    </w:p>
    <w:p w14:paraId="07391EF0" w14:textId="77777777" w:rsidR="00977C16" w:rsidRPr="00977C16" w:rsidRDefault="00977C16" w:rsidP="00977C16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Ja </w:t>
      </w:r>
      <w:proofErr w:type="spellStart"/>
      <w:r w:rsidRPr="00977C16">
        <w:rPr>
          <w:lang w:val="nb-NO"/>
        </w:rPr>
        <w:t>mie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taistelen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niin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ko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Nilski</w:t>
      </w:r>
      <w:proofErr w:type="spellEnd"/>
      <w:r w:rsidRPr="00977C16">
        <w:rPr>
          <w:lang w:val="nb-NO"/>
        </w:rPr>
        <w:t xml:space="preserve">  </w:t>
      </w:r>
    </w:p>
    <w:p w14:paraId="761DF23F" w14:textId="77777777" w:rsidR="00977C16" w:rsidRDefault="00977C16" w:rsidP="00977C16">
      <w:pPr>
        <w:spacing w:after="0" w:line="240" w:lineRule="auto"/>
        <w:rPr>
          <w:lang w:val="nb-NO"/>
        </w:rPr>
      </w:pPr>
      <w:r w:rsidRPr="00977C16">
        <w:rPr>
          <w:lang w:val="nb-NO"/>
        </w:rPr>
        <w:t xml:space="preserve">– </w:t>
      </w:r>
      <w:proofErr w:type="spellStart"/>
      <w:r w:rsidRPr="00977C16">
        <w:rPr>
          <w:lang w:val="nb-NO"/>
        </w:rPr>
        <w:t>luonon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eđestä</w:t>
      </w:r>
      <w:proofErr w:type="spellEnd"/>
      <w:r w:rsidRPr="00977C16">
        <w:rPr>
          <w:lang w:val="nb-NO"/>
        </w:rPr>
        <w:t xml:space="preserve">. </w:t>
      </w:r>
    </w:p>
    <w:p w14:paraId="24FC2B3B" w14:textId="70F15A31" w:rsidR="00EF112A" w:rsidRPr="005A017D" w:rsidRDefault="00000000" w:rsidP="00977C16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Og jeg skal kjempe som Nils - for naturen! </w:t>
      </w:r>
    </w:p>
    <w:p w14:paraId="79134D4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80FB4AC" w14:textId="04B43E0E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BCFE5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Aaroni</w:t>
      </w:r>
      <w:proofErr w:type="spellEnd"/>
      <w:r w:rsidRPr="005A017D">
        <w:rPr>
          <w:lang w:val="nb-NO"/>
        </w:rPr>
        <w:t xml:space="preserve">! </w:t>
      </w:r>
    </w:p>
    <w:p w14:paraId="07604991" w14:textId="1632BF0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Aaron! </w:t>
      </w:r>
    </w:p>
    <w:p w14:paraId="2BEEB66C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Meiđän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viimi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toivo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oon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tullu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takaisin</w:t>
      </w:r>
      <w:proofErr w:type="spellEnd"/>
      <w:r w:rsidRPr="00977C16">
        <w:rPr>
          <w:lang w:val="nb-NO"/>
        </w:rPr>
        <w:t xml:space="preserve">! </w:t>
      </w:r>
    </w:p>
    <w:p w14:paraId="09D4EA2E" w14:textId="52E4BB3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Vårt siste håp er tilbake! </w:t>
      </w:r>
    </w:p>
    <w:p w14:paraId="219E5D75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Tervettulemaa</w:t>
      </w:r>
      <w:proofErr w:type="spellEnd"/>
      <w:r w:rsidRPr="00977C16">
        <w:rPr>
          <w:lang w:val="nb-NO"/>
        </w:rPr>
        <w:t xml:space="preserve">! </w:t>
      </w:r>
    </w:p>
    <w:p w14:paraId="56658F7E" w14:textId="6C234F1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Velkommen! </w:t>
      </w:r>
    </w:p>
    <w:p w14:paraId="113EAAD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2950620A" w14:textId="4228508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98C9A8C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Päivää</w:t>
      </w:r>
      <w:proofErr w:type="spellEnd"/>
      <w:r w:rsidRPr="00977C16">
        <w:rPr>
          <w:lang w:val="nb-NO"/>
        </w:rPr>
        <w:t xml:space="preserve">! </w:t>
      </w:r>
    </w:p>
    <w:p w14:paraId="7557E09B" w14:textId="34E753F4" w:rsidR="00EF112A" w:rsidRDefault="00000000" w:rsidP="005A017D">
      <w:pPr>
        <w:spacing w:after="0" w:line="240" w:lineRule="auto"/>
        <w:rPr>
          <w:i/>
          <w:lang w:val="nb-NO"/>
        </w:rPr>
      </w:pPr>
      <w:r w:rsidRPr="005A017D">
        <w:rPr>
          <w:i/>
          <w:lang w:val="nb-NO"/>
        </w:rPr>
        <w:t>God dag!</w:t>
      </w:r>
    </w:p>
    <w:p w14:paraId="0B3812BD" w14:textId="77777777" w:rsidR="00EA79B4" w:rsidRPr="005A017D" w:rsidRDefault="00EA79B4" w:rsidP="005A017D">
      <w:pPr>
        <w:spacing w:after="0" w:line="240" w:lineRule="auto"/>
        <w:rPr>
          <w:lang w:val="nb-NO"/>
        </w:rPr>
      </w:pPr>
    </w:p>
    <w:p w14:paraId="4750A287" w14:textId="4281F337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AAFC908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Oonko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tronninki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kokonhansa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vaipunu</w:t>
      </w:r>
      <w:proofErr w:type="spellEnd"/>
      <w:r w:rsidRPr="00977C16">
        <w:rPr>
          <w:lang w:val="nb-NO"/>
        </w:rPr>
        <w:t xml:space="preserve">? </w:t>
      </w:r>
    </w:p>
    <w:p w14:paraId="446196C6" w14:textId="208F0B4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Har dronningen slitt seg ut? </w:t>
      </w:r>
    </w:p>
    <w:p w14:paraId="6EE1F1C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507C9C5" w14:textId="664D5DA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D058D46" w14:textId="5122578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Olen</w:t>
      </w:r>
    </w:p>
    <w:p w14:paraId="5362C599" w14:textId="410EFCE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Ja.</w:t>
      </w:r>
    </w:p>
    <w:p w14:paraId="0F4370A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29446F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4168505B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708DAEF" w14:textId="6814BE1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TEKSTMELDING:</w:t>
      </w:r>
    </w:p>
    <w:p w14:paraId="6C2753A0" w14:textId="77777777" w:rsidR="00C11278" w:rsidRDefault="00C11278" w:rsidP="00970A93">
      <w:pPr>
        <w:spacing w:after="0" w:line="240" w:lineRule="auto"/>
        <w:rPr>
          <w:lang w:val="nb-NO"/>
        </w:rPr>
      </w:pPr>
      <w:proofErr w:type="spellStart"/>
      <w:r w:rsidRPr="00C11278">
        <w:rPr>
          <w:lang w:val="nb-NO"/>
        </w:rPr>
        <w:t>Nilsiltä</w:t>
      </w:r>
      <w:proofErr w:type="spellEnd"/>
      <w:r w:rsidRPr="00C11278">
        <w:rPr>
          <w:lang w:val="nb-NO"/>
        </w:rPr>
        <w:t xml:space="preserve"> </w:t>
      </w:r>
      <w:proofErr w:type="spellStart"/>
      <w:r w:rsidRPr="00C11278">
        <w:rPr>
          <w:lang w:val="nb-NO"/>
        </w:rPr>
        <w:t>papale</w:t>
      </w:r>
      <w:proofErr w:type="spellEnd"/>
      <w:r w:rsidRPr="00C11278">
        <w:rPr>
          <w:lang w:val="nb-NO"/>
        </w:rPr>
        <w:t xml:space="preserve">: Anne, </w:t>
      </w:r>
      <w:proofErr w:type="spellStart"/>
      <w:r w:rsidRPr="00C11278">
        <w:rPr>
          <w:lang w:val="nb-NO"/>
        </w:rPr>
        <w:t>Raisin</w:t>
      </w:r>
      <w:proofErr w:type="spellEnd"/>
      <w:r w:rsidRPr="00C11278">
        <w:rPr>
          <w:lang w:val="nb-NO"/>
        </w:rPr>
        <w:t xml:space="preserve"> </w:t>
      </w:r>
      <w:proofErr w:type="spellStart"/>
      <w:r w:rsidRPr="00C11278">
        <w:rPr>
          <w:lang w:val="nb-NO"/>
        </w:rPr>
        <w:t>nöyrä</w:t>
      </w:r>
      <w:proofErr w:type="spellEnd"/>
      <w:r w:rsidRPr="00C11278">
        <w:rPr>
          <w:lang w:val="nb-NO"/>
        </w:rPr>
        <w:t xml:space="preserve"> </w:t>
      </w:r>
      <w:proofErr w:type="spellStart"/>
      <w:r w:rsidRPr="00C11278">
        <w:rPr>
          <w:lang w:val="nb-NO"/>
        </w:rPr>
        <w:t>tronninki</w:t>
      </w:r>
      <w:proofErr w:type="spellEnd"/>
      <w:r w:rsidRPr="00C11278">
        <w:rPr>
          <w:lang w:val="nb-NO"/>
        </w:rPr>
        <w:t>!</w:t>
      </w:r>
    </w:p>
    <w:p w14:paraId="1DE4CCD1" w14:textId="4CC63D37" w:rsidR="00970A93" w:rsidRPr="005A017D" w:rsidRDefault="00970A93" w:rsidP="00970A93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Fra Nils til pappa: Anna, Reisas ydmyke dronning!</w:t>
      </w:r>
    </w:p>
    <w:p w14:paraId="3058CFD4" w14:textId="77777777" w:rsidR="00977C16" w:rsidRPr="005A017D" w:rsidRDefault="00977C16" w:rsidP="005A017D">
      <w:pPr>
        <w:spacing w:after="0" w:line="240" w:lineRule="auto"/>
        <w:rPr>
          <w:lang w:val="nb-NO"/>
        </w:rPr>
      </w:pPr>
    </w:p>
    <w:p w14:paraId="3DF58426" w14:textId="0CF16645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32D1B701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Alama</w:t>
      </w:r>
      <w:proofErr w:type="spellEnd"/>
      <w:r w:rsidRPr="00977C16">
        <w:rPr>
          <w:lang w:val="nb-NO"/>
        </w:rPr>
        <w:t xml:space="preserve"> sitte </w:t>
      </w:r>
      <w:proofErr w:type="spellStart"/>
      <w:r w:rsidRPr="00977C16">
        <w:rPr>
          <w:lang w:val="nb-NO"/>
        </w:rPr>
        <w:t>harjoituksen</w:t>
      </w:r>
      <w:proofErr w:type="spellEnd"/>
      <w:r w:rsidRPr="00977C16">
        <w:rPr>
          <w:lang w:val="nb-NO"/>
        </w:rPr>
        <w:t xml:space="preserve">. </w:t>
      </w:r>
    </w:p>
    <w:p w14:paraId="29C48AC6" w14:textId="0AECA06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Da begynner vi å øve. </w:t>
      </w:r>
    </w:p>
    <w:p w14:paraId="58769BB3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Manalaiset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kokkointtuuvat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täälä</w:t>
      </w:r>
      <w:proofErr w:type="spellEnd"/>
      <w:r w:rsidRPr="00977C16">
        <w:rPr>
          <w:lang w:val="nb-NO"/>
        </w:rPr>
        <w:t xml:space="preserve">. </w:t>
      </w:r>
    </w:p>
    <w:p w14:paraId="436A9849" w14:textId="37A88EAF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 vesener samler seg her. </w:t>
      </w:r>
    </w:p>
    <w:p w14:paraId="51EEB81D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Alama</w:t>
      </w:r>
      <w:proofErr w:type="spellEnd"/>
      <w:r w:rsidRPr="00977C16">
        <w:rPr>
          <w:lang w:val="nb-NO"/>
        </w:rPr>
        <w:t xml:space="preserve"> sitte </w:t>
      </w:r>
      <w:proofErr w:type="spellStart"/>
      <w:r w:rsidRPr="00977C16">
        <w:rPr>
          <w:lang w:val="nb-NO"/>
        </w:rPr>
        <w:t>harjoituksen</w:t>
      </w:r>
      <w:proofErr w:type="spellEnd"/>
      <w:r w:rsidRPr="00977C16">
        <w:rPr>
          <w:lang w:val="nb-NO"/>
        </w:rPr>
        <w:t xml:space="preserve">. </w:t>
      </w:r>
      <w:proofErr w:type="spellStart"/>
      <w:r w:rsidRPr="00977C16">
        <w:rPr>
          <w:lang w:val="nb-NO"/>
        </w:rPr>
        <w:t>Tulkaa</w:t>
      </w:r>
      <w:proofErr w:type="spellEnd"/>
      <w:r>
        <w:rPr>
          <w:lang w:val="nb-NO"/>
        </w:rPr>
        <w:t>!</w:t>
      </w:r>
    </w:p>
    <w:p w14:paraId="01D96953" w14:textId="1F59C531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Da begynner vi å øve. Kom</w:t>
      </w:r>
      <w:r w:rsidR="00EA79B4">
        <w:rPr>
          <w:i/>
          <w:lang w:val="nb-NO"/>
        </w:rPr>
        <w:t>!</w:t>
      </w:r>
    </w:p>
    <w:p w14:paraId="2005BECC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Manalaiset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kokkointtuuvat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täälä</w:t>
      </w:r>
      <w:proofErr w:type="spellEnd"/>
      <w:r w:rsidRPr="00977C16">
        <w:rPr>
          <w:lang w:val="nb-NO"/>
        </w:rPr>
        <w:t xml:space="preserve">. </w:t>
      </w:r>
    </w:p>
    <w:p w14:paraId="1CD64C14" w14:textId="3DE547F1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Underjordiske vesener samler seg her</w:t>
      </w:r>
      <w:r w:rsidR="00EA79B4">
        <w:rPr>
          <w:i/>
          <w:lang w:val="nb-NO"/>
        </w:rPr>
        <w:t>!</w:t>
      </w:r>
      <w:r w:rsidRPr="005A017D">
        <w:rPr>
          <w:i/>
          <w:lang w:val="nb-NO"/>
        </w:rPr>
        <w:t xml:space="preserve"> </w:t>
      </w:r>
    </w:p>
    <w:p w14:paraId="04444190" w14:textId="77777777" w:rsidR="00977C16" w:rsidRDefault="00977C16" w:rsidP="005A017D">
      <w:pPr>
        <w:spacing w:after="0" w:line="240" w:lineRule="auto"/>
        <w:rPr>
          <w:lang w:val="nb-NO"/>
        </w:rPr>
      </w:pPr>
      <w:proofErr w:type="spellStart"/>
      <w:r w:rsidRPr="00977C16">
        <w:rPr>
          <w:lang w:val="nb-NO"/>
        </w:rPr>
        <w:t>Sottiijat</w:t>
      </w:r>
      <w:proofErr w:type="spellEnd"/>
      <w:r w:rsidRPr="00977C16">
        <w:rPr>
          <w:lang w:val="nb-NO"/>
        </w:rPr>
        <w:t xml:space="preserve"> </w:t>
      </w:r>
      <w:proofErr w:type="spellStart"/>
      <w:r w:rsidRPr="00977C16">
        <w:rPr>
          <w:lang w:val="nb-NO"/>
        </w:rPr>
        <w:t>tuola</w:t>
      </w:r>
      <w:proofErr w:type="spellEnd"/>
      <w:r w:rsidRPr="00977C16">
        <w:rPr>
          <w:lang w:val="nb-NO"/>
        </w:rPr>
        <w:t xml:space="preserve">. </w:t>
      </w:r>
    </w:p>
    <w:p w14:paraId="1C7C3406" w14:textId="6C6F48AF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Krigere der borte. </w:t>
      </w:r>
    </w:p>
    <w:p w14:paraId="5439E169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Tronninki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oon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keskelä</w:t>
      </w:r>
      <w:proofErr w:type="spellEnd"/>
      <w:r w:rsidRPr="00D62305">
        <w:rPr>
          <w:lang w:val="nb-NO"/>
        </w:rPr>
        <w:t xml:space="preserve">. </w:t>
      </w:r>
    </w:p>
    <w:p w14:paraId="00C8AE97" w14:textId="75DA569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Dronningen i midten. </w:t>
      </w:r>
    </w:p>
    <w:p w14:paraId="28215ECC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Kaisa, nyt </w:t>
      </w:r>
      <w:proofErr w:type="spellStart"/>
      <w:r w:rsidRPr="00D62305">
        <w:rPr>
          <w:lang w:val="nb-NO"/>
        </w:rPr>
        <w:t>sie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hääđyt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laskeet</w:t>
      </w:r>
      <w:proofErr w:type="spellEnd"/>
      <w:r w:rsidRPr="00D62305">
        <w:rPr>
          <w:lang w:val="nb-NO"/>
        </w:rPr>
        <w:t xml:space="preserve"> sen </w:t>
      </w:r>
      <w:proofErr w:type="spellStart"/>
      <w:r w:rsidRPr="00D62305">
        <w:rPr>
          <w:lang w:val="nb-NO"/>
        </w:rPr>
        <w:t>miekan</w:t>
      </w:r>
      <w:proofErr w:type="spellEnd"/>
      <w:r w:rsidRPr="00D62305">
        <w:rPr>
          <w:lang w:val="nb-NO"/>
        </w:rPr>
        <w:t xml:space="preserve">. </w:t>
      </w:r>
    </w:p>
    <w:p w14:paraId="4F2E1C60" w14:textId="236656EC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Kaisa, du må legge ned sverdet nå. </w:t>
      </w:r>
    </w:p>
    <w:p w14:paraId="37037D0F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9AC525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C455B43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Niilä</w:t>
      </w:r>
      <w:proofErr w:type="spellEnd"/>
      <w:r w:rsidRPr="00D62305">
        <w:rPr>
          <w:lang w:val="nb-NO"/>
        </w:rPr>
        <w:t xml:space="preserve"> jokka </w:t>
      </w:r>
      <w:proofErr w:type="spellStart"/>
      <w:r w:rsidRPr="00D62305">
        <w:rPr>
          <w:lang w:val="nb-NO"/>
        </w:rPr>
        <w:t>taistelhaan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luonon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eđestä</w:t>
      </w:r>
      <w:proofErr w:type="spellEnd"/>
      <w:r w:rsidRPr="00D62305">
        <w:rPr>
          <w:lang w:val="nb-NO"/>
        </w:rPr>
        <w:t xml:space="preserve">, </w:t>
      </w:r>
      <w:proofErr w:type="spellStart"/>
      <w:r w:rsidRPr="00D62305">
        <w:rPr>
          <w:lang w:val="nb-NO"/>
        </w:rPr>
        <w:t>häättyy</w:t>
      </w:r>
      <w:proofErr w:type="spellEnd"/>
      <w:r w:rsidRPr="00D62305">
        <w:rPr>
          <w:lang w:val="nb-NO"/>
        </w:rPr>
        <w:t xml:space="preserve"> olla </w:t>
      </w:r>
      <w:proofErr w:type="spellStart"/>
      <w:r w:rsidRPr="00D62305">
        <w:rPr>
          <w:lang w:val="nb-NO"/>
        </w:rPr>
        <w:t>asheet</w:t>
      </w:r>
      <w:proofErr w:type="spellEnd"/>
      <w:r w:rsidRPr="00D62305">
        <w:rPr>
          <w:lang w:val="nb-NO"/>
        </w:rPr>
        <w:t xml:space="preserve">. </w:t>
      </w:r>
    </w:p>
    <w:p w14:paraId="6C74832B" w14:textId="05D234EF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De som kjemper for </w:t>
      </w:r>
      <w:proofErr w:type="gramStart"/>
      <w:r w:rsidRPr="005A017D">
        <w:rPr>
          <w:i/>
          <w:lang w:val="nb-NO"/>
        </w:rPr>
        <w:t>naturen</w:t>
      </w:r>
      <w:proofErr w:type="gramEnd"/>
      <w:r w:rsidRPr="005A017D">
        <w:rPr>
          <w:i/>
          <w:lang w:val="nb-NO"/>
        </w:rPr>
        <w:t xml:space="preserve"> må ha våpen. </w:t>
      </w:r>
    </w:p>
    <w:p w14:paraId="63F970F0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Muutoin</w:t>
      </w:r>
      <w:proofErr w:type="spellEnd"/>
      <w:r w:rsidRPr="00D62305">
        <w:rPr>
          <w:lang w:val="nb-NO"/>
        </w:rPr>
        <w:t xml:space="preserve"> met </w:t>
      </w:r>
      <w:proofErr w:type="spellStart"/>
      <w:r w:rsidRPr="00D62305">
        <w:rPr>
          <w:lang w:val="nb-NO"/>
        </w:rPr>
        <w:t>taappaama</w:t>
      </w:r>
      <w:proofErr w:type="spellEnd"/>
      <w:r w:rsidRPr="00D62305">
        <w:rPr>
          <w:lang w:val="nb-NO"/>
        </w:rPr>
        <w:t xml:space="preserve">.  </w:t>
      </w:r>
    </w:p>
    <w:p w14:paraId="3B90AB48" w14:textId="41EAB39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Ellers taper vi.  </w:t>
      </w:r>
    </w:p>
    <w:p w14:paraId="3807BD6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89BFE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0101B176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Sie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olet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kyllä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juuri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oikkeessa</w:t>
      </w:r>
      <w:proofErr w:type="spellEnd"/>
      <w:r w:rsidRPr="00D62305">
        <w:rPr>
          <w:lang w:val="nb-NO"/>
        </w:rPr>
        <w:t>, Kaisa.</w:t>
      </w:r>
    </w:p>
    <w:p w14:paraId="337CC360" w14:textId="04A675C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Det har du helt rett i, Kaisa. </w:t>
      </w:r>
    </w:p>
    <w:p w14:paraId="46BC6DDD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Mutta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sinun</w:t>
      </w:r>
      <w:proofErr w:type="spellEnd"/>
      <w:r w:rsidRPr="00D62305">
        <w:rPr>
          <w:lang w:val="nb-NO"/>
        </w:rPr>
        <w:t xml:space="preserve"> aset </w:t>
      </w:r>
      <w:proofErr w:type="spellStart"/>
      <w:r w:rsidRPr="00D62305">
        <w:rPr>
          <w:lang w:val="nb-NO"/>
        </w:rPr>
        <w:t>oon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sinni</w:t>
      </w:r>
      <w:proofErr w:type="spellEnd"/>
      <w:r w:rsidRPr="00D62305">
        <w:rPr>
          <w:lang w:val="nb-NO"/>
        </w:rPr>
        <w:t xml:space="preserve">. </w:t>
      </w:r>
    </w:p>
    <w:p w14:paraId="666AF790" w14:textId="281EF57C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Men ditt våpen er </w:t>
      </w:r>
      <w:proofErr w:type="spellStart"/>
      <w:r w:rsidRPr="005A017D">
        <w:rPr>
          <w:i/>
          <w:lang w:val="nb-NO"/>
        </w:rPr>
        <w:t>sinni</w:t>
      </w:r>
      <w:proofErr w:type="spellEnd"/>
      <w:r w:rsidRPr="005A017D">
        <w:rPr>
          <w:i/>
          <w:lang w:val="nb-NO"/>
        </w:rPr>
        <w:t xml:space="preserve">. </w:t>
      </w:r>
    </w:p>
    <w:p w14:paraId="4F7F44C7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Kumman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sie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valitet</w:t>
      </w:r>
      <w:proofErr w:type="spellEnd"/>
      <w:r w:rsidRPr="00D62305">
        <w:rPr>
          <w:lang w:val="nb-NO"/>
        </w:rPr>
        <w:t xml:space="preserve">? </w:t>
      </w:r>
    </w:p>
    <w:p w14:paraId="3FE352F6" w14:textId="16622DAF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Hva velger du? </w:t>
      </w:r>
    </w:p>
    <w:p w14:paraId="0EF283D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92B8FBD" w14:textId="7E08D3F6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CF7AAC5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Manalaiset</w:t>
      </w:r>
      <w:proofErr w:type="spellEnd"/>
      <w:r>
        <w:rPr>
          <w:lang w:val="nb-NO"/>
        </w:rPr>
        <w:t>!</w:t>
      </w:r>
    </w:p>
    <w:p w14:paraId="1ECB9AAA" w14:textId="00C47CE2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Underjordiske! </w:t>
      </w:r>
    </w:p>
    <w:p w14:paraId="03F920BC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45C77CD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95BC6A5" w14:textId="24DB987C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Met </w:t>
      </w:r>
      <w:proofErr w:type="spellStart"/>
      <w:r w:rsidRPr="00D62305">
        <w:rPr>
          <w:lang w:val="nb-NO"/>
        </w:rPr>
        <w:t>tulema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rauhassa</w:t>
      </w:r>
      <w:proofErr w:type="spellEnd"/>
      <w:r>
        <w:rPr>
          <w:lang w:val="nb-NO"/>
        </w:rPr>
        <w:t>!</w:t>
      </w:r>
    </w:p>
    <w:p w14:paraId="1CB329AF" w14:textId="4371371A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Vi kommer i fred! </w:t>
      </w:r>
    </w:p>
    <w:p w14:paraId="2052D832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16CF86" w14:textId="4D57D8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75B66BED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Elämä</w:t>
      </w:r>
      <w:proofErr w:type="spellEnd"/>
      <w:r w:rsidRPr="00D62305">
        <w:rPr>
          <w:lang w:val="nb-NO"/>
        </w:rPr>
        <w:t xml:space="preserve"> sitte </w:t>
      </w:r>
      <w:proofErr w:type="spellStart"/>
      <w:r w:rsidRPr="00D62305">
        <w:rPr>
          <w:lang w:val="nb-NO"/>
        </w:rPr>
        <w:t>rauhassa</w:t>
      </w:r>
      <w:proofErr w:type="spellEnd"/>
      <w:r w:rsidRPr="00D62305">
        <w:rPr>
          <w:lang w:val="nb-NO"/>
        </w:rPr>
        <w:t xml:space="preserve">. </w:t>
      </w:r>
    </w:p>
    <w:p w14:paraId="272FFD1E" w14:textId="5426F5F4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Så la oss være i fred. </w:t>
      </w:r>
    </w:p>
    <w:p w14:paraId="770E2E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7B749F6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ANNE:</w:t>
      </w:r>
    </w:p>
    <w:p w14:paraId="4767BBC4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Meiđät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oon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ajettu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pois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meiđän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maasta</w:t>
      </w:r>
      <w:proofErr w:type="spellEnd"/>
      <w:r w:rsidRPr="00D62305">
        <w:rPr>
          <w:lang w:val="nb-NO"/>
        </w:rPr>
        <w:t xml:space="preserve">. </w:t>
      </w:r>
    </w:p>
    <w:p w14:paraId="07FD8821" w14:textId="6B12B2F1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Vi er fordrevet fra vårt land. </w:t>
      </w:r>
    </w:p>
    <w:p w14:paraId="7AECC8B4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Met </w:t>
      </w:r>
      <w:proofErr w:type="spellStart"/>
      <w:r w:rsidRPr="00D62305">
        <w:rPr>
          <w:lang w:val="nb-NO"/>
        </w:rPr>
        <w:t>olema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haavoittunheet</w:t>
      </w:r>
      <w:proofErr w:type="spellEnd"/>
      <w:r w:rsidRPr="00D62305">
        <w:rPr>
          <w:lang w:val="nb-NO"/>
        </w:rPr>
        <w:t xml:space="preserve"> ja </w:t>
      </w:r>
      <w:proofErr w:type="spellStart"/>
      <w:r w:rsidRPr="00D62305">
        <w:rPr>
          <w:lang w:val="nb-NO"/>
        </w:rPr>
        <w:t>nälkäiset</w:t>
      </w:r>
      <w:proofErr w:type="spellEnd"/>
      <w:r w:rsidRPr="00D62305">
        <w:rPr>
          <w:lang w:val="nb-NO"/>
        </w:rPr>
        <w:t xml:space="preserve">. </w:t>
      </w:r>
    </w:p>
    <w:p w14:paraId="7C352C1D" w14:textId="31E3602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Vi er skadet og sultne. </w:t>
      </w:r>
    </w:p>
    <w:p w14:paraId="1EEA439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F8A258C" w14:textId="385A322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288C90B3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Ihmiset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tuovat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tasan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tuhhoo</w:t>
      </w:r>
      <w:proofErr w:type="spellEnd"/>
      <w:r w:rsidRPr="00D62305">
        <w:rPr>
          <w:lang w:val="nb-NO"/>
        </w:rPr>
        <w:t xml:space="preserve">. </w:t>
      </w:r>
    </w:p>
    <w:p w14:paraId="2004A0A4" w14:textId="73EB64F2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Mennesker bringer bare ødeleggelse. </w:t>
      </w:r>
    </w:p>
    <w:p w14:paraId="0DA6BD89" w14:textId="77777777" w:rsid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Miksi</w:t>
      </w:r>
      <w:proofErr w:type="spellEnd"/>
      <w:r w:rsidRPr="00D62305">
        <w:rPr>
          <w:lang w:val="nb-NO"/>
        </w:rPr>
        <w:t xml:space="preserve"> met </w:t>
      </w:r>
      <w:proofErr w:type="spellStart"/>
      <w:r w:rsidRPr="00D62305">
        <w:rPr>
          <w:lang w:val="nb-NO"/>
        </w:rPr>
        <w:t>pitäisimmä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uskoot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teitä</w:t>
      </w:r>
      <w:proofErr w:type="spellEnd"/>
      <w:r w:rsidRPr="00D62305">
        <w:rPr>
          <w:lang w:val="nb-NO"/>
        </w:rPr>
        <w:t xml:space="preserve">? </w:t>
      </w:r>
    </w:p>
    <w:p w14:paraId="71C50923" w14:textId="64E05842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i/>
          <w:lang w:val="nb-NO"/>
        </w:rPr>
        <w:t xml:space="preserve">Hvorfor skal vi tro på dere? </w:t>
      </w:r>
    </w:p>
    <w:p w14:paraId="2EFC813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9217CA" w14:textId="2E7A9DFB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43A35A07" w14:textId="77777777" w:rsidR="00D62305" w:rsidRDefault="00D62305" w:rsidP="005A017D">
      <w:pPr>
        <w:spacing w:after="0" w:line="240" w:lineRule="auto"/>
        <w:rPr>
          <w:lang w:val="nb-NO"/>
        </w:rPr>
      </w:pPr>
      <w:r w:rsidRPr="00D62305">
        <w:rPr>
          <w:lang w:val="nb-NO"/>
        </w:rPr>
        <w:t xml:space="preserve">Mie </w:t>
      </w:r>
      <w:proofErr w:type="spellStart"/>
      <w:r w:rsidRPr="00D62305">
        <w:rPr>
          <w:lang w:val="nb-NO"/>
        </w:rPr>
        <w:t>annan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koko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minun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vallan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teile</w:t>
      </w:r>
      <w:proofErr w:type="spellEnd"/>
      <w:r w:rsidRPr="00D62305">
        <w:rPr>
          <w:lang w:val="nb-NO"/>
        </w:rPr>
        <w:t xml:space="preserve">. </w:t>
      </w:r>
    </w:p>
    <w:p w14:paraId="28ED9B32" w14:textId="77A658A3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i/>
          <w:lang w:val="nb-NO"/>
        </w:rPr>
        <w:t xml:space="preserve">Jeg gir all min makt til dere. </w:t>
      </w:r>
    </w:p>
    <w:p w14:paraId="3E6789C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CA38CC0" w14:textId="74EE69A8" w:rsidR="00EA79B4" w:rsidRPr="00C11278" w:rsidRDefault="00EA79B4" w:rsidP="005A017D">
      <w:pPr>
        <w:spacing w:after="0" w:line="240" w:lineRule="auto"/>
        <w:rPr>
          <w:lang w:val="nb-NO"/>
        </w:rPr>
      </w:pPr>
      <w:r w:rsidRPr="00C11278">
        <w:rPr>
          <w:lang w:val="nb-NO"/>
        </w:rPr>
        <w:t>NILS:</w:t>
      </w:r>
    </w:p>
    <w:p w14:paraId="5BF2C22F" w14:textId="77777777" w:rsidR="00D62305" w:rsidRPr="00D62305" w:rsidRDefault="00D62305" w:rsidP="005A017D">
      <w:pPr>
        <w:spacing w:after="0" w:line="240" w:lineRule="auto"/>
        <w:rPr>
          <w:lang w:val="nb-NO"/>
        </w:rPr>
      </w:pPr>
      <w:proofErr w:type="spellStart"/>
      <w:r w:rsidRPr="00D62305">
        <w:rPr>
          <w:lang w:val="nb-NO"/>
        </w:rPr>
        <w:t>Tässä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tullee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jotaki</w:t>
      </w:r>
      <w:proofErr w:type="spellEnd"/>
      <w:r w:rsidRPr="00D62305">
        <w:rPr>
          <w:lang w:val="nb-NO"/>
        </w:rPr>
        <w:t xml:space="preserve"> </w:t>
      </w:r>
      <w:proofErr w:type="spellStart"/>
      <w:r w:rsidRPr="00D62305">
        <w:rPr>
          <w:lang w:val="nb-NO"/>
        </w:rPr>
        <w:t>lämmintä</w:t>
      </w:r>
      <w:proofErr w:type="spellEnd"/>
      <w:r w:rsidRPr="00D62305">
        <w:rPr>
          <w:lang w:val="nb-NO"/>
        </w:rPr>
        <w:t xml:space="preserve">. </w:t>
      </w:r>
    </w:p>
    <w:p w14:paraId="7AFC184C" w14:textId="3BFC5FC4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i/>
          <w:lang w:val="nb-NO"/>
        </w:rPr>
        <w:t xml:space="preserve">Nå kommer noe varmt. </w:t>
      </w:r>
    </w:p>
    <w:p w14:paraId="343D178B" w14:textId="77777777" w:rsidR="00EF112A" w:rsidRPr="00EA68CC" w:rsidRDefault="00EF112A" w:rsidP="005A017D">
      <w:pPr>
        <w:spacing w:after="0" w:line="240" w:lineRule="auto"/>
        <w:rPr>
          <w:lang w:val="nb-NO"/>
        </w:rPr>
      </w:pPr>
    </w:p>
    <w:p w14:paraId="5CF6BEE7" w14:textId="77777777" w:rsidR="00EF112A" w:rsidRPr="00D62305" w:rsidRDefault="00EF112A" w:rsidP="005A017D">
      <w:pPr>
        <w:spacing w:after="0" w:line="240" w:lineRule="auto"/>
        <w:rPr>
          <w:lang w:val="nb-NO"/>
        </w:rPr>
      </w:pPr>
    </w:p>
    <w:sectPr w:rsidR="00EF112A" w:rsidRPr="00D62305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CFB0F" w14:textId="77777777" w:rsidR="000F2F10" w:rsidRDefault="000F2F10" w:rsidP="00D3194A">
      <w:pPr>
        <w:spacing w:after="0" w:line="240" w:lineRule="auto"/>
      </w:pPr>
      <w:r>
        <w:separator/>
      </w:r>
    </w:p>
  </w:endnote>
  <w:endnote w:type="continuationSeparator" w:id="0">
    <w:p w14:paraId="06FD0B63" w14:textId="77777777" w:rsidR="000F2F10" w:rsidRDefault="000F2F10" w:rsidP="00D31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189678773"/>
      <w:docPartObj>
        <w:docPartGallery w:val="Page Numbers (Bottom of Page)"/>
        <w:docPartUnique/>
      </w:docPartObj>
    </w:sdtPr>
    <w:sdtContent>
      <w:p w14:paraId="2F54A8B4" w14:textId="6276629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F152926" w14:textId="77777777" w:rsidR="00D3194A" w:rsidRDefault="00D3194A" w:rsidP="00D3194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95121836"/>
      <w:docPartObj>
        <w:docPartGallery w:val="Page Numbers (Bottom of Page)"/>
        <w:docPartUnique/>
      </w:docPartObj>
    </w:sdtPr>
    <w:sdtContent>
      <w:p w14:paraId="13E817C2" w14:textId="1AA4EBF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02D5D40B" w14:textId="77777777" w:rsidR="00D3194A" w:rsidRDefault="00D3194A" w:rsidP="00D3194A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78D21" w14:textId="77777777" w:rsidR="000F2F10" w:rsidRDefault="000F2F10" w:rsidP="00D3194A">
      <w:pPr>
        <w:spacing w:after="0" w:line="240" w:lineRule="auto"/>
      </w:pPr>
      <w:r>
        <w:separator/>
      </w:r>
    </w:p>
  </w:footnote>
  <w:footnote w:type="continuationSeparator" w:id="0">
    <w:p w14:paraId="48369BD1" w14:textId="77777777" w:rsidR="000F2F10" w:rsidRDefault="000F2F10" w:rsidP="00D31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7100602">
    <w:abstractNumId w:val="8"/>
  </w:num>
  <w:num w:numId="2" w16cid:durableId="774177292">
    <w:abstractNumId w:val="6"/>
  </w:num>
  <w:num w:numId="3" w16cid:durableId="2146964799">
    <w:abstractNumId w:val="5"/>
  </w:num>
  <w:num w:numId="4" w16cid:durableId="476185895">
    <w:abstractNumId w:val="4"/>
  </w:num>
  <w:num w:numId="5" w16cid:durableId="946080746">
    <w:abstractNumId w:val="7"/>
  </w:num>
  <w:num w:numId="6" w16cid:durableId="479804887">
    <w:abstractNumId w:val="3"/>
  </w:num>
  <w:num w:numId="7" w16cid:durableId="1209991841">
    <w:abstractNumId w:val="2"/>
  </w:num>
  <w:num w:numId="8" w16cid:durableId="1300575021">
    <w:abstractNumId w:val="1"/>
  </w:num>
  <w:num w:numId="9" w16cid:durableId="9949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2F10"/>
    <w:rsid w:val="00103FA1"/>
    <w:rsid w:val="0015074B"/>
    <w:rsid w:val="0029639D"/>
    <w:rsid w:val="002F2815"/>
    <w:rsid w:val="00326F90"/>
    <w:rsid w:val="005A017D"/>
    <w:rsid w:val="00970A93"/>
    <w:rsid w:val="00977C16"/>
    <w:rsid w:val="00AA1D8D"/>
    <w:rsid w:val="00B47730"/>
    <w:rsid w:val="00B745BD"/>
    <w:rsid w:val="00C11278"/>
    <w:rsid w:val="00CB0664"/>
    <w:rsid w:val="00D3194A"/>
    <w:rsid w:val="00D62305"/>
    <w:rsid w:val="00E34D06"/>
    <w:rsid w:val="00EA68CC"/>
    <w:rsid w:val="00EA79B4"/>
    <w:rsid w:val="00EF11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5FB5B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D31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484</Words>
  <Characters>2566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2025-12-02T14:10:00Z</dcterms:created>
  <dcterms:modified xsi:type="dcterms:W3CDTF">2025-12-02T14:32:00Z</dcterms:modified>
  <cp:category/>
</cp:coreProperties>
</file>