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1995A54" w14:textId="02338436" w:rsidR="000017F6" w:rsidRPr="00F96788" w:rsidRDefault="000017F6" w:rsidP="00F96788">
      <w:pPr>
        <w:spacing w:after="0"/>
        <w:rPr>
          <w:rFonts w:asciiTheme="majorHAnsi" w:eastAsiaTheme="majorEastAsia" w:hAnsiTheme="majorHAnsi" w:cstheme="majorHAnsi"/>
          <w:b/>
          <w:bCs/>
          <w:color w:val="000000" w:themeColor="text1"/>
          <w:lang w:val="nb-NO"/>
        </w:rPr>
      </w:pPr>
      <w:proofErr w:type="spellStart"/>
      <w:r w:rsidRPr="00F96788">
        <w:rPr>
          <w:rFonts w:asciiTheme="majorHAnsi" w:eastAsiaTheme="majorEastAsia" w:hAnsiTheme="majorHAnsi" w:cstheme="majorHAnsi"/>
          <w:b/>
          <w:bCs/>
          <w:color w:val="000000" w:themeColor="text1"/>
          <w:lang w:val="nb-NO"/>
        </w:rPr>
        <w:t>Bokmål</w:t>
      </w:r>
      <w:proofErr w:type="spellEnd"/>
      <w:r w:rsidRPr="00F96788">
        <w:rPr>
          <w:rFonts w:asciiTheme="majorHAnsi" w:eastAsiaTheme="majorEastAsia" w:hAnsiTheme="majorHAnsi" w:cstheme="majorHAnsi"/>
          <w:b/>
          <w:bCs/>
          <w:color w:val="000000" w:themeColor="text1"/>
          <w:lang w:val="nb-NO"/>
        </w:rPr>
        <w:t xml:space="preserve"> og </w:t>
      </w:r>
      <w:r w:rsidR="004B1599">
        <w:rPr>
          <w:rFonts w:asciiTheme="majorHAnsi" w:eastAsiaTheme="majorEastAsia" w:hAnsiTheme="majorHAnsi" w:cstheme="majorHAnsi"/>
          <w:b/>
          <w:bCs/>
          <w:color w:val="000000" w:themeColor="text1"/>
          <w:lang w:val="nb-NO"/>
        </w:rPr>
        <w:t>kvensk</w:t>
      </w:r>
      <w:r w:rsidRPr="00F96788">
        <w:rPr>
          <w:rFonts w:asciiTheme="majorHAnsi" w:eastAsiaTheme="majorEastAsia" w:hAnsiTheme="majorHAnsi" w:cstheme="majorHAnsi"/>
          <w:b/>
          <w:bCs/>
          <w:color w:val="000000" w:themeColor="text1"/>
          <w:lang w:val="nb-NO"/>
        </w:rPr>
        <w:t xml:space="preserve"> dialogmanus, episode 3</w:t>
      </w:r>
    </w:p>
    <w:p w14:paraId="2FE04F3C" w14:textId="77777777" w:rsidR="0094023C" w:rsidRDefault="0094023C" w:rsidP="00F96788">
      <w:pPr>
        <w:spacing w:after="0"/>
        <w:rPr>
          <w:rFonts w:asciiTheme="majorHAnsi" w:hAnsiTheme="majorHAnsi" w:cstheme="majorHAnsi"/>
          <w:b/>
          <w:bCs/>
          <w:color w:val="000000" w:themeColor="text1"/>
        </w:rPr>
      </w:pPr>
      <w:proofErr w:type="spellStart"/>
      <w:r w:rsidRPr="0094023C">
        <w:rPr>
          <w:rFonts w:asciiTheme="majorHAnsi" w:hAnsiTheme="majorHAnsi" w:cstheme="majorHAnsi"/>
          <w:b/>
          <w:bCs/>
          <w:color w:val="000000" w:themeColor="text1"/>
        </w:rPr>
        <w:t>Anonsiseinä</w:t>
      </w:r>
      <w:proofErr w:type="spellEnd"/>
      <w:r w:rsidRPr="0094023C">
        <w:rPr>
          <w:rFonts w:asciiTheme="majorHAnsi" w:hAnsiTheme="majorHAnsi" w:cstheme="majorHAnsi"/>
          <w:b/>
          <w:bCs/>
          <w:color w:val="000000" w:themeColor="text1"/>
        </w:rPr>
        <w:t xml:space="preserve"> </w:t>
      </w:r>
    </w:p>
    <w:p w14:paraId="6DFC82C8" w14:textId="4B4C8431" w:rsidR="00B87D21" w:rsidRPr="00F96788" w:rsidRDefault="00000000" w:rsidP="00F96788">
      <w:pPr>
        <w:spacing w:after="0"/>
        <w:rPr>
          <w:rFonts w:asciiTheme="majorHAnsi" w:hAnsiTheme="majorHAnsi" w:cstheme="majorHAnsi"/>
          <w:b/>
          <w:bCs/>
          <w:color w:val="000000" w:themeColor="text1"/>
        </w:rPr>
      </w:pPr>
      <w:proofErr w:type="spellStart"/>
      <w:r w:rsidRPr="00F96788">
        <w:rPr>
          <w:rFonts w:asciiTheme="majorHAnsi" w:hAnsiTheme="majorHAnsi" w:cstheme="majorHAnsi"/>
          <w:b/>
          <w:bCs/>
          <w:i/>
          <w:color w:val="000000" w:themeColor="text1"/>
        </w:rPr>
        <w:t>Annonsevegg</w:t>
      </w:r>
      <w:proofErr w:type="spellEnd"/>
    </w:p>
    <w:p w14:paraId="0B3227EC" w14:textId="77777777" w:rsidR="00B87D21" w:rsidRPr="00F96788" w:rsidRDefault="00B87D21" w:rsidP="00F96788">
      <w:pPr>
        <w:spacing w:after="0"/>
        <w:rPr>
          <w:rFonts w:asciiTheme="majorHAnsi" w:hAnsiTheme="majorHAnsi" w:cstheme="majorHAnsi"/>
        </w:rPr>
      </w:pPr>
    </w:p>
    <w:p w14:paraId="3B764E82" w14:textId="77777777" w:rsidR="000017F6" w:rsidRPr="00F96788" w:rsidRDefault="000017F6" w:rsidP="00F96788">
      <w:pPr>
        <w:spacing w:after="0"/>
        <w:rPr>
          <w:rFonts w:asciiTheme="majorHAnsi" w:hAnsiTheme="majorHAnsi" w:cstheme="majorHAnsi"/>
        </w:rPr>
      </w:pPr>
      <w:proofErr w:type="spellStart"/>
      <w:r w:rsidRPr="00F96788">
        <w:rPr>
          <w:rFonts w:asciiTheme="majorHAnsi" w:hAnsiTheme="majorHAnsi" w:cstheme="majorHAnsi"/>
        </w:rPr>
        <w:t>EEVA</w:t>
      </w:r>
      <w:proofErr w:type="spellEnd"/>
      <w:r w:rsidRPr="00F96788">
        <w:rPr>
          <w:rFonts w:asciiTheme="majorHAnsi" w:hAnsiTheme="majorHAnsi" w:cstheme="majorHAnsi"/>
        </w:rPr>
        <w:t xml:space="preserve">: </w:t>
      </w:r>
    </w:p>
    <w:p w14:paraId="59B404A6" w14:textId="35AFFC7E" w:rsidR="00B87D21" w:rsidRPr="00F96788" w:rsidRDefault="00000000" w:rsidP="00F96788">
      <w:pPr>
        <w:spacing w:after="0"/>
        <w:rPr>
          <w:rFonts w:asciiTheme="majorHAnsi" w:hAnsiTheme="majorHAnsi" w:cstheme="majorHAnsi"/>
        </w:rPr>
      </w:pPr>
      <w:r w:rsidRPr="00F96788">
        <w:rPr>
          <w:rFonts w:asciiTheme="majorHAnsi" w:hAnsiTheme="majorHAnsi" w:cstheme="majorHAnsi"/>
        </w:rPr>
        <w:t>Nils!</w:t>
      </w:r>
    </w:p>
    <w:p w14:paraId="6A2339D5" w14:textId="40FF4F0E" w:rsidR="00B87D21" w:rsidRPr="00F96788" w:rsidRDefault="00000000" w:rsidP="00F96788">
      <w:pPr>
        <w:spacing w:after="0"/>
        <w:rPr>
          <w:rFonts w:asciiTheme="majorHAnsi" w:hAnsiTheme="majorHAnsi" w:cstheme="majorHAnsi"/>
        </w:rPr>
      </w:pPr>
      <w:r w:rsidRPr="00F96788">
        <w:rPr>
          <w:rFonts w:asciiTheme="majorHAnsi" w:hAnsiTheme="majorHAnsi" w:cstheme="majorHAnsi"/>
          <w:i/>
        </w:rPr>
        <w:t>Nils!</w:t>
      </w:r>
    </w:p>
    <w:p w14:paraId="2BE9E9F5" w14:textId="77777777" w:rsidR="00B87D21" w:rsidRPr="00F96788" w:rsidRDefault="00000000" w:rsidP="00F96788">
      <w:pPr>
        <w:spacing w:after="0"/>
        <w:rPr>
          <w:rFonts w:asciiTheme="majorHAnsi" w:hAnsiTheme="majorHAnsi" w:cstheme="majorHAnsi"/>
        </w:rPr>
      </w:pPr>
      <w:r w:rsidRPr="00F96788">
        <w:rPr>
          <w:rFonts w:asciiTheme="majorHAnsi" w:hAnsiTheme="majorHAnsi" w:cstheme="majorHAnsi"/>
        </w:rPr>
        <w:t>Nils?</w:t>
      </w:r>
    </w:p>
    <w:p w14:paraId="47C11B78" w14:textId="1A905E70" w:rsidR="00B87D21" w:rsidRPr="00F96788" w:rsidRDefault="00000000" w:rsidP="00F96788">
      <w:pPr>
        <w:spacing w:after="0"/>
        <w:rPr>
          <w:rFonts w:asciiTheme="majorHAnsi" w:hAnsiTheme="majorHAnsi" w:cstheme="majorHAnsi"/>
        </w:rPr>
      </w:pPr>
      <w:r w:rsidRPr="00F96788">
        <w:rPr>
          <w:rFonts w:asciiTheme="majorHAnsi" w:hAnsiTheme="majorHAnsi" w:cstheme="majorHAnsi"/>
          <w:i/>
        </w:rPr>
        <w:t>Nils?</w:t>
      </w:r>
    </w:p>
    <w:p w14:paraId="14F05E30" w14:textId="77777777" w:rsidR="0094023C" w:rsidRPr="0094023C" w:rsidRDefault="0094023C" w:rsidP="00F96788">
      <w:pPr>
        <w:spacing w:after="0"/>
        <w:rPr>
          <w:rFonts w:asciiTheme="majorHAnsi" w:hAnsiTheme="majorHAnsi" w:cstheme="majorHAnsi"/>
          <w:lang w:val="nb-NO"/>
        </w:rPr>
      </w:pPr>
      <w:proofErr w:type="spellStart"/>
      <w:r w:rsidRPr="0094023C">
        <w:rPr>
          <w:rFonts w:asciiTheme="majorHAnsi" w:hAnsiTheme="majorHAnsi" w:cstheme="majorHAnsi"/>
          <w:lang w:val="nb-NO"/>
        </w:rPr>
        <w:t>Oonko</w:t>
      </w:r>
      <w:proofErr w:type="spellEnd"/>
      <w:r w:rsidRPr="0094023C">
        <w:rPr>
          <w:rFonts w:asciiTheme="majorHAnsi" w:hAnsiTheme="majorHAnsi" w:cstheme="majorHAnsi"/>
          <w:lang w:val="nb-NO"/>
        </w:rPr>
        <w:t xml:space="preserve"> se </w:t>
      </w:r>
      <w:proofErr w:type="spellStart"/>
      <w:r w:rsidRPr="0094023C">
        <w:rPr>
          <w:rFonts w:asciiTheme="majorHAnsi" w:hAnsiTheme="majorHAnsi" w:cstheme="majorHAnsi"/>
          <w:lang w:val="nb-NO"/>
        </w:rPr>
        <w:t>tosi</w:t>
      </w:r>
      <w:proofErr w:type="spellEnd"/>
      <w:r w:rsidRPr="0094023C">
        <w:rPr>
          <w:rFonts w:asciiTheme="majorHAnsi" w:hAnsiTheme="majorHAnsi" w:cstheme="majorHAnsi"/>
          <w:lang w:val="nb-NO"/>
        </w:rPr>
        <w:t xml:space="preserve"> ette </w:t>
      </w:r>
      <w:proofErr w:type="spellStart"/>
      <w:r w:rsidRPr="0094023C">
        <w:rPr>
          <w:rFonts w:asciiTheme="majorHAnsi" w:hAnsiTheme="majorHAnsi" w:cstheme="majorHAnsi"/>
          <w:lang w:val="nb-NO"/>
        </w:rPr>
        <w:t>sie</w:t>
      </w:r>
      <w:proofErr w:type="spellEnd"/>
      <w:r w:rsidRPr="0094023C">
        <w:rPr>
          <w:rFonts w:asciiTheme="majorHAnsi" w:hAnsiTheme="majorHAnsi" w:cstheme="majorHAnsi"/>
          <w:lang w:val="nb-NO"/>
        </w:rPr>
        <w:t xml:space="preserve"> </w:t>
      </w:r>
      <w:proofErr w:type="spellStart"/>
      <w:r w:rsidRPr="0094023C">
        <w:rPr>
          <w:rFonts w:asciiTheme="majorHAnsi" w:hAnsiTheme="majorHAnsi" w:cstheme="majorHAnsi"/>
          <w:lang w:val="nb-NO"/>
        </w:rPr>
        <w:t>olet</w:t>
      </w:r>
      <w:proofErr w:type="spellEnd"/>
      <w:r w:rsidRPr="0094023C">
        <w:rPr>
          <w:rFonts w:asciiTheme="majorHAnsi" w:hAnsiTheme="majorHAnsi" w:cstheme="majorHAnsi"/>
          <w:lang w:val="nb-NO"/>
        </w:rPr>
        <w:t xml:space="preserve"> </w:t>
      </w:r>
      <w:proofErr w:type="spellStart"/>
      <w:r w:rsidRPr="0094023C">
        <w:rPr>
          <w:rFonts w:asciiTheme="majorHAnsi" w:hAnsiTheme="majorHAnsi" w:cstheme="majorHAnsi"/>
          <w:lang w:val="nb-NO"/>
        </w:rPr>
        <w:t>löytäny</w:t>
      </w:r>
      <w:proofErr w:type="spellEnd"/>
      <w:r w:rsidRPr="0094023C">
        <w:rPr>
          <w:rFonts w:asciiTheme="majorHAnsi" w:hAnsiTheme="majorHAnsi" w:cstheme="majorHAnsi"/>
          <w:lang w:val="nb-NO"/>
        </w:rPr>
        <w:t xml:space="preserve"> </w:t>
      </w:r>
      <w:proofErr w:type="spellStart"/>
      <w:r w:rsidRPr="0094023C">
        <w:rPr>
          <w:rFonts w:asciiTheme="majorHAnsi" w:hAnsiTheme="majorHAnsi" w:cstheme="majorHAnsi"/>
          <w:lang w:val="nb-NO"/>
        </w:rPr>
        <w:t>kuolheita</w:t>
      </w:r>
      <w:proofErr w:type="spellEnd"/>
      <w:r w:rsidRPr="0094023C">
        <w:rPr>
          <w:rFonts w:asciiTheme="majorHAnsi" w:hAnsiTheme="majorHAnsi" w:cstheme="majorHAnsi"/>
          <w:lang w:val="nb-NO"/>
        </w:rPr>
        <w:t xml:space="preserve"> </w:t>
      </w:r>
      <w:proofErr w:type="spellStart"/>
      <w:r w:rsidRPr="0094023C">
        <w:rPr>
          <w:rFonts w:asciiTheme="majorHAnsi" w:hAnsiTheme="majorHAnsi" w:cstheme="majorHAnsi"/>
          <w:lang w:val="nb-NO"/>
        </w:rPr>
        <w:t>kalloi</w:t>
      </w:r>
      <w:proofErr w:type="spellEnd"/>
      <w:r w:rsidRPr="0094023C">
        <w:rPr>
          <w:rFonts w:asciiTheme="majorHAnsi" w:hAnsiTheme="majorHAnsi" w:cstheme="majorHAnsi"/>
          <w:lang w:val="nb-NO"/>
        </w:rPr>
        <w:t xml:space="preserve"> </w:t>
      </w:r>
      <w:proofErr w:type="spellStart"/>
      <w:r w:rsidRPr="0094023C">
        <w:rPr>
          <w:rFonts w:asciiTheme="majorHAnsi" w:hAnsiTheme="majorHAnsi" w:cstheme="majorHAnsi"/>
          <w:lang w:val="nb-NO"/>
        </w:rPr>
        <w:t>jovesta</w:t>
      </w:r>
      <w:proofErr w:type="spellEnd"/>
      <w:r w:rsidRPr="0094023C">
        <w:rPr>
          <w:rFonts w:asciiTheme="majorHAnsi" w:hAnsiTheme="majorHAnsi" w:cstheme="majorHAnsi"/>
          <w:lang w:val="nb-NO"/>
        </w:rPr>
        <w:t>?!</w:t>
      </w:r>
    </w:p>
    <w:p w14:paraId="4BDBE29E" w14:textId="07E27006" w:rsidR="00B87D21" w:rsidRPr="00F96788" w:rsidRDefault="00000000" w:rsidP="00F96788">
      <w:pPr>
        <w:spacing w:after="0"/>
        <w:rPr>
          <w:rFonts w:asciiTheme="majorHAnsi" w:hAnsiTheme="majorHAnsi" w:cstheme="majorHAnsi"/>
          <w:lang w:val="nb-NO"/>
        </w:rPr>
      </w:pPr>
      <w:r w:rsidRPr="00F96788">
        <w:rPr>
          <w:rFonts w:asciiTheme="majorHAnsi" w:hAnsiTheme="majorHAnsi" w:cstheme="majorHAnsi"/>
          <w:i/>
          <w:lang w:val="nb-NO"/>
        </w:rPr>
        <w:t>Er det sant at du fant død fisk i elva?!</w:t>
      </w:r>
    </w:p>
    <w:p w14:paraId="4B470D03" w14:textId="77777777" w:rsidR="0094023C" w:rsidRDefault="0094023C" w:rsidP="00F96788">
      <w:pPr>
        <w:spacing w:after="0"/>
        <w:rPr>
          <w:rFonts w:asciiTheme="majorHAnsi" w:hAnsiTheme="majorHAnsi" w:cstheme="majorHAnsi"/>
          <w:lang w:val="nb-NO"/>
        </w:rPr>
      </w:pPr>
      <w:proofErr w:type="spellStart"/>
      <w:r w:rsidRPr="0094023C">
        <w:rPr>
          <w:rFonts w:asciiTheme="majorHAnsi" w:hAnsiTheme="majorHAnsi" w:cstheme="majorHAnsi"/>
          <w:lang w:val="nb-NO"/>
        </w:rPr>
        <w:t>Oonkhon</w:t>
      </w:r>
      <w:proofErr w:type="spellEnd"/>
      <w:r w:rsidRPr="0094023C">
        <w:rPr>
          <w:rFonts w:asciiTheme="majorHAnsi" w:hAnsiTheme="majorHAnsi" w:cstheme="majorHAnsi"/>
          <w:lang w:val="nb-NO"/>
        </w:rPr>
        <w:t xml:space="preserve"> se </w:t>
      </w:r>
      <w:proofErr w:type="spellStart"/>
      <w:r w:rsidRPr="0094023C">
        <w:rPr>
          <w:rFonts w:asciiTheme="majorHAnsi" w:hAnsiTheme="majorHAnsi" w:cstheme="majorHAnsi"/>
          <w:lang w:val="nb-NO"/>
        </w:rPr>
        <w:t>käyrälohi</w:t>
      </w:r>
      <w:proofErr w:type="spellEnd"/>
      <w:r w:rsidRPr="0094023C">
        <w:rPr>
          <w:rFonts w:asciiTheme="majorHAnsi" w:hAnsiTheme="majorHAnsi" w:cstheme="majorHAnsi"/>
          <w:lang w:val="nb-NO"/>
        </w:rPr>
        <w:t xml:space="preserve"> </w:t>
      </w:r>
      <w:proofErr w:type="spellStart"/>
      <w:r w:rsidRPr="0094023C">
        <w:rPr>
          <w:rFonts w:asciiTheme="majorHAnsi" w:hAnsiTheme="majorHAnsi" w:cstheme="majorHAnsi"/>
          <w:lang w:val="nb-NO"/>
        </w:rPr>
        <w:t>tullu</w:t>
      </w:r>
      <w:proofErr w:type="spellEnd"/>
      <w:r w:rsidRPr="0094023C">
        <w:rPr>
          <w:rFonts w:asciiTheme="majorHAnsi" w:hAnsiTheme="majorHAnsi" w:cstheme="majorHAnsi"/>
          <w:lang w:val="nb-NO"/>
        </w:rPr>
        <w:t xml:space="preserve"> jo </w:t>
      </w:r>
      <w:proofErr w:type="spellStart"/>
      <w:r w:rsidRPr="0094023C">
        <w:rPr>
          <w:rFonts w:asciiTheme="majorHAnsi" w:hAnsiTheme="majorHAnsi" w:cstheme="majorHAnsi"/>
          <w:lang w:val="nb-NO"/>
        </w:rPr>
        <w:t>jokheen</w:t>
      </w:r>
      <w:proofErr w:type="spellEnd"/>
      <w:r w:rsidRPr="0094023C">
        <w:rPr>
          <w:rFonts w:asciiTheme="majorHAnsi" w:hAnsiTheme="majorHAnsi" w:cstheme="majorHAnsi"/>
          <w:lang w:val="nb-NO"/>
        </w:rPr>
        <w:t xml:space="preserve">? </w:t>
      </w:r>
    </w:p>
    <w:p w14:paraId="5EC32A29" w14:textId="43B9D5AC" w:rsidR="00B87D21" w:rsidRPr="00F96788" w:rsidRDefault="00000000" w:rsidP="00F96788">
      <w:pPr>
        <w:spacing w:after="0"/>
        <w:rPr>
          <w:rFonts w:asciiTheme="majorHAnsi" w:hAnsiTheme="majorHAnsi" w:cstheme="majorHAnsi"/>
          <w:lang w:val="nb-NO"/>
        </w:rPr>
      </w:pPr>
      <w:r w:rsidRPr="00F96788">
        <w:rPr>
          <w:rFonts w:asciiTheme="majorHAnsi" w:hAnsiTheme="majorHAnsi" w:cstheme="majorHAnsi"/>
          <w:i/>
          <w:lang w:val="nb-NO"/>
        </w:rPr>
        <w:t>Kan pukkellaksen ha invadert elva allerede?</w:t>
      </w:r>
    </w:p>
    <w:p w14:paraId="00353EF1" w14:textId="77777777" w:rsidR="00B87D21" w:rsidRPr="00F96788" w:rsidRDefault="00B87D21" w:rsidP="00F96788">
      <w:pPr>
        <w:spacing w:after="0"/>
        <w:rPr>
          <w:rFonts w:asciiTheme="majorHAnsi" w:hAnsiTheme="majorHAnsi" w:cstheme="majorHAnsi"/>
          <w:lang w:val="nb-NO"/>
        </w:rPr>
      </w:pPr>
    </w:p>
    <w:p w14:paraId="15BC4113" w14:textId="1F8C3F99" w:rsidR="00B87D21" w:rsidRPr="00F96788" w:rsidRDefault="00550739" w:rsidP="00F96788">
      <w:pPr>
        <w:spacing w:after="0"/>
        <w:rPr>
          <w:rFonts w:asciiTheme="majorHAnsi" w:hAnsiTheme="majorHAnsi" w:cstheme="majorHAnsi"/>
          <w:lang w:val="nb-NO"/>
        </w:rPr>
      </w:pPr>
      <w:r w:rsidRPr="00F96788">
        <w:rPr>
          <w:rFonts w:asciiTheme="majorHAnsi" w:hAnsiTheme="majorHAnsi" w:cstheme="majorHAnsi"/>
          <w:lang w:val="nb-NO"/>
        </w:rPr>
        <w:t>NILS:</w:t>
      </w:r>
    </w:p>
    <w:p w14:paraId="6FA688C2" w14:textId="77777777" w:rsidR="0094023C" w:rsidRDefault="0094023C" w:rsidP="00F96788">
      <w:pPr>
        <w:spacing w:after="0"/>
        <w:rPr>
          <w:rFonts w:asciiTheme="majorHAnsi" w:hAnsiTheme="majorHAnsi" w:cstheme="majorHAnsi"/>
          <w:lang w:val="nb-NO"/>
        </w:rPr>
      </w:pPr>
      <w:r w:rsidRPr="0094023C">
        <w:rPr>
          <w:rFonts w:asciiTheme="majorHAnsi" w:hAnsiTheme="majorHAnsi" w:cstheme="majorHAnsi"/>
          <w:lang w:val="nb-NO"/>
        </w:rPr>
        <w:t xml:space="preserve">En </w:t>
      </w:r>
      <w:proofErr w:type="spellStart"/>
      <w:r w:rsidRPr="0094023C">
        <w:rPr>
          <w:rFonts w:asciiTheme="majorHAnsi" w:hAnsiTheme="majorHAnsi" w:cstheme="majorHAnsi"/>
          <w:lang w:val="nb-NO"/>
        </w:rPr>
        <w:t>mie</w:t>
      </w:r>
      <w:proofErr w:type="spellEnd"/>
      <w:r w:rsidRPr="0094023C">
        <w:rPr>
          <w:rFonts w:asciiTheme="majorHAnsi" w:hAnsiTheme="majorHAnsi" w:cstheme="majorHAnsi"/>
          <w:lang w:val="nb-NO"/>
        </w:rPr>
        <w:t xml:space="preserve"> </w:t>
      </w:r>
      <w:proofErr w:type="spellStart"/>
      <w:r w:rsidRPr="0094023C">
        <w:rPr>
          <w:rFonts w:asciiTheme="majorHAnsi" w:hAnsiTheme="majorHAnsi" w:cstheme="majorHAnsi"/>
          <w:lang w:val="nb-NO"/>
        </w:rPr>
        <w:t>tieđä</w:t>
      </w:r>
      <w:proofErr w:type="spellEnd"/>
      <w:r w:rsidRPr="0094023C">
        <w:rPr>
          <w:rFonts w:asciiTheme="majorHAnsi" w:hAnsiTheme="majorHAnsi" w:cstheme="majorHAnsi"/>
          <w:lang w:val="nb-NO"/>
        </w:rPr>
        <w:t xml:space="preserve">. </w:t>
      </w:r>
    </w:p>
    <w:p w14:paraId="4D96E8C6" w14:textId="75699C85" w:rsidR="00B87D21" w:rsidRPr="00F96788" w:rsidRDefault="00000000" w:rsidP="00F96788">
      <w:pPr>
        <w:spacing w:after="0"/>
        <w:rPr>
          <w:rFonts w:asciiTheme="majorHAnsi" w:hAnsiTheme="majorHAnsi" w:cstheme="majorHAnsi"/>
          <w:lang w:val="nb-NO"/>
        </w:rPr>
      </w:pPr>
      <w:r w:rsidRPr="00F96788">
        <w:rPr>
          <w:rFonts w:asciiTheme="majorHAnsi" w:hAnsiTheme="majorHAnsi" w:cstheme="majorHAnsi"/>
          <w:i/>
          <w:lang w:val="nb-NO"/>
        </w:rPr>
        <w:t>Jeg vet ikke.</w:t>
      </w:r>
    </w:p>
    <w:p w14:paraId="342802AE" w14:textId="77777777" w:rsidR="0094023C" w:rsidRDefault="0094023C" w:rsidP="00F96788">
      <w:pPr>
        <w:spacing w:after="0"/>
        <w:rPr>
          <w:rFonts w:asciiTheme="majorHAnsi" w:hAnsiTheme="majorHAnsi" w:cstheme="majorHAnsi"/>
          <w:lang w:val="nb-NO"/>
        </w:rPr>
      </w:pPr>
      <w:r w:rsidRPr="0094023C">
        <w:rPr>
          <w:rFonts w:asciiTheme="majorHAnsi" w:hAnsiTheme="majorHAnsi" w:cstheme="majorHAnsi"/>
          <w:lang w:val="nb-NO"/>
        </w:rPr>
        <w:t xml:space="preserve">Ei se </w:t>
      </w:r>
      <w:proofErr w:type="spellStart"/>
      <w:r w:rsidRPr="0094023C">
        <w:rPr>
          <w:rFonts w:asciiTheme="majorHAnsi" w:hAnsiTheme="majorHAnsi" w:cstheme="majorHAnsi"/>
          <w:lang w:val="nb-NO"/>
        </w:rPr>
        <w:t>oikkeestan</w:t>
      </w:r>
      <w:proofErr w:type="spellEnd"/>
      <w:r w:rsidRPr="0094023C">
        <w:rPr>
          <w:rFonts w:asciiTheme="majorHAnsi" w:hAnsiTheme="majorHAnsi" w:cstheme="majorHAnsi"/>
          <w:lang w:val="nb-NO"/>
        </w:rPr>
        <w:t xml:space="preserve"> </w:t>
      </w:r>
      <w:proofErr w:type="spellStart"/>
      <w:r w:rsidRPr="0094023C">
        <w:rPr>
          <w:rFonts w:asciiTheme="majorHAnsi" w:hAnsiTheme="majorHAnsi" w:cstheme="majorHAnsi"/>
          <w:lang w:val="nb-NO"/>
        </w:rPr>
        <w:t>näin</w:t>
      </w:r>
      <w:proofErr w:type="spellEnd"/>
      <w:r w:rsidRPr="0094023C">
        <w:rPr>
          <w:rFonts w:asciiTheme="majorHAnsi" w:hAnsiTheme="majorHAnsi" w:cstheme="majorHAnsi"/>
          <w:lang w:val="nb-NO"/>
        </w:rPr>
        <w:t xml:space="preserve"> </w:t>
      </w:r>
      <w:proofErr w:type="spellStart"/>
      <w:r w:rsidRPr="0094023C">
        <w:rPr>
          <w:rFonts w:asciiTheme="majorHAnsi" w:hAnsiTheme="majorHAnsi" w:cstheme="majorHAnsi"/>
          <w:lang w:val="nb-NO"/>
        </w:rPr>
        <w:t>varhain</w:t>
      </w:r>
      <w:proofErr w:type="spellEnd"/>
      <w:r w:rsidRPr="0094023C">
        <w:rPr>
          <w:rFonts w:asciiTheme="majorHAnsi" w:hAnsiTheme="majorHAnsi" w:cstheme="majorHAnsi"/>
          <w:lang w:val="nb-NO"/>
        </w:rPr>
        <w:t xml:space="preserve"> </w:t>
      </w:r>
      <w:proofErr w:type="spellStart"/>
      <w:r w:rsidRPr="0094023C">
        <w:rPr>
          <w:rFonts w:asciiTheme="majorHAnsi" w:hAnsiTheme="majorHAnsi" w:cstheme="majorHAnsi"/>
          <w:lang w:val="nb-NO"/>
        </w:rPr>
        <w:t>kesälä</w:t>
      </w:r>
      <w:proofErr w:type="spellEnd"/>
      <w:r w:rsidRPr="0094023C">
        <w:rPr>
          <w:rFonts w:asciiTheme="majorHAnsi" w:hAnsiTheme="majorHAnsi" w:cstheme="majorHAnsi"/>
          <w:lang w:val="nb-NO"/>
        </w:rPr>
        <w:t xml:space="preserve"> </w:t>
      </w:r>
      <w:proofErr w:type="spellStart"/>
      <w:r w:rsidRPr="0094023C">
        <w:rPr>
          <w:rFonts w:asciiTheme="majorHAnsi" w:hAnsiTheme="majorHAnsi" w:cstheme="majorHAnsi"/>
          <w:lang w:val="nb-NO"/>
        </w:rPr>
        <w:t>pitäis</w:t>
      </w:r>
      <w:proofErr w:type="spellEnd"/>
      <w:r w:rsidRPr="0094023C">
        <w:rPr>
          <w:rFonts w:asciiTheme="majorHAnsi" w:hAnsiTheme="majorHAnsi" w:cstheme="majorHAnsi"/>
          <w:lang w:val="nb-NO"/>
        </w:rPr>
        <w:t xml:space="preserve"> tulla. </w:t>
      </w:r>
    </w:p>
    <w:p w14:paraId="18E8FFEF" w14:textId="0BFAEB78" w:rsidR="00B87D21" w:rsidRPr="00F96788" w:rsidRDefault="00000000" w:rsidP="00F96788">
      <w:pPr>
        <w:spacing w:after="0"/>
        <w:rPr>
          <w:rFonts w:asciiTheme="majorHAnsi" w:hAnsiTheme="majorHAnsi" w:cstheme="majorHAnsi"/>
          <w:lang w:val="nb-NO"/>
        </w:rPr>
      </w:pPr>
      <w:r w:rsidRPr="00F96788">
        <w:rPr>
          <w:rFonts w:asciiTheme="majorHAnsi" w:hAnsiTheme="majorHAnsi" w:cstheme="majorHAnsi"/>
          <w:i/>
          <w:lang w:val="nb-NO"/>
        </w:rPr>
        <w:t>Det er egentlig for tidlig på sommeren for det.</w:t>
      </w:r>
    </w:p>
    <w:p w14:paraId="3DAF3A08" w14:textId="77777777" w:rsidR="00B87D21" w:rsidRPr="00F96788" w:rsidRDefault="00B87D21" w:rsidP="00F96788">
      <w:pPr>
        <w:spacing w:after="0"/>
        <w:rPr>
          <w:rFonts w:asciiTheme="majorHAnsi" w:hAnsiTheme="majorHAnsi" w:cstheme="majorHAnsi"/>
          <w:lang w:val="nb-NO"/>
        </w:rPr>
      </w:pPr>
    </w:p>
    <w:p w14:paraId="06522651" w14:textId="0396363A" w:rsidR="00B87D21" w:rsidRPr="00F96788" w:rsidRDefault="00550739" w:rsidP="00F96788">
      <w:pPr>
        <w:spacing w:after="0"/>
        <w:rPr>
          <w:rFonts w:asciiTheme="majorHAnsi" w:hAnsiTheme="majorHAnsi" w:cstheme="majorHAnsi"/>
          <w:lang w:val="nb-NO"/>
        </w:rPr>
      </w:pPr>
      <w:r w:rsidRPr="00F96788">
        <w:rPr>
          <w:rFonts w:asciiTheme="majorHAnsi" w:hAnsiTheme="majorHAnsi" w:cstheme="majorHAnsi"/>
          <w:lang w:val="nb-NO"/>
        </w:rPr>
        <w:t>KAISA:</w:t>
      </w:r>
    </w:p>
    <w:p w14:paraId="03AEFA37" w14:textId="77777777" w:rsidR="0094023C" w:rsidRDefault="0094023C" w:rsidP="00F96788">
      <w:pPr>
        <w:spacing w:after="0"/>
        <w:rPr>
          <w:rFonts w:asciiTheme="majorHAnsi" w:hAnsiTheme="majorHAnsi" w:cstheme="majorHAnsi"/>
          <w:lang w:val="nb-NO"/>
        </w:rPr>
      </w:pPr>
      <w:proofErr w:type="spellStart"/>
      <w:r w:rsidRPr="0094023C">
        <w:rPr>
          <w:rFonts w:asciiTheme="majorHAnsi" w:hAnsiTheme="majorHAnsi" w:cstheme="majorHAnsi"/>
          <w:lang w:val="nb-NO"/>
        </w:rPr>
        <w:t>Mikä</w:t>
      </w:r>
      <w:proofErr w:type="spellEnd"/>
      <w:r w:rsidRPr="0094023C">
        <w:rPr>
          <w:rFonts w:asciiTheme="majorHAnsi" w:hAnsiTheme="majorHAnsi" w:cstheme="majorHAnsi"/>
          <w:lang w:val="nb-NO"/>
        </w:rPr>
        <w:t xml:space="preserve"> se </w:t>
      </w:r>
      <w:proofErr w:type="spellStart"/>
      <w:r w:rsidRPr="0094023C">
        <w:rPr>
          <w:rFonts w:asciiTheme="majorHAnsi" w:hAnsiTheme="majorHAnsi" w:cstheme="majorHAnsi"/>
          <w:lang w:val="nb-NO"/>
        </w:rPr>
        <w:t>käyrälohi</w:t>
      </w:r>
      <w:proofErr w:type="spellEnd"/>
      <w:r w:rsidRPr="0094023C">
        <w:rPr>
          <w:rFonts w:asciiTheme="majorHAnsi" w:hAnsiTheme="majorHAnsi" w:cstheme="majorHAnsi"/>
          <w:lang w:val="nb-NO"/>
        </w:rPr>
        <w:t xml:space="preserve"> </w:t>
      </w:r>
      <w:proofErr w:type="spellStart"/>
      <w:r w:rsidRPr="0094023C">
        <w:rPr>
          <w:rFonts w:asciiTheme="majorHAnsi" w:hAnsiTheme="majorHAnsi" w:cstheme="majorHAnsi"/>
          <w:lang w:val="nb-NO"/>
        </w:rPr>
        <w:t>oon</w:t>
      </w:r>
      <w:proofErr w:type="spellEnd"/>
      <w:r w:rsidRPr="0094023C">
        <w:rPr>
          <w:rFonts w:asciiTheme="majorHAnsi" w:hAnsiTheme="majorHAnsi" w:cstheme="majorHAnsi"/>
          <w:lang w:val="nb-NO"/>
        </w:rPr>
        <w:t xml:space="preserve">? </w:t>
      </w:r>
    </w:p>
    <w:p w14:paraId="1A4A7ACC" w14:textId="48E13B5B" w:rsidR="00B87D21" w:rsidRPr="00F96788" w:rsidRDefault="00000000" w:rsidP="00F96788">
      <w:pPr>
        <w:spacing w:after="0"/>
        <w:rPr>
          <w:rFonts w:asciiTheme="majorHAnsi" w:hAnsiTheme="majorHAnsi" w:cstheme="majorHAnsi"/>
          <w:lang w:val="nb-NO"/>
        </w:rPr>
      </w:pPr>
      <w:r w:rsidRPr="00F96788">
        <w:rPr>
          <w:rFonts w:asciiTheme="majorHAnsi" w:hAnsiTheme="majorHAnsi" w:cstheme="majorHAnsi"/>
          <w:i/>
          <w:lang w:val="nb-NO"/>
        </w:rPr>
        <w:t>Hva er pukkellaks?</w:t>
      </w:r>
    </w:p>
    <w:p w14:paraId="3655B1D0" w14:textId="77777777" w:rsidR="00B87D21" w:rsidRPr="00F96788" w:rsidRDefault="00B87D21" w:rsidP="00F96788">
      <w:pPr>
        <w:spacing w:after="0"/>
        <w:rPr>
          <w:rFonts w:asciiTheme="majorHAnsi" w:hAnsiTheme="majorHAnsi" w:cstheme="majorHAnsi"/>
          <w:lang w:val="nb-NO"/>
        </w:rPr>
      </w:pPr>
    </w:p>
    <w:p w14:paraId="109339E7" w14:textId="33D9BD72" w:rsidR="00B87D21" w:rsidRPr="00F96788" w:rsidRDefault="00550739" w:rsidP="00F96788">
      <w:pPr>
        <w:spacing w:after="0"/>
        <w:rPr>
          <w:rFonts w:asciiTheme="majorHAnsi" w:hAnsiTheme="majorHAnsi" w:cstheme="majorHAnsi"/>
          <w:lang w:val="nb-NO"/>
        </w:rPr>
      </w:pPr>
      <w:proofErr w:type="spellStart"/>
      <w:r w:rsidRPr="00F96788">
        <w:rPr>
          <w:rFonts w:asciiTheme="majorHAnsi" w:hAnsiTheme="majorHAnsi" w:cstheme="majorHAnsi"/>
          <w:lang w:val="nb-NO"/>
        </w:rPr>
        <w:t>EEVA</w:t>
      </w:r>
      <w:proofErr w:type="spellEnd"/>
      <w:r w:rsidRPr="00F96788">
        <w:rPr>
          <w:rFonts w:asciiTheme="majorHAnsi" w:hAnsiTheme="majorHAnsi" w:cstheme="majorHAnsi"/>
          <w:lang w:val="nb-NO"/>
        </w:rPr>
        <w:t>:</w:t>
      </w:r>
    </w:p>
    <w:p w14:paraId="2D19EDEB" w14:textId="77777777" w:rsidR="0094023C" w:rsidRDefault="0094023C" w:rsidP="00F96788">
      <w:pPr>
        <w:spacing w:after="0"/>
        <w:rPr>
          <w:rFonts w:asciiTheme="majorHAnsi" w:hAnsiTheme="majorHAnsi" w:cstheme="majorHAnsi"/>
          <w:lang w:val="nb-NO"/>
        </w:rPr>
      </w:pPr>
      <w:r w:rsidRPr="0094023C">
        <w:rPr>
          <w:rFonts w:asciiTheme="majorHAnsi" w:hAnsiTheme="majorHAnsi" w:cstheme="majorHAnsi"/>
          <w:lang w:val="nb-NO"/>
        </w:rPr>
        <w:t xml:space="preserve">Sama </w:t>
      </w:r>
      <w:proofErr w:type="spellStart"/>
      <w:r w:rsidRPr="0094023C">
        <w:rPr>
          <w:rFonts w:asciiTheme="majorHAnsi" w:hAnsiTheme="majorHAnsi" w:cstheme="majorHAnsi"/>
          <w:lang w:val="nb-NO"/>
        </w:rPr>
        <w:t>ko</w:t>
      </w:r>
      <w:proofErr w:type="spellEnd"/>
      <w:r w:rsidRPr="0094023C">
        <w:rPr>
          <w:rFonts w:asciiTheme="majorHAnsi" w:hAnsiTheme="majorHAnsi" w:cstheme="majorHAnsi"/>
          <w:lang w:val="nb-NO"/>
        </w:rPr>
        <w:t xml:space="preserve"> </w:t>
      </w:r>
      <w:proofErr w:type="spellStart"/>
      <w:r w:rsidRPr="0094023C">
        <w:rPr>
          <w:rFonts w:asciiTheme="majorHAnsi" w:hAnsiTheme="majorHAnsi" w:cstheme="majorHAnsi"/>
          <w:lang w:val="nb-NO"/>
        </w:rPr>
        <w:t>ryssänlohi</w:t>
      </w:r>
      <w:proofErr w:type="spellEnd"/>
      <w:r w:rsidRPr="0094023C">
        <w:rPr>
          <w:rFonts w:asciiTheme="majorHAnsi" w:hAnsiTheme="majorHAnsi" w:cstheme="majorHAnsi"/>
          <w:lang w:val="nb-NO"/>
        </w:rPr>
        <w:t>.</w:t>
      </w:r>
    </w:p>
    <w:p w14:paraId="3F3E0880" w14:textId="4E8A5CE0" w:rsidR="00B87D21" w:rsidRPr="00F96788" w:rsidRDefault="00000000" w:rsidP="00F96788">
      <w:pPr>
        <w:spacing w:after="0"/>
        <w:rPr>
          <w:rFonts w:asciiTheme="majorHAnsi" w:hAnsiTheme="majorHAnsi" w:cstheme="majorHAnsi"/>
          <w:lang w:val="nb-NO"/>
        </w:rPr>
      </w:pPr>
      <w:r w:rsidRPr="00F96788">
        <w:rPr>
          <w:rFonts w:asciiTheme="majorHAnsi" w:hAnsiTheme="majorHAnsi" w:cstheme="majorHAnsi"/>
          <w:i/>
          <w:lang w:val="nb-NO"/>
        </w:rPr>
        <w:t>Samme som russerlaks.</w:t>
      </w:r>
    </w:p>
    <w:p w14:paraId="5E08DE8F" w14:textId="77777777" w:rsidR="0094023C" w:rsidRDefault="0094023C" w:rsidP="00F96788">
      <w:pPr>
        <w:spacing w:after="0"/>
        <w:rPr>
          <w:rFonts w:asciiTheme="majorHAnsi" w:hAnsiTheme="majorHAnsi" w:cstheme="majorHAnsi"/>
          <w:lang w:val="nb-NO"/>
        </w:rPr>
      </w:pPr>
      <w:proofErr w:type="spellStart"/>
      <w:r w:rsidRPr="0094023C">
        <w:rPr>
          <w:rFonts w:asciiTheme="majorHAnsi" w:hAnsiTheme="majorHAnsi" w:cstheme="majorHAnsi"/>
          <w:lang w:val="nb-NO"/>
        </w:rPr>
        <w:t>Saattaisko</w:t>
      </w:r>
      <w:proofErr w:type="spellEnd"/>
      <w:r w:rsidRPr="0094023C">
        <w:rPr>
          <w:rFonts w:asciiTheme="majorHAnsi" w:hAnsiTheme="majorHAnsi" w:cstheme="majorHAnsi"/>
          <w:lang w:val="nb-NO"/>
        </w:rPr>
        <w:t xml:space="preserve"> se olla </w:t>
      </w:r>
      <w:proofErr w:type="spellStart"/>
      <w:r w:rsidRPr="0094023C">
        <w:rPr>
          <w:rFonts w:asciiTheme="majorHAnsi" w:hAnsiTheme="majorHAnsi" w:cstheme="majorHAnsi"/>
          <w:lang w:val="nb-NO"/>
        </w:rPr>
        <w:t>lohentäi</w:t>
      </w:r>
      <w:proofErr w:type="spellEnd"/>
      <w:r w:rsidRPr="0094023C">
        <w:rPr>
          <w:rFonts w:asciiTheme="majorHAnsi" w:hAnsiTheme="majorHAnsi" w:cstheme="majorHAnsi"/>
          <w:lang w:val="nb-NO"/>
        </w:rPr>
        <w:t xml:space="preserve">? </w:t>
      </w:r>
    </w:p>
    <w:p w14:paraId="2FC3F234" w14:textId="2CAF597D" w:rsidR="00B87D21" w:rsidRPr="00F96788" w:rsidRDefault="00000000" w:rsidP="00F96788">
      <w:pPr>
        <w:spacing w:after="0"/>
        <w:rPr>
          <w:rFonts w:asciiTheme="majorHAnsi" w:hAnsiTheme="majorHAnsi" w:cstheme="majorHAnsi"/>
          <w:lang w:val="nb-NO"/>
        </w:rPr>
      </w:pPr>
      <w:r w:rsidRPr="00F96788">
        <w:rPr>
          <w:rFonts w:asciiTheme="majorHAnsi" w:hAnsiTheme="majorHAnsi" w:cstheme="majorHAnsi"/>
          <w:i/>
          <w:lang w:val="nb-NO"/>
        </w:rPr>
        <w:t>Kan det være lakselusa?</w:t>
      </w:r>
    </w:p>
    <w:p w14:paraId="0B2F85BE" w14:textId="77777777" w:rsidR="00B87D21" w:rsidRPr="00F96788" w:rsidRDefault="00B87D21" w:rsidP="00F96788">
      <w:pPr>
        <w:spacing w:after="0"/>
        <w:rPr>
          <w:rFonts w:asciiTheme="majorHAnsi" w:hAnsiTheme="majorHAnsi" w:cstheme="majorHAnsi"/>
          <w:lang w:val="nb-NO"/>
        </w:rPr>
      </w:pPr>
    </w:p>
    <w:p w14:paraId="392A7D20" w14:textId="37638DAE" w:rsidR="00B87D21" w:rsidRPr="00F96788" w:rsidRDefault="00550739" w:rsidP="00F96788">
      <w:pPr>
        <w:spacing w:after="0"/>
        <w:rPr>
          <w:rFonts w:asciiTheme="majorHAnsi" w:hAnsiTheme="majorHAnsi" w:cstheme="majorHAnsi"/>
          <w:lang w:val="nb-NO"/>
        </w:rPr>
      </w:pPr>
      <w:r w:rsidRPr="00F96788">
        <w:rPr>
          <w:rFonts w:asciiTheme="majorHAnsi" w:hAnsiTheme="majorHAnsi" w:cstheme="majorHAnsi"/>
          <w:lang w:val="nb-NO"/>
        </w:rPr>
        <w:t>NILS:</w:t>
      </w:r>
    </w:p>
    <w:p w14:paraId="575EC213" w14:textId="77777777" w:rsidR="0094023C" w:rsidRDefault="0094023C" w:rsidP="00F96788">
      <w:pPr>
        <w:spacing w:after="0"/>
        <w:rPr>
          <w:rFonts w:asciiTheme="majorHAnsi" w:hAnsiTheme="majorHAnsi" w:cstheme="majorHAnsi"/>
          <w:lang w:val="nb-NO"/>
        </w:rPr>
      </w:pPr>
      <w:r w:rsidRPr="0094023C">
        <w:rPr>
          <w:rFonts w:asciiTheme="majorHAnsi" w:hAnsiTheme="majorHAnsi" w:cstheme="majorHAnsi"/>
          <w:lang w:val="nb-NO"/>
        </w:rPr>
        <w:t xml:space="preserve">Ei, ei makkeessa </w:t>
      </w:r>
      <w:proofErr w:type="spellStart"/>
      <w:r w:rsidRPr="0094023C">
        <w:rPr>
          <w:rFonts w:asciiTheme="majorHAnsi" w:hAnsiTheme="majorHAnsi" w:cstheme="majorHAnsi"/>
          <w:lang w:val="nb-NO"/>
        </w:rPr>
        <w:t>veđessä</w:t>
      </w:r>
      <w:proofErr w:type="spellEnd"/>
      <w:r w:rsidRPr="0094023C">
        <w:rPr>
          <w:rFonts w:asciiTheme="majorHAnsi" w:hAnsiTheme="majorHAnsi" w:cstheme="majorHAnsi"/>
          <w:lang w:val="nb-NO"/>
        </w:rPr>
        <w:t xml:space="preserve">. </w:t>
      </w:r>
    </w:p>
    <w:p w14:paraId="06101E17" w14:textId="0A5E1BD7" w:rsidR="00B87D21" w:rsidRPr="00F96788" w:rsidRDefault="00000000" w:rsidP="00F96788">
      <w:pPr>
        <w:spacing w:after="0"/>
        <w:rPr>
          <w:rFonts w:asciiTheme="majorHAnsi" w:hAnsiTheme="majorHAnsi" w:cstheme="majorHAnsi"/>
          <w:lang w:val="nb-NO"/>
        </w:rPr>
      </w:pPr>
      <w:r w:rsidRPr="00F96788">
        <w:rPr>
          <w:rFonts w:asciiTheme="majorHAnsi" w:hAnsiTheme="majorHAnsi" w:cstheme="majorHAnsi"/>
          <w:i/>
          <w:lang w:val="nb-NO"/>
        </w:rPr>
        <w:t>Nei, ikke i ferskvann.</w:t>
      </w:r>
    </w:p>
    <w:p w14:paraId="39200591" w14:textId="77777777" w:rsidR="0094023C" w:rsidRDefault="0094023C" w:rsidP="00F96788">
      <w:pPr>
        <w:spacing w:after="0"/>
        <w:rPr>
          <w:rFonts w:asciiTheme="majorHAnsi" w:hAnsiTheme="majorHAnsi" w:cstheme="majorHAnsi"/>
          <w:lang w:val="nb-NO"/>
        </w:rPr>
      </w:pPr>
      <w:proofErr w:type="spellStart"/>
      <w:r w:rsidRPr="0094023C">
        <w:rPr>
          <w:rFonts w:asciiTheme="majorHAnsi" w:hAnsiTheme="majorHAnsi" w:cstheme="majorHAnsi"/>
          <w:lang w:val="nb-NO"/>
        </w:rPr>
        <w:t>Ođotamma</w:t>
      </w:r>
      <w:proofErr w:type="spellEnd"/>
      <w:r w:rsidRPr="0094023C">
        <w:rPr>
          <w:rFonts w:asciiTheme="majorHAnsi" w:hAnsiTheme="majorHAnsi" w:cstheme="majorHAnsi"/>
          <w:lang w:val="nb-NO"/>
        </w:rPr>
        <w:t xml:space="preserve"> nyt </w:t>
      </w:r>
      <w:proofErr w:type="spellStart"/>
      <w:r w:rsidRPr="0094023C">
        <w:rPr>
          <w:rFonts w:asciiTheme="majorHAnsi" w:hAnsiTheme="majorHAnsi" w:cstheme="majorHAnsi"/>
          <w:lang w:val="nb-NO"/>
        </w:rPr>
        <w:t>vastauksii</w:t>
      </w:r>
      <w:proofErr w:type="spellEnd"/>
      <w:r w:rsidRPr="0094023C">
        <w:rPr>
          <w:rFonts w:asciiTheme="majorHAnsi" w:hAnsiTheme="majorHAnsi" w:cstheme="majorHAnsi"/>
          <w:lang w:val="nb-NO"/>
        </w:rPr>
        <w:t xml:space="preserve"> </w:t>
      </w:r>
      <w:proofErr w:type="spellStart"/>
      <w:r w:rsidRPr="0094023C">
        <w:rPr>
          <w:rFonts w:asciiTheme="majorHAnsi" w:hAnsiTheme="majorHAnsi" w:cstheme="majorHAnsi"/>
          <w:lang w:val="nb-NO"/>
        </w:rPr>
        <w:t>niistä</w:t>
      </w:r>
      <w:proofErr w:type="spellEnd"/>
      <w:r w:rsidRPr="0094023C">
        <w:rPr>
          <w:rFonts w:asciiTheme="majorHAnsi" w:hAnsiTheme="majorHAnsi" w:cstheme="majorHAnsi"/>
          <w:lang w:val="nb-NO"/>
        </w:rPr>
        <w:t xml:space="preserve"> </w:t>
      </w:r>
      <w:proofErr w:type="spellStart"/>
      <w:r w:rsidRPr="0094023C">
        <w:rPr>
          <w:rFonts w:asciiTheme="majorHAnsi" w:hAnsiTheme="majorHAnsi" w:cstheme="majorHAnsi"/>
          <w:lang w:val="nb-NO"/>
        </w:rPr>
        <w:t>prööviistä</w:t>
      </w:r>
      <w:proofErr w:type="spellEnd"/>
      <w:r w:rsidRPr="0094023C">
        <w:rPr>
          <w:rFonts w:asciiTheme="majorHAnsi" w:hAnsiTheme="majorHAnsi" w:cstheme="majorHAnsi"/>
          <w:lang w:val="nb-NO"/>
        </w:rPr>
        <w:t>.</w:t>
      </w:r>
    </w:p>
    <w:p w14:paraId="130988FA" w14:textId="392AC6F9" w:rsidR="00B87D21" w:rsidRPr="00F96788" w:rsidRDefault="00000000" w:rsidP="00F96788">
      <w:pPr>
        <w:spacing w:after="0"/>
        <w:rPr>
          <w:rFonts w:asciiTheme="majorHAnsi" w:hAnsiTheme="majorHAnsi" w:cstheme="majorHAnsi"/>
          <w:lang w:val="nb-NO"/>
        </w:rPr>
      </w:pPr>
      <w:r w:rsidRPr="00F96788">
        <w:rPr>
          <w:rFonts w:asciiTheme="majorHAnsi" w:hAnsiTheme="majorHAnsi" w:cstheme="majorHAnsi"/>
          <w:i/>
          <w:lang w:val="nb-NO"/>
        </w:rPr>
        <w:t>Vi venter på svar på prøvene.</w:t>
      </w:r>
    </w:p>
    <w:p w14:paraId="4330CEA1" w14:textId="77777777" w:rsidR="00550739" w:rsidRPr="00F96788" w:rsidRDefault="00550739" w:rsidP="00F96788">
      <w:pPr>
        <w:spacing w:after="0"/>
        <w:rPr>
          <w:rFonts w:asciiTheme="majorHAnsi" w:hAnsiTheme="majorHAnsi" w:cstheme="majorHAnsi"/>
          <w:lang w:val="nb-NO"/>
        </w:rPr>
      </w:pPr>
    </w:p>
    <w:p w14:paraId="102F3A42" w14:textId="621409F7" w:rsidR="00B87D21" w:rsidRPr="00F96788" w:rsidRDefault="00550739" w:rsidP="00F96788">
      <w:pPr>
        <w:spacing w:after="0"/>
        <w:rPr>
          <w:rFonts w:asciiTheme="majorHAnsi" w:hAnsiTheme="majorHAnsi" w:cstheme="majorHAnsi"/>
          <w:lang w:val="nb-NO"/>
        </w:rPr>
      </w:pPr>
      <w:r w:rsidRPr="00F96788">
        <w:rPr>
          <w:rFonts w:asciiTheme="majorHAnsi" w:hAnsiTheme="majorHAnsi" w:cstheme="majorHAnsi"/>
          <w:lang w:val="nb-NO"/>
        </w:rPr>
        <w:t>LÆRER:</w:t>
      </w:r>
    </w:p>
    <w:p w14:paraId="010CFC2C" w14:textId="77777777" w:rsidR="0094023C" w:rsidRDefault="0094023C" w:rsidP="00F96788">
      <w:pPr>
        <w:spacing w:after="0"/>
        <w:rPr>
          <w:rFonts w:asciiTheme="majorHAnsi" w:hAnsiTheme="majorHAnsi" w:cstheme="majorHAnsi"/>
          <w:lang w:val="nb-NO"/>
        </w:rPr>
      </w:pPr>
      <w:r w:rsidRPr="0094023C">
        <w:rPr>
          <w:rFonts w:asciiTheme="majorHAnsi" w:hAnsiTheme="majorHAnsi" w:cstheme="majorHAnsi"/>
          <w:lang w:val="nb-NO"/>
        </w:rPr>
        <w:t xml:space="preserve">Hei, </w:t>
      </w:r>
      <w:proofErr w:type="spellStart"/>
      <w:r w:rsidRPr="0094023C">
        <w:rPr>
          <w:rFonts w:asciiTheme="majorHAnsi" w:hAnsiTheme="majorHAnsi" w:cstheme="majorHAnsi"/>
          <w:lang w:val="nb-NO"/>
        </w:rPr>
        <w:t>oppilas</w:t>
      </w:r>
      <w:proofErr w:type="spellEnd"/>
      <w:r w:rsidRPr="0094023C">
        <w:rPr>
          <w:rFonts w:asciiTheme="majorHAnsi" w:hAnsiTheme="majorHAnsi" w:cstheme="majorHAnsi"/>
          <w:lang w:val="nb-NO"/>
        </w:rPr>
        <w:t>.</w:t>
      </w:r>
    </w:p>
    <w:p w14:paraId="26F9A96D" w14:textId="3E2A8A6B" w:rsidR="00B87D21" w:rsidRPr="00F96788" w:rsidRDefault="00000000" w:rsidP="00F96788">
      <w:pPr>
        <w:spacing w:after="0"/>
        <w:rPr>
          <w:rFonts w:asciiTheme="majorHAnsi" w:hAnsiTheme="majorHAnsi" w:cstheme="majorHAnsi"/>
          <w:lang w:val="nb-NO"/>
        </w:rPr>
      </w:pPr>
      <w:r w:rsidRPr="00F96788">
        <w:rPr>
          <w:rFonts w:asciiTheme="majorHAnsi" w:hAnsiTheme="majorHAnsi" w:cstheme="majorHAnsi"/>
          <w:i/>
          <w:lang w:val="nb-NO"/>
        </w:rPr>
        <w:t>Hei, elever.</w:t>
      </w:r>
    </w:p>
    <w:p w14:paraId="7A1E7795" w14:textId="77777777" w:rsidR="0094023C" w:rsidRDefault="0094023C" w:rsidP="00F96788">
      <w:pPr>
        <w:spacing w:after="0"/>
        <w:rPr>
          <w:rFonts w:asciiTheme="majorHAnsi" w:hAnsiTheme="majorHAnsi" w:cstheme="majorHAnsi"/>
          <w:lang w:val="nb-NO"/>
        </w:rPr>
      </w:pPr>
      <w:r w:rsidRPr="0094023C">
        <w:rPr>
          <w:rFonts w:asciiTheme="majorHAnsi" w:hAnsiTheme="majorHAnsi" w:cstheme="majorHAnsi"/>
          <w:lang w:val="nb-NO"/>
        </w:rPr>
        <w:t xml:space="preserve">Okay </w:t>
      </w:r>
      <w:proofErr w:type="spellStart"/>
      <w:r w:rsidRPr="0094023C">
        <w:rPr>
          <w:rFonts w:asciiTheme="majorHAnsi" w:hAnsiTheme="majorHAnsi" w:cstheme="majorHAnsi"/>
          <w:lang w:val="nb-NO"/>
        </w:rPr>
        <w:t>selvä</w:t>
      </w:r>
      <w:proofErr w:type="spellEnd"/>
      <w:r w:rsidRPr="0094023C">
        <w:rPr>
          <w:rFonts w:asciiTheme="majorHAnsi" w:hAnsiTheme="majorHAnsi" w:cstheme="majorHAnsi"/>
          <w:lang w:val="nb-NO"/>
        </w:rPr>
        <w:t xml:space="preserve">, nyt </w:t>
      </w:r>
      <w:proofErr w:type="spellStart"/>
      <w:r w:rsidRPr="0094023C">
        <w:rPr>
          <w:rFonts w:asciiTheme="majorHAnsi" w:hAnsiTheme="majorHAnsi" w:cstheme="majorHAnsi"/>
          <w:lang w:val="nb-NO"/>
        </w:rPr>
        <w:t>aloittamma</w:t>
      </w:r>
      <w:proofErr w:type="spellEnd"/>
      <w:r w:rsidRPr="0094023C">
        <w:rPr>
          <w:rFonts w:asciiTheme="majorHAnsi" w:hAnsiTheme="majorHAnsi" w:cstheme="majorHAnsi"/>
          <w:lang w:val="nb-NO"/>
        </w:rPr>
        <w:t>.</w:t>
      </w:r>
    </w:p>
    <w:p w14:paraId="2DE96F77" w14:textId="48B2456E" w:rsidR="00B87D21" w:rsidRPr="00F96788" w:rsidRDefault="00000000" w:rsidP="00F96788">
      <w:pPr>
        <w:spacing w:after="0"/>
        <w:rPr>
          <w:rFonts w:asciiTheme="majorHAnsi" w:hAnsiTheme="majorHAnsi" w:cstheme="majorHAnsi"/>
          <w:lang w:val="nb-NO"/>
        </w:rPr>
      </w:pPr>
      <w:r w:rsidRPr="00F96788">
        <w:rPr>
          <w:rFonts w:asciiTheme="majorHAnsi" w:hAnsiTheme="majorHAnsi" w:cstheme="majorHAnsi"/>
          <w:i/>
          <w:lang w:val="nb-NO"/>
        </w:rPr>
        <w:t>Ok, klart, nå begynner vi.</w:t>
      </w:r>
    </w:p>
    <w:p w14:paraId="2C1F65D1" w14:textId="77777777" w:rsidR="0094023C" w:rsidRDefault="0094023C" w:rsidP="00F96788">
      <w:pPr>
        <w:spacing w:after="0"/>
        <w:rPr>
          <w:rFonts w:asciiTheme="majorHAnsi" w:hAnsiTheme="majorHAnsi" w:cstheme="majorHAnsi"/>
          <w:lang w:val="nb-NO"/>
        </w:rPr>
      </w:pPr>
      <w:proofErr w:type="spellStart"/>
      <w:r w:rsidRPr="0094023C">
        <w:rPr>
          <w:rFonts w:asciiTheme="majorHAnsi" w:hAnsiTheme="majorHAnsi" w:cstheme="majorHAnsi"/>
          <w:lang w:val="nb-NO"/>
        </w:rPr>
        <w:t>Teilä</w:t>
      </w:r>
      <w:proofErr w:type="spellEnd"/>
      <w:r w:rsidRPr="0094023C">
        <w:rPr>
          <w:rFonts w:asciiTheme="majorHAnsi" w:hAnsiTheme="majorHAnsi" w:cstheme="majorHAnsi"/>
          <w:lang w:val="nb-NO"/>
        </w:rPr>
        <w:t xml:space="preserve"> </w:t>
      </w:r>
      <w:proofErr w:type="spellStart"/>
      <w:r w:rsidRPr="0094023C">
        <w:rPr>
          <w:rFonts w:asciiTheme="majorHAnsi" w:hAnsiTheme="majorHAnsi" w:cstheme="majorHAnsi"/>
          <w:lang w:val="nb-NO"/>
        </w:rPr>
        <w:t>oon</w:t>
      </w:r>
      <w:proofErr w:type="spellEnd"/>
      <w:r w:rsidRPr="0094023C">
        <w:rPr>
          <w:rFonts w:asciiTheme="majorHAnsi" w:hAnsiTheme="majorHAnsi" w:cstheme="majorHAnsi"/>
          <w:lang w:val="nb-NO"/>
        </w:rPr>
        <w:t xml:space="preserve"> </w:t>
      </w:r>
      <w:proofErr w:type="spellStart"/>
      <w:r w:rsidRPr="0094023C">
        <w:rPr>
          <w:rFonts w:asciiTheme="majorHAnsi" w:hAnsiTheme="majorHAnsi" w:cstheme="majorHAnsi"/>
          <w:lang w:val="nb-NO"/>
        </w:rPr>
        <w:t>meininkinnä</w:t>
      </w:r>
      <w:proofErr w:type="spellEnd"/>
      <w:r w:rsidRPr="0094023C">
        <w:rPr>
          <w:rFonts w:asciiTheme="majorHAnsi" w:hAnsiTheme="majorHAnsi" w:cstheme="majorHAnsi"/>
          <w:lang w:val="nb-NO"/>
        </w:rPr>
        <w:t xml:space="preserve"> </w:t>
      </w:r>
      <w:proofErr w:type="spellStart"/>
      <w:r w:rsidRPr="0094023C">
        <w:rPr>
          <w:rFonts w:asciiTheme="majorHAnsi" w:hAnsiTheme="majorHAnsi" w:cstheme="majorHAnsi"/>
          <w:lang w:val="nb-NO"/>
        </w:rPr>
        <w:t>laittaat</w:t>
      </w:r>
      <w:proofErr w:type="spellEnd"/>
      <w:r w:rsidRPr="0094023C">
        <w:rPr>
          <w:rFonts w:asciiTheme="majorHAnsi" w:hAnsiTheme="majorHAnsi" w:cstheme="majorHAnsi"/>
          <w:lang w:val="nb-NO"/>
        </w:rPr>
        <w:t xml:space="preserve"> </w:t>
      </w:r>
      <w:proofErr w:type="spellStart"/>
      <w:r w:rsidRPr="0094023C">
        <w:rPr>
          <w:rFonts w:asciiTheme="majorHAnsi" w:hAnsiTheme="majorHAnsi" w:cstheme="majorHAnsi"/>
          <w:lang w:val="nb-NO"/>
        </w:rPr>
        <w:t>anonsiseinän</w:t>
      </w:r>
      <w:proofErr w:type="spellEnd"/>
      <w:r w:rsidRPr="0094023C">
        <w:rPr>
          <w:rFonts w:asciiTheme="majorHAnsi" w:hAnsiTheme="majorHAnsi" w:cstheme="majorHAnsi"/>
          <w:lang w:val="nb-NO"/>
        </w:rPr>
        <w:t xml:space="preserve">. </w:t>
      </w:r>
    </w:p>
    <w:p w14:paraId="23560BF6" w14:textId="77164343" w:rsidR="00B87D21" w:rsidRPr="00F96788" w:rsidRDefault="00000000" w:rsidP="00F96788">
      <w:pPr>
        <w:spacing w:after="0"/>
        <w:rPr>
          <w:rFonts w:asciiTheme="majorHAnsi" w:hAnsiTheme="majorHAnsi" w:cstheme="majorHAnsi"/>
          <w:lang w:val="nb-NO"/>
        </w:rPr>
      </w:pPr>
      <w:r w:rsidRPr="00F96788">
        <w:rPr>
          <w:rFonts w:asciiTheme="majorHAnsi" w:hAnsiTheme="majorHAnsi" w:cstheme="majorHAnsi"/>
          <w:i/>
          <w:lang w:val="nb-NO"/>
        </w:rPr>
        <w:lastRenderedPageBreak/>
        <w:t>Dere skal lage en annonsevegg.</w:t>
      </w:r>
    </w:p>
    <w:p w14:paraId="5A63FBCA" w14:textId="77777777" w:rsidR="0094023C" w:rsidRDefault="0094023C" w:rsidP="00F96788">
      <w:pPr>
        <w:spacing w:after="0"/>
        <w:rPr>
          <w:rFonts w:asciiTheme="majorHAnsi" w:hAnsiTheme="majorHAnsi" w:cstheme="majorHAnsi"/>
          <w:lang w:val="nb-NO"/>
        </w:rPr>
      </w:pPr>
      <w:proofErr w:type="spellStart"/>
      <w:r w:rsidRPr="0094023C">
        <w:rPr>
          <w:rFonts w:asciiTheme="majorHAnsi" w:hAnsiTheme="majorHAnsi" w:cstheme="majorHAnsi"/>
          <w:lang w:val="nb-NO"/>
        </w:rPr>
        <w:t>Käyttäkkää</w:t>
      </w:r>
      <w:proofErr w:type="spellEnd"/>
      <w:r w:rsidRPr="0094023C">
        <w:rPr>
          <w:rFonts w:asciiTheme="majorHAnsi" w:hAnsiTheme="majorHAnsi" w:cstheme="majorHAnsi"/>
          <w:lang w:val="nb-NO"/>
        </w:rPr>
        <w:t xml:space="preserve"> </w:t>
      </w:r>
      <w:proofErr w:type="spellStart"/>
      <w:r w:rsidRPr="0094023C">
        <w:rPr>
          <w:rFonts w:asciiTheme="majorHAnsi" w:hAnsiTheme="majorHAnsi" w:cstheme="majorHAnsi"/>
          <w:lang w:val="nb-NO"/>
        </w:rPr>
        <w:t>tätä</w:t>
      </w:r>
      <w:proofErr w:type="spellEnd"/>
      <w:r w:rsidRPr="0094023C">
        <w:rPr>
          <w:rFonts w:asciiTheme="majorHAnsi" w:hAnsiTheme="majorHAnsi" w:cstheme="majorHAnsi"/>
          <w:lang w:val="nb-NO"/>
        </w:rPr>
        <w:t xml:space="preserve"> </w:t>
      </w:r>
      <w:proofErr w:type="spellStart"/>
      <w:r w:rsidRPr="0094023C">
        <w:rPr>
          <w:rFonts w:asciiTheme="majorHAnsi" w:hAnsiTheme="majorHAnsi" w:cstheme="majorHAnsi"/>
          <w:lang w:val="nb-NO"/>
        </w:rPr>
        <w:t>seinää</w:t>
      </w:r>
      <w:proofErr w:type="spellEnd"/>
      <w:r w:rsidRPr="0094023C">
        <w:rPr>
          <w:rFonts w:asciiTheme="majorHAnsi" w:hAnsiTheme="majorHAnsi" w:cstheme="majorHAnsi"/>
          <w:lang w:val="nb-NO"/>
        </w:rPr>
        <w:t xml:space="preserve">, se </w:t>
      </w:r>
      <w:proofErr w:type="spellStart"/>
      <w:r w:rsidRPr="0094023C">
        <w:rPr>
          <w:rFonts w:asciiTheme="majorHAnsi" w:hAnsiTheme="majorHAnsi" w:cstheme="majorHAnsi"/>
          <w:lang w:val="nb-NO"/>
        </w:rPr>
        <w:t>oon</w:t>
      </w:r>
      <w:proofErr w:type="spellEnd"/>
      <w:r w:rsidRPr="0094023C">
        <w:rPr>
          <w:rFonts w:asciiTheme="majorHAnsi" w:hAnsiTheme="majorHAnsi" w:cstheme="majorHAnsi"/>
          <w:lang w:val="nb-NO"/>
        </w:rPr>
        <w:t xml:space="preserve"> </w:t>
      </w:r>
      <w:proofErr w:type="spellStart"/>
      <w:r w:rsidRPr="0094023C">
        <w:rPr>
          <w:rFonts w:asciiTheme="majorHAnsi" w:hAnsiTheme="majorHAnsi" w:cstheme="majorHAnsi"/>
          <w:lang w:val="nb-NO"/>
        </w:rPr>
        <w:t>nokko</w:t>
      </w:r>
      <w:proofErr w:type="spellEnd"/>
      <w:r w:rsidRPr="0094023C">
        <w:rPr>
          <w:rFonts w:asciiTheme="majorHAnsi" w:hAnsiTheme="majorHAnsi" w:cstheme="majorHAnsi"/>
          <w:lang w:val="nb-NO"/>
        </w:rPr>
        <w:t xml:space="preserve"> </w:t>
      </w:r>
      <w:proofErr w:type="spellStart"/>
      <w:r w:rsidRPr="0094023C">
        <w:rPr>
          <w:rFonts w:asciiTheme="majorHAnsi" w:hAnsiTheme="majorHAnsi" w:cstheme="majorHAnsi"/>
          <w:lang w:val="nb-NO"/>
        </w:rPr>
        <w:t>iso</w:t>
      </w:r>
      <w:proofErr w:type="spellEnd"/>
      <w:r w:rsidRPr="0094023C">
        <w:rPr>
          <w:rFonts w:asciiTheme="majorHAnsi" w:hAnsiTheme="majorHAnsi" w:cstheme="majorHAnsi"/>
          <w:lang w:val="nb-NO"/>
        </w:rPr>
        <w:t>.</w:t>
      </w:r>
    </w:p>
    <w:p w14:paraId="60CE0062" w14:textId="4FD9321A" w:rsidR="00B87D21" w:rsidRPr="00F96788" w:rsidRDefault="00000000" w:rsidP="00F96788">
      <w:pPr>
        <w:spacing w:after="0"/>
        <w:rPr>
          <w:rFonts w:asciiTheme="majorHAnsi" w:hAnsiTheme="majorHAnsi" w:cstheme="majorHAnsi"/>
          <w:lang w:val="nb-NO"/>
        </w:rPr>
      </w:pPr>
      <w:r w:rsidRPr="00F96788">
        <w:rPr>
          <w:rFonts w:asciiTheme="majorHAnsi" w:hAnsiTheme="majorHAnsi" w:cstheme="majorHAnsi"/>
          <w:i/>
          <w:lang w:val="nb-NO"/>
        </w:rPr>
        <w:t>Bruk denne veggen, den er stor nok.</w:t>
      </w:r>
    </w:p>
    <w:p w14:paraId="511754B5" w14:textId="786F9C54" w:rsidR="0094023C" w:rsidRDefault="0094023C" w:rsidP="0094023C">
      <w:pPr>
        <w:spacing w:after="0"/>
        <w:rPr>
          <w:rFonts w:asciiTheme="majorHAnsi" w:hAnsiTheme="majorHAnsi" w:cstheme="majorHAnsi"/>
          <w:lang w:val="nb-NO"/>
        </w:rPr>
      </w:pPr>
      <w:r w:rsidRPr="0094023C">
        <w:rPr>
          <w:rFonts w:asciiTheme="majorHAnsi" w:hAnsiTheme="majorHAnsi" w:cstheme="majorHAnsi"/>
          <w:lang w:val="nb-NO"/>
        </w:rPr>
        <w:t xml:space="preserve">Mie olen </w:t>
      </w:r>
      <w:proofErr w:type="spellStart"/>
      <w:r w:rsidRPr="0094023C">
        <w:rPr>
          <w:rFonts w:asciiTheme="majorHAnsi" w:hAnsiTheme="majorHAnsi" w:cstheme="majorHAnsi"/>
          <w:lang w:val="nb-NO"/>
        </w:rPr>
        <w:t>präntäny</w:t>
      </w:r>
      <w:proofErr w:type="spellEnd"/>
      <w:r w:rsidRPr="0094023C">
        <w:rPr>
          <w:rFonts w:asciiTheme="majorHAnsi" w:hAnsiTheme="majorHAnsi" w:cstheme="majorHAnsi"/>
          <w:lang w:val="nb-NO"/>
        </w:rPr>
        <w:t xml:space="preserve"> </w:t>
      </w:r>
      <w:proofErr w:type="spellStart"/>
      <w:r w:rsidRPr="0094023C">
        <w:rPr>
          <w:rFonts w:asciiTheme="majorHAnsi" w:hAnsiTheme="majorHAnsi" w:cstheme="majorHAnsi"/>
          <w:lang w:val="nb-NO"/>
        </w:rPr>
        <w:t>ulos</w:t>
      </w:r>
      <w:proofErr w:type="spellEnd"/>
      <w:r w:rsidRPr="0094023C">
        <w:rPr>
          <w:rFonts w:asciiTheme="majorHAnsi" w:hAnsiTheme="majorHAnsi" w:cstheme="majorHAnsi"/>
          <w:lang w:val="nb-NO"/>
        </w:rPr>
        <w:t xml:space="preserve"> </w:t>
      </w:r>
      <w:proofErr w:type="spellStart"/>
      <w:r w:rsidRPr="0094023C">
        <w:rPr>
          <w:rFonts w:asciiTheme="majorHAnsi" w:hAnsiTheme="majorHAnsi" w:cstheme="majorHAnsi"/>
          <w:lang w:val="nb-NO"/>
        </w:rPr>
        <w:t>anonssiita</w:t>
      </w:r>
      <w:proofErr w:type="spellEnd"/>
      <w:r w:rsidRPr="0094023C">
        <w:rPr>
          <w:rFonts w:asciiTheme="majorHAnsi" w:hAnsiTheme="majorHAnsi" w:cstheme="majorHAnsi"/>
          <w:lang w:val="nb-NO"/>
        </w:rPr>
        <w:t xml:space="preserve"> </w:t>
      </w:r>
      <w:proofErr w:type="spellStart"/>
      <w:r w:rsidRPr="0094023C">
        <w:rPr>
          <w:rFonts w:asciiTheme="majorHAnsi" w:hAnsiTheme="majorHAnsi" w:cstheme="majorHAnsi"/>
          <w:lang w:val="nb-NO"/>
        </w:rPr>
        <w:t>mitä</w:t>
      </w:r>
      <w:proofErr w:type="spellEnd"/>
      <w:r w:rsidRPr="0094023C">
        <w:rPr>
          <w:rFonts w:asciiTheme="majorHAnsi" w:hAnsiTheme="majorHAnsi" w:cstheme="majorHAnsi"/>
          <w:lang w:val="nb-NO"/>
        </w:rPr>
        <w:t xml:space="preserve"> </w:t>
      </w:r>
      <w:proofErr w:type="spellStart"/>
      <w:r w:rsidRPr="0094023C">
        <w:rPr>
          <w:rFonts w:asciiTheme="majorHAnsi" w:hAnsiTheme="majorHAnsi" w:cstheme="majorHAnsi"/>
          <w:lang w:val="nb-NO"/>
        </w:rPr>
        <w:t>löyttyy</w:t>
      </w:r>
      <w:proofErr w:type="spellEnd"/>
      <w:r w:rsidRPr="0094023C">
        <w:rPr>
          <w:rFonts w:asciiTheme="majorHAnsi" w:hAnsiTheme="majorHAnsi" w:cstheme="majorHAnsi"/>
          <w:lang w:val="nb-NO"/>
        </w:rPr>
        <w:t xml:space="preserve"> </w:t>
      </w:r>
      <w:proofErr w:type="spellStart"/>
      <w:r w:rsidRPr="0094023C">
        <w:rPr>
          <w:rFonts w:asciiTheme="majorHAnsi" w:hAnsiTheme="majorHAnsi" w:cstheme="majorHAnsi"/>
          <w:lang w:val="nb-NO"/>
        </w:rPr>
        <w:t>teiđän</w:t>
      </w:r>
      <w:proofErr w:type="spellEnd"/>
      <w:r>
        <w:rPr>
          <w:rFonts w:asciiTheme="majorHAnsi" w:hAnsiTheme="majorHAnsi" w:cstheme="majorHAnsi"/>
          <w:lang w:val="nb-NO"/>
        </w:rPr>
        <w:t xml:space="preserve"> </w:t>
      </w:r>
      <w:proofErr w:type="spellStart"/>
      <w:r w:rsidRPr="0094023C">
        <w:rPr>
          <w:rFonts w:asciiTheme="majorHAnsi" w:hAnsiTheme="majorHAnsi" w:cstheme="majorHAnsi"/>
          <w:lang w:val="nb-NO"/>
        </w:rPr>
        <w:t>sosiaalisen</w:t>
      </w:r>
      <w:proofErr w:type="spellEnd"/>
      <w:r w:rsidRPr="0094023C">
        <w:rPr>
          <w:rFonts w:asciiTheme="majorHAnsi" w:hAnsiTheme="majorHAnsi" w:cstheme="majorHAnsi"/>
          <w:lang w:val="nb-NO"/>
        </w:rPr>
        <w:t xml:space="preserve"> </w:t>
      </w:r>
      <w:proofErr w:type="spellStart"/>
      <w:r w:rsidRPr="0094023C">
        <w:rPr>
          <w:rFonts w:asciiTheme="majorHAnsi" w:hAnsiTheme="majorHAnsi" w:cstheme="majorHAnsi"/>
          <w:lang w:val="nb-NO"/>
        </w:rPr>
        <w:t>meedian</w:t>
      </w:r>
      <w:proofErr w:type="spellEnd"/>
      <w:r w:rsidRPr="0094023C">
        <w:rPr>
          <w:rFonts w:asciiTheme="majorHAnsi" w:hAnsiTheme="majorHAnsi" w:cstheme="majorHAnsi"/>
          <w:lang w:val="nb-NO"/>
        </w:rPr>
        <w:t xml:space="preserve"> </w:t>
      </w:r>
      <w:proofErr w:type="spellStart"/>
      <w:r w:rsidRPr="0094023C">
        <w:rPr>
          <w:rFonts w:asciiTheme="majorHAnsi" w:hAnsiTheme="majorHAnsi" w:cstheme="majorHAnsi"/>
          <w:lang w:val="nb-NO"/>
        </w:rPr>
        <w:t>informasuunivirrasta</w:t>
      </w:r>
      <w:proofErr w:type="spellEnd"/>
      <w:r w:rsidRPr="0094023C">
        <w:rPr>
          <w:rFonts w:asciiTheme="majorHAnsi" w:hAnsiTheme="majorHAnsi" w:cstheme="majorHAnsi"/>
          <w:lang w:val="nb-NO"/>
        </w:rPr>
        <w:t xml:space="preserve">. </w:t>
      </w:r>
    </w:p>
    <w:p w14:paraId="45EFAFAD" w14:textId="1C1E4A5B" w:rsidR="00B87D21" w:rsidRPr="00F96788" w:rsidRDefault="00000000" w:rsidP="0094023C">
      <w:pPr>
        <w:spacing w:after="0"/>
        <w:rPr>
          <w:rFonts w:asciiTheme="majorHAnsi" w:hAnsiTheme="majorHAnsi" w:cstheme="majorHAnsi"/>
          <w:lang w:val="nb-NO"/>
        </w:rPr>
      </w:pPr>
      <w:r w:rsidRPr="00F96788">
        <w:rPr>
          <w:rFonts w:asciiTheme="majorHAnsi" w:hAnsiTheme="majorHAnsi" w:cstheme="majorHAnsi"/>
          <w:i/>
          <w:lang w:val="nb-NO"/>
        </w:rPr>
        <w:t>Jeg har skrevet ut annonser fra informasjonsstrømmene deres på sosiale medier.</w:t>
      </w:r>
    </w:p>
    <w:p w14:paraId="6670C0D3" w14:textId="77777777" w:rsidR="0094023C" w:rsidRDefault="0094023C" w:rsidP="00F96788">
      <w:pPr>
        <w:spacing w:after="0"/>
        <w:rPr>
          <w:rFonts w:asciiTheme="majorHAnsi" w:hAnsiTheme="majorHAnsi" w:cstheme="majorHAnsi"/>
          <w:lang w:val="nb-NO"/>
        </w:rPr>
      </w:pPr>
      <w:proofErr w:type="spellStart"/>
      <w:r w:rsidRPr="0094023C">
        <w:rPr>
          <w:rFonts w:asciiTheme="majorHAnsi" w:hAnsiTheme="majorHAnsi" w:cstheme="majorHAnsi"/>
          <w:lang w:val="nb-NO"/>
        </w:rPr>
        <w:t>Ensistä</w:t>
      </w:r>
      <w:proofErr w:type="spellEnd"/>
      <w:r w:rsidRPr="0094023C">
        <w:rPr>
          <w:rFonts w:asciiTheme="majorHAnsi" w:hAnsiTheme="majorHAnsi" w:cstheme="majorHAnsi"/>
          <w:lang w:val="nb-NO"/>
        </w:rPr>
        <w:t xml:space="preserve"> </w:t>
      </w:r>
      <w:proofErr w:type="spellStart"/>
      <w:r w:rsidRPr="0094023C">
        <w:rPr>
          <w:rFonts w:asciiTheme="majorHAnsi" w:hAnsiTheme="majorHAnsi" w:cstheme="majorHAnsi"/>
          <w:lang w:val="nb-NO"/>
        </w:rPr>
        <w:t>hengaatta</w:t>
      </w:r>
      <w:proofErr w:type="spellEnd"/>
      <w:r w:rsidRPr="0094023C">
        <w:rPr>
          <w:rFonts w:asciiTheme="majorHAnsi" w:hAnsiTheme="majorHAnsi" w:cstheme="majorHAnsi"/>
          <w:lang w:val="nb-NO"/>
        </w:rPr>
        <w:t xml:space="preserve"> </w:t>
      </w:r>
      <w:proofErr w:type="spellStart"/>
      <w:r w:rsidRPr="0094023C">
        <w:rPr>
          <w:rFonts w:asciiTheme="majorHAnsi" w:hAnsiTheme="majorHAnsi" w:cstheme="majorHAnsi"/>
          <w:lang w:val="nb-NO"/>
        </w:rPr>
        <w:t>nämät</w:t>
      </w:r>
      <w:proofErr w:type="spellEnd"/>
      <w:r w:rsidRPr="0094023C">
        <w:rPr>
          <w:rFonts w:asciiTheme="majorHAnsi" w:hAnsiTheme="majorHAnsi" w:cstheme="majorHAnsi"/>
          <w:lang w:val="nb-NO"/>
        </w:rPr>
        <w:t xml:space="preserve"> </w:t>
      </w:r>
      <w:proofErr w:type="spellStart"/>
      <w:r w:rsidRPr="0094023C">
        <w:rPr>
          <w:rFonts w:asciiTheme="majorHAnsi" w:hAnsiTheme="majorHAnsi" w:cstheme="majorHAnsi"/>
          <w:lang w:val="nb-NO"/>
        </w:rPr>
        <w:t>anonsit</w:t>
      </w:r>
      <w:proofErr w:type="spellEnd"/>
      <w:r w:rsidRPr="0094023C">
        <w:rPr>
          <w:rFonts w:asciiTheme="majorHAnsi" w:hAnsiTheme="majorHAnsi" w:cstheme="majorHAnsi"/>
          <w:lang w:val="nb-NO"/>
        </w:rPr>
        <w:t xml:space="preserve"> </w:t>
      </w:r>
      <w:proofErr w:type="spellStart"/>
      <w:r w:rsidRPr="0094023C">
        <w:rPr>
          <w:rFonts w:asciiTheme="majorHAnsi" w:hAnsiTheme="majorHAnsi" w:cstheme="majorHAnsi"/>
          <w:lang w:val="nb-NO"/>
        </w:rPr>
        <w:t>ylös</w:t>
      </w:r>
      <w:proofErr w:type="spellEnd"/>
      <w:r w:rsidRPr="0094023C">
        <w:rPr>
          <w:rFonts w:asciiTheme="majorHAnsi" w:hAnsiTheme="majorHAnsi" w:cstheme="majorHAnsi"/>
          <w:lang w:val="nb-NO"/>
        </w:rPr>
        <w:t xml:space="preserve"> </w:t>
      </w:r>
      <w:proofErr w:type="spellStart"/>
      <w:r w:rsidRPr="0094023C">
        <w:rPr>
          <w:rFonts w:asciiTheme="majorHAnsi" w:hAnsiTheme="majorHAnsi" w:cstheme="majorHAnsi"/>
          <w:lang w:val="nb-NO"/>
        </w:rPr>
        <w:t>seinäle</w:t>
      </w:r>
      <w:proofErr w:type="spellEnd"/>
      <w:r w:rsidRPr="0094023C">
        <w:rPr>
          <w:rFonts w:asciiTheme="majorHAnsi" w:hAnsiTheme="majorHAnsi" w:cstheme="majorHAnsi"/>
          <w:lang w:val="nb-NO"/>
        </w:rPr>
        <w:t xml:space="preserve">. </w:t>
      </w:r>
    </w:p>
    <w:p w14:paraId="5FB5B175" w14:textId="0588A6B9" w:rsidR="00B87D21" w:rsidRPr="00F96788" w:rsidRDefault="00000000" w:rsidP="00F96788">
      <w:pPr>
        <w:spacing w:after="0"/>
        <w:rPr>
          <w:rFonts w:asciiTheme="majorHAnsi" w:hAnsiTheme="majorHAnsi" w:cstheme="majorHAnsi"/>
          <w:lang w:val="nb-NO"/>
        </w:rPr>
      </w:pPr>
      <w:r w:rsidRPr="00F96788">
        <w:rPr>
          <w:rFonts w:asciiTheme="majorHAnsi" w:hAnsiTheme="majorHAnsi" w:cstheme="majorHAnsi"/>
          <w:i/>
          <w:lang w:val="nb-NO"/>
        </w:rPr>
        <w:t>Først skal dere henge disse annonsene opp på veggen.</w:t>
      </w:r>
    </w:p>
    <w:p w14:paraId="5865ABE5" w14:textId="77777777" w:rsidR="00B87D21" w:rsidRPr="00F96788" w:rsidRDefault="00B87D21" w:rsidP="00F96788">
      <w:pPr>
        <w:spacing w:after="0"/>
        <w:rPr>
          <w:rFonts w:asciiTheme="majorHAnsi" w:hAnsiTheme="majorHAnsi" w:cstheme="majorHAnsi"/>
          <w:lang w:val="nb-NO"/>
        </w:rPr>
      </w:pPr>
    </w:p>
    <w:p w14:paraId="2D29DC72" w14:textId="77777777" w:rsidR="00550739" w:rsidRPr="00F96788" w:rsidRDefault="00550739" w:rsidP="00F96788">
      <w:pPr>
        <w:spacing w:after="0"/>
        <w:rPr>
          <w:rFonts w:asciiTheme="majorHAnsi" w:hAnsiTheme="majorHAnsi" w:cstheme="majorHAnsi"/>
        </w:rPr>
      </w:pPr>
      <w:proofErr w:type="spellStart"/>
      <w:r w:rsidRPr="00F96788">
        <w:rPr>
          <w:rFonts w:asciiTheme="majorHAnsi" w:hAnsiTheme="majorHAnsi" w:cstheme="majorHAnsi"/>
        </w:rPr>
        <w:t>KAISA</w:t>
      </w:r>
      <w:proofErr w:type="spellEnd"/>
      <w:r w:rsidRPr="00F96788">
        <w:rPr>
          <w:rFonts w:asciiTheme="majorHAnsi" w:hAnsiTheme="majorHAnsi" w:cstheme="majorHAnsi"/>
        </w:rPr>
        <w:t xml:space="preserve">: </w:t>
      </w:r>
    </w:p>
    <w:p w14:paraId="64C08C0F" w14:textId="77777777" w:rsidR="0094023C" w:rsidRPr="0094023C" w:rsidRDefault="0094023C" w:rsidP="00F96788">
      <w:pPr>
        <w:spacing w:after="0"/>
        <w:rPr>
          <w:rFonts w:asciiTheme="majorHAnsi" w:hAnsiTheme="majorHAnsi" w:cstheme="majorHAnsi"/>
          <w:lang w:val="nb-NO"/>
        </w:rPr>
      </w:pPr>
      <w:proofErr w:type="spellStart"/>
      <w:r w:rsidRPr="0094023C">
        <w:rPr>
          <w:rFonts w:asciiTheme="majorHAnsi" w:hAnsiTheme="majorHAnsi" w:cstheme="majorHAnsi"/>
          <w:lang w:val="nb-NO"/>
        </w:rPr>
        <w:t>Tässä</w:t>
      </w:r>
      <w:proofErr w:type="spellEnd"/>
      <w:r w:rsidRPr="0094023C">
        <w:rPr>
          <w:rFonts w:asciiTheme="majorHAnsi" w:hAnsiTheme="majorHAnsi" w:cstheme="majorHAnsi"/>
          <w:lang w:val="nb-NO"/>
        </w:rPr>
        <w:t xml:space="preserve"> </w:t>
      </w:r>
      <w:proofErr w:type="spellStart"/>
      <w:r w:rsidRPr="0094023C">
        <w:rPr>
          <w:rFonts w:asciiTheme="majorHAnsi" w:hAnsiTheme="majorHAnsi" w:cstheme="majorHAnsi"/>
          <w:lang w:val="nb-NO"/>
        </w:rPr>
        <w:t>oon</w:t>
      </w:r>
      <w:proofErr w:type="spellEnd"/>
      <w:r w:rsidRPr="0094023C">
        <w:rPr>
          <w:rFonts w:asciiTheme="majorHAnsi" w:hAnsiTheme="majorHAnsi" w:cstheme="majorHAnsi"/>
          <w:lang w:val="nb-NO"/>
        </w:rPr>
        <w:t xml:space="preserve"> </w:t>
      </w:r>
      <w:proofErr w:type="spellStart"/>
      <w:r w:rsidRPr="0094023C">
        <w:rPr>
          <w:rFonts w:asciiTheme="majorHAnsi" w:hAnsiTheme="majorHAnsi" w:cstheme="majorHAnsi"/>
          <w:lang w:val="nb-NO"/>
        </w:rPr>
        <w:t>paljon</w:t>
      </w:r>
      <w:proofErr w:type="spellEnd"/>
      <w:r w:rsidRPr="0094023C">
        <w:rPr>
          <w:rFonts w:asciiTheme="majorHAnsi" w:hAnsiTheme="majorHAnsi" w:cstheme="majorHAnsi"/>
          <w:lang w:val="nb-NO"/>
        </w:rPr>
        <w:t xml:space="preserve"> </w:t>
      </w:r>
      <w:proofErr w:type="spellStart"/>
      <w:r w:rsidRPr="0094023C">
        <w:rPr>
          <w:rFonts w:asciiTheme="majorHAnsi" w:hAnsiTheme="majorHAnsi" w:cstheme="majorHAnsi"/>
          <w:lang w:val="nb-NO"/>
        </w:rPr>
        <w:t>samanlaissii</w:t>
      </w:r>
      <w:proofErr w:type="spellEnd"/>
      <w:r w:rsidRPr="0094023C">
        <w:rPr>
          <w:rFonts w:asciiTheme="majorHAnsi" w:hAnsiTheme="majorHAnsi" w:cstheme="majorHAnsi"/>
          <w:lang w:val="nb-NO"/>
        </w:rPr>
        <w:t xml:space="preserve"> </w:t>
      </w:r>
      <w:proofErr w:type="spellStart"/>
      <w:r w:rsidRPr="0094023C">
        <w:rPr>
          <w:rFonts w:asciiTheme="majorHAnsi" w:hAnsiTheme="majorHAnsi" w:cstheme="majorHAnsi"/>
          <w:lang w:val="nb-NO"/>
        </w:rPr>
        <w:t>anonssiita</w:t>
      </w:r>
      <w:proofErr w:type="spellEnd"/>
      <w:r w:rsidRPr="0094023C">
        <w:rPr>
          <w:rFonts w:asciiTheme="majorHAnsi" w:hAnsiTheme="majorHAnsi" w:cstheme="majorHAnsi"/>
          <w:lang w:val="nb-NO"/>
        </w:rPr>
        <w:t xml:space="preserve">. </w:t>
      </w:r>
    </w:p>
    <w:p w14:paraId="0EF7FEFF" w14:textId="0C744D27" w:rsidR="00B87D21" w:rsidRPr="00F96788" w:rsidRDefault="00000000" w:rsidP="00F96788">
      <w:pPr>
        <w:spacing w:after="0"/>
        <w:rPr>
          <w:rFonts w:asciiTheme="majorHAnsi" w:hAnsiTheme="majorHAnsi" w:cstheme="majorHAnsi"/>
          <w:lang w:val="nb-NO"/>
        </w:rPr>
      </w:pPr>
      <w:r w:rsidRPr="00F96788">
        <w:rPr>
          <w:rFonts w:asciiTheme="majorHAnsi" w:hAnsiTheme="majorHAnsi" w:cstheme="majorHAnsi"/>
          <w:i/>
          <w:lang w:val="nb-NO"/>
        </w:rPr>
        <w:t>Det er mange annonser som er like.</w:t>
      </w:r>
    </w:p>
    <w:p w14:paraId="399C2703" w14:textId="77777777" w:rsidR="0094023C" w:rsidRDefault="0094023C" w:rsidP="00F96788">
      <w:pPr>
        <w:spacing w:after="0"/>
        <w:rPr>
          <w:rFonts w:asciiTheme="majorHAnsi" w:hAnsiTheme="majorHAnsi" w:cstheme="majorHAnsi"/>
          <w:lang w:val="nb-NO"/>
        </w:rPr>
      </w:pPr>
      <w:proofErr w:type="spellStart"/>
      <w:r w:rsidRPr="0094023C">
        <w:rPr>
          <w:rFonts w:asciiTheme="majorHAnsi" w:hAnsiTheme="majorHAnsi" w:cstheme="majorHAnsi"/>
          <w:lang w:val="nb-NO"/>
        </w:rPr>
        <w:t>Saatamako</w:t>
      </w:r>
      <w:proofErr w:type="spellEnd"/>
      <w:r w:rsidRPr="0094023C">
        <w:rPr>
          <w:rFonts w:asciiTheme="majorHAnsi" w:hAnsiTheme="majorHAnsi" w:cstheme="majorHAnsi"/>
          <w:lang w:val="nb-NO"/>
        </w:rPr>
        <w:t xml:space="preserve"> </w:t>
      </w:r>
      <w:proofErr w:type="spellStart"/>
      <w:r w:rsidRPr="0094023C">
        <w:rPr>
          <w:rFonts w:asciiTheme="majorHAnsi" w:hAnsiTheme="majorHAnsi" w:cstheme="majorHAnsi"/>
          <w:lang w:val="nb-NO"/>
        </w:rPr>
        <w:t>laittaat</w:t>
      </w:r>
      <w:proofErr w:type="spellEnd"/>
      <w:r w:rsidRPr="0094023C">
        <w:rPr>
          <w:rFonts w:asciiTheme="majorHAnsi" w:hAnsiTheme="majorHAnsi" w:cstheme="majorHAnsi"/>
          <w:lang w:val="nb-NO"/>
        </w:rPr>
        <w:t xml:space="preserve"> </w:t>
      </w:r>
      <w:proofErr w:type="spellStart"/>
      <w:r w:rsidRPr="0094023C">
        <w:rPr>
          <w:rFonts w:asciiTheme="majorHAnsi" w:hAnsiTheme="majorHAnsi" w:cstheme="majorHAnsi"/>
          <w:lang w:val="nb-NO"/>
        </w:rPr>
        <w:t>erilaissii</w:t>
      </w:r>
      <w:proofErr w:type="spellEnd"/>
      <w:r w:rsidRPr="0094023C">
        <w:rPr>
          <w:rFonts w:asciiTheme="majorHAnsi" w:hAnsiTheme="majorHAnsi" w:cstheme="majorHAnsi"/>
          <w:lang w:val="nb-NO"/>
        </w:rPr>
        <w:t xml:space="preserve"> </w:t>
      </w:r>
      <w:proofErr w:type="spellStart"/>
      <w:r w:rsidRPr="0094023C">
        <w:rPr>
          <w:rFonts w:asciiTheme="majorHAnsi" w:hAnsiTheme="majorHAnsi" w:cstheme="majorHAnsi"/>
          <w:lang w:val="nb-NO"/>
        </w:rPr>
        <w:t>kategorioita</w:t>
      </w:r>
      <w:proofErr w:type="spellEnd"/>
      <w:r w:rsidRPr="0094023C">
        <w:rPr>
          <w:rFonts w:asciiTheme="majorHAnsi" w:hAnsiTheme="majorHAnsi" w:cstheme="majorHAnsi"/>
          <w:lang w:val="nb-NO"/>
        </w:rPr>
        <w:t xml:space="preserve">? </w:t>
      </w:r>
    </w:p>
    <w:p w14:paraId="4292A529" w14:textId="78BB042D" w:rsidR="00B87D21" w:rsidRPr="00F96788" w:rsidRDefault="00000000" w:rsidP="00F96788">
      <w:pPr>
        <w:spacing w:after="0"/>
        <w:rPr>
          <w:rFonts w:asciiTheme="majorHAnsi" w:hAnsiTheme="majorHAnsi" w:cstheme="majorHAnsi"/>
          <w:lang w:val="nb-NO"/>
        </w:rPr>
      </w:pPr>
      <w:r w:rsidRPr="00F96788">
        <w:rPr>
          <w:rFonts w:asciiTheme="majorHAnsi" w:hAnsiTheme="majorHAnsi" w:cstheme="majorHAnsi"/>
          <w:i/>
          <w:lang w:val="nb-NO"/>
        </w:rPr>
        <w:t>Kan vi lage forskjellige kategorier?</w:t>
      </w:r>
    </w:p>
    <w:p w14:paraId="0ED70012" w14:textId="77777777" w:rsidR="00B87D21" w:rsidRPr="00F96788" w:rsidRDefault="00B87D21" w:rsidP="00F96788">
      <w:pPr>
        <w:spacing w:after="0"/>
        <w:rPr>
          <w:rFonts w:asciiTheme="majorHAnsi" w:hAnsiTheme="majorHAnsi" w:cstheme="majorHAnsi"/>
          <w:lang w:val="nb-NO"/>
        </w:rPr>
      </w:pPr>
    </w:p>
    <w:p w14:paraId="692A74C6" w14:textId="10B48619" w:rsidR="00B87D21" w:rsidRPr="00F96788" w:rsidRDefault="00550739" w:rsidP="00F96788">
      <w:pPr>
        <w:spacing w:after="0"/>
        <w:rPr>
          <w:rFonts w:asciiTheme="majorHAnsi" w:hAnsiTheme="majorHAnsi" w:cstheme="majorHAnsi"/>
          <w:lang w:val="nb-NO"/>
        </w:rPr>
      </w:pPr>
      <w:r w:rsidRPr="00F96788">
        <w:rPr>
          <w:rFonts w:asciiTheme="majorHAnsi" w:hAnsiTheme="majorHAnsi" w:cstheme="majorHAnsi"/>
          <w:lang w:val="nb-NO"/>
        </w:rPr>
        <w:t>LÆRER:</w:t>
      </w:r>
    </w:p>
    <w:p w14:paraId="1F65DEF1" w14:textId="77777777" w:rsidR="0094023C" w:rsidRDefault="0094023C" w:rsidP="00F96788">
      <w:pPr>
        <w:spacing w:after="0"/>
        <w:rPr>
          <w:rFonts w:asciiTheme="majorHAnsi" w:hAnsiTheme="majorHAnsi" w:cstheme="majorHAnsi"/>
          <w:lang w:val="nb-NO"/>
        </w:rPr>
      </w:pPr>
      <w:proofErr w:type="spellStart"/>
      <w:r w:rsidRPr="0094023C">
        <w:rPr>
          <w:rFonts w:asciiTheme="majorHAnsi" w:hAnsiTheme="majorHAnsi" w:cstheme="majorHAnsi"/>
          <w:lang w:val="nb-NO"/>
        </w:rPr>
        <w:t>Joo</w:t>
      </w:r>
      <w:proofErr w:type="spellEnd"/>
      <w:r w:rsidRPr="0094023C">
        <w:rPr>
          <w:rFonts w:asciiTheme="majorHAnsi" w:hAnsiTheme="majorHAnsi" w:cstheme="majorHAnsi"/>
          <w:lang w:val="nb-NO"/>
        </w:rPr>
        <w:t xml:space="preserve">, </w:t>
      </w:r>
      <w:proofErr w:type="spellStart"/>
      <w:r w:rsidRPr="0094023C">
        <w:rPr>
          <w:rFonts w:asciiTheme="majorHAnsi" w:hAnsiTheme="majorHAnsi" w:cstheme="majorHAnsi"/>
          <w:lang w:val="nb-NO"/>
        </w:rPr>
        <w:t>tietenki</w:t>
      </w:r>
      <w:proofErr w:type="spellEnd"/>
      <w:r w:rsidRPr="0094023C">
        <w:rPr>
          <w:rFonts w:asciiTheme="majorHAnsi" w:hAnsiTheme="majorHAnsi" w:cstheme="majorHAnsi"/>
          <w:lang w:val="nb-NO"/>
        </w:rPr>
        <w:t>.</w:t>
      </w:r>
    </w:p>
    <w:p w14:paraId="429B167A" w14:textId="0E59A043" w:rsidR="00B87D21" w:rsidRPr="00F96788" w:rsidRDefault="00000000" w:rsidP="00F96788">
      <w:pPr>
        <w:spacing w:after="0"/>
        <w:rPr>
          <w:rFonts w:asciiTheme="majorHAnsi" w:hAnsiTheme="majorHAnsi" w:cstheme="majorHAnsi"/>
          <w:lang w:val="nb-NO"/>
        </w:rPr>
      </w:pPr>
      <w:r w:rsidRPr="00F96788">
        <w:rPr>
          <w:rFonts w:asciiTheme="majorHAnsi" w:hAnsiTheme="majorHAnsi" w:cstheme="majorHAnsi"/>
          <w:i/>
          <w:lang w:val="nb-NO"/>
        </w:rPr>
        <w:t>Ja, absolutt.</w:t>
      </w:r>
    </w:p>
    <w:p w14:paraId="57CC1BE9" w14:textId="77777777" w:rsidR="0094023C" w:rsidRPr="0094023C" w:rsidRDefault="0094023C" w:rsidP="00F96788">
      <w:pPr>
        <w:spacing w:after="0"/>
        <w:rPr>
          <w:rFonts w:asciiTheme="majorHAnsi" w:hAnsiTheme="majorHAnsi" w:cstheme="majorHAnsi"/>
          <w:lang w:val="nb-NO"/>
        </w:rPr>
      </w:pPr>
      <w:r w:rsidRPr="0094023C">
        <w:rPr>
          <w:rFonts w:asciiTheme="majorHAnsi" w:hAnsiTheme="majorHAnsi" w:cstheme="majorHAnsi"/>
          <w:lang w:val="nb-NO"/>
        </w:rPr>
        <w:t xml:space="preserve">Sitte se </w:t>
      </w:r>
      <w:proofErr w:type="spellStart"/>
      <w:r w:rsidRPr="0094023C">
        <w:rPr>
          <w:rFonts w:asciiTheme="majorHAnsi" w:hAnsiTheme="majorHAnsi" w:cstheme="majorHAnsi"/>
          <w:lang w:val="nb-NO"/>
        </w:rPr>
        <w:t>oon</w:t>
      </w:r>
      <w:proofErr w:type="spellEnd"/>
      <w:r w:rsidRPr="0094023C">
        <w:rPr>
          <w:rFonts w:asciiTheme="majorHAnsi" w:hAnsiTheme="majorHAnsi" w:cstheme="majorHAnsi"/>
          <w:lang w:val="nb-NO"/>
        </w:rPr>
        <w:t xml:space="preserve"> </w:t>
      </w:r>
      <w:proofErr w:type="spellStart"/>
      <w:r w:rsidRPr="0094023C">
        <w:rPr>
          <w:rFonts w:asciiTheme="majorHAnsi" w:hAnsiTheme="majorHAnsi" w:cstheme="majorHAnsi"/>
          <w:lang w:val="nb-NO"/>
        </w:rPr>
        <w:t>kevveempi</w:t>
      </w:r>
      <w:proofErr w:type="spellEnd"/>
      <w:r w:rsidRPr="0094023C">
        <w:rPr>
          <w:rFonts w:asciiTheme="majorHAnsi" w:hAnsiTheme="majorHAnsi" w:cstheme="majorHAnsi"/>
          <w:lang w:val="nb-NO"/>
        </w:rPr>
        <w:t xml:space="preserve"> </w:t>
      </w:r>
      <w:proofErr w:type="spellStart"/>
      <w:r w:rsidRPr="0094023C">
        <w:rPr>
          <w:rFonts w:asciiTheme="majorHAnsi" w:hAnsiTheme="majorHAnsi" w:cstheme="majorHAnsi"/>
          <w:lang w:val="nb-NO"/>
        </w:rPr>
        <w:t>analyseerata</w:t>
      </w:r>
      <w:proofErr w:type="spellEnd"/>
      <w:r w:rsidRPr="0094023C">
        <w:rPr>
          <w:rFonts w:asciiTheme="majorHAnsi" w:hAnsiTheme="majorHAnsi" w:cstheme="majorHAnsi"/>
          <w:lang w:val="nb-NO"/>
        </w:rPr>
        <w:t>.</w:t>
      </w:r>
    </w:p>
    <w:p w14:paraId="4AE61D10" w14:textId="062BC25D" w:rsidR="00B87D21" w:rsidRPr="00F96788" w:rsidRDefault="00000000" w:rsidP="00F96788">
      <w:pPr>
        <w:spacing w:after="0"/>
        <w:rPr>
          <w:rFonts w:asciiTheme="majorHAnsi" w:hAnsiTheme="majorHAnsi" w:cstheme="majorHAnsi"/>
          <w:lang w:val="nb-NO"/>
        </w:rPr>
      </w:pPr>
      <w:r w:rsidRPr="00F96788">
        <w:rPr>
          <w:rFonts w:asciiTheme="majorHAnsi" w:hAnsiTheme="majorHAnsi" w:cstheme="majorHAnsi"/>
          <w:i/>
          <w:lang w:val="nb-NO"/>
        </w:rPr>
        <w:t>Da blir det lettere å analysere.</w:t>
      </w:r>
    </w:p>
    <w:p w14:paraId="78F5D9BB" w14:textId="77777777" w:rsidR="00B87D21" w:rsidRPr="00F96788" w:rsidRDefault="00B87D21" w:rsidP="00F96788">
      <w:pPr>
        <w:spacing w:after="0"/>
        <w:rPr>
          <w:rFonts w:asciiTheme="majorHAnsi" w:hAnsiTheme="majorHAnsi" w:cstheme="majorHAnsi"/>
          <w:lang w:val="nb-NO"/>
        </w:rPr>
      </w:pPr>
    </w:p>
    <w:p w14:paraId="015F7A76" w14:textId="77777777" w:rsidR="00550739" w:rsidRPr="00F96788" w:rsidRDefault="00550739" w:rsidP="00F96788">
      <w:pPr>
        <w:spacing w:after="0"/>
        <w:rPr>
          <w:rFonts w:asciiTheme="majorHAnsi" w:hAnsiTheme="majorHAnsi" w:cstheme="majorHAnsi"/>
          <w:lang w:val="nb-NO"/>
        </w:rPr>
      </w:pPr>
      <w:r w:rsidRPr="00F96788">
        <w:rPr>
          <w:rFonts w:asciiTheme="majorHAnsi" w:hAnsiTheme="majorHAnsi" w:cstheme="majorHAnsi"/>
          <w:lang w:val="nb-NO"/>
        </w:rPr>
        <w:t>KAISA:</w:t>
      </w:r>
    </w:p>
    <w:p w14:paraId="224DA235" w14:textId="77777777" w:rsidR="0094023C" w:rsidRDefault="0094023C" w:rsidP="00F96788">
      <w:pPr>
        <w:spacing w:after="0"/>
        <w:rPr>
          <w:rFonts w:asciiTheme="majorHAnsi" w:hAnsiTheme="majorHAnsi" w:cstheme="majorHAnsi"/>
          <w:lang w:val="nb-NO"/>
        </w:rPr>
      </w:pPr>
      <w:r w:rsidRPr="0094023C">
        <w:rPr>
          <w:rFonts w:asciiTheme="majorHAnsi" w:hAnsiTheme="majorHAnsi" w:cstheme="majorHAnsi"/>
          <w:lang w:val="nb-NO"/>
        </w:rPr>
        <w:t>Okay.</w:t>
      </w:r>
    </w:p>
    <w:p w14:paraId="5D5ECCD5" w14:textId="57D505D5" w:rsidR="00B87D21" w:rsidRPr="00F96788" w:rsidRDefault="00000000" w:rsidP="00F96788">
      <w:pPr>
        <w:spacing w:after="0"/>
        <w:rPr>
          <w:rFonts w:asciiTheme="majorHAnsi" w:hAnsiTheme="majorHAnsi" w:cstheme="majorHAnsi"/>
          <w:lang w:val="nb-NO"/>
        </w:rPr>
      </w:pPr>
      <w:r w:rsidRPr="00F96788">
        <w:rPr>
          <w:rFonts w:asciiTheme="majorHAnsi" w:hAnsiTheme="majorHAnsi" w:cstheme="majorHAnsi"/>
          <w:i/>
          <w:lang w:val="nb-NO"/>
        </w:rPr>
        <w:t>Ok.</w:t>
      </w:r>
    </w:p>
    <w:p w14:paraId="1321B668" w14:textId="77777777" w:rsidR="00B87D21" w:rsidRPr="00F96788" w:rsidRDefault="00B87D21" w:rsidP="00F96788">
      <w:pPr>
        <w:spacing w:after="0"/>
        <w:rPr>
          <w:rFonts w:asciiTheme="majorHAnsi" w:hAnsiTheme="majorHAnsi" w:cstheme="majorHAnsi"/>
          <w:lang w:val="nb-NO"/>
        </w:rPr>
      </w:pPr>
    </w:p>
    <w:p w14:paraId="0F5F7246" w14:textId="2A1B1106" w:rsidR="00B87D21" w:rsidRPr="00F96788" w:rsidRDefault="00550739" w:rsidP="00F96788">
      <w:pPr>
        <w:spacing w:after="0"/>
        <w:rPr>
          <w:rFonts w:asciiTheme="majorHAnsi" w:hAnsiTheme="majorHAnsi" w:cstheme="majorHAnsi"/>
          <w:lang w:val="nb-NO"/>
        </w:rPr>
      </w:pPr>
      <w:r w:rsidRPr="00F96788">
        <w:rPr>
          <w:rFonts w:asciiTheme="majorHAnsi" w:hAnsiTheme="majorHAnsi" w:cstheme="majorHAnsi"/>
          <w:lang w:val="nb-NO"/>
        </w:rPr>
        <w:t>KAISA:</w:t>
      </w:r>
    </w:p>
    <w:p w14:paraId="4D64B0CA" w14:textId="77777777" w:rsidR="0094023C" w:rsidRDefault="0094023C" w:rsidP="00F96788">
      <w:pPr>
        <w:spacing w:after="0"/>
        <w:rPr>
          <w:rFonts w:asciiTheme="majorHAnsi" w:hAnsiTheme="majorHAnsi" w:cstheme="majorHAnsi"/>
          <w:lang w:val="nb-NO"/>
        </w:rPr>
      </w:pPr>
      <w:proofErr w:type="spellStart"/>
      <w:r w:rsidRPr="0094023C">
        <w:rPr>
          <w:rFonts w:asciiTheme="majorHAnsi" w:hAnsiTheme="majorHAnsi" w:cstheme="majorHAnsi"/>
          <w:lang w:val="nb-NO"/>
        </w:rPr>
        <w:t>Selvä</w:t>
      </w:r>
      <w:proofErr w:type="spellEnd"/>
      <w:r w:rsidRPr="0094023C">
        <w:rPr>
          <w:rFonts w:asciiTheme="majorHAnsi" w:hAnsiTheme="majorHAnsi" w:cstheme="majorHAnsi"/>
          <w:lang w:val="nb-NO"/>
        </w:rPr>
        <w:t xml:space="preserve">, </w:t>
      </w:r>
      <w:proofErr w:type="spellStart"/>
      <w:r w:rsidRPr="0094023C">
        <w:rPr>
          <w:rFonts w:asciiTheme="majorHAnsi" w:hAnsiTheme="majorHAnsi" w:cstheme="majorHAnsi"/>
          <w:lang w:val="nb-NO"/>
        </w:rPr>
        <w:t>kroppi</w:t>
      </w:r>
      <w:proofErr w:type="spellEnd"/>
      <w:r w:rsidRPr="0094023C">
        <w:rPr>
          <w:rFonts w:asciiTheme="majorHAnsi" w:hAnsiTheme="majorHAnsi" w:cstheme="majorHAnsi"/>
          <w:lang w:val="nb-NO"/>
        </w:rPr>
        <w:t xml:space="preserve"> </w:t>
      </w:r>
      <w:proofErr w:type="spellStart"/>
      <w:r w:rsidRPr="0094023C">
        <w:rPr>
          <w:rFonts w:asciiTheme="majorHAnsi" w:hAnsiTheme="majorHAnsi" w:cstheme="majorHAnsi"/>
          <w:lang w:val="nb-NO"/>
        </w:rPr>
        <w:t>tähän.</w:t>
      </w:r>
    </w:p>
    <w:p w14:paraId="7DA5279E" w14:textId="7EF9BA15" w:rsidR="00B87D21" w:rsidRPr="00F96788" w:rsidRDefault="00000000" w:rsidP="00F96788">
      <w:pPr>
        <w:spacing w:after="0"/>
        <w:rPr>
          <w:rFonts w:asciiTheme="majorHAnsi" w:hAnsiTheme="majorHAnsi" w:cstheme="majorHAnsi"/>
          <w:lang w:val="nb-NO"/>
        </w:rPr>
      </w:pPr>
      <w:r w:rsidRPr="00F96788">
        <w:rPr>
          <w:rFonts w:asciiTheme="majorHAnsi" w:hAnsiTheme="majorHAnsi" w:cstheme="majorHAnsi"/>
          <w:i/>
          <w:lang w:val="nb-NO"/>
        </w:rPr>
        <w:t>O</w:t>
      </w:r>
      <w:proofErr w:type="spellEnd"/>
      <w:r w:rsidRPr="00F96788">
        <w:rPr>
          <w:rFonts w:asciiTheme="majorHAnsi" w:hAnsiTheme="majorHAnsi" w:cstheme="majorHAnsi"/>
          <w:i/>
          <w:lang w:val="nb-NO"/>
        </w:rPr>
        <w:t>k, kropp her.</w:t>
      </w:r>
    </w:p>
    <w:p w14:paraId="5DEAFE19" w14:textId="77777777" w:rsidR="0094023C" w:rsidRDefault="0094023C" w:rsidP="00F96788">
      <w:pPr>
        <w:spacing w:after="0"/>
        <w:rPr>
          <w:rFonts w:asciiTheme="majorHAnsi" w:hAnsiTheme="majorHAnsi" w:cstheme="majorHAnsi"/>
          <w:lang w:val="nb-NO"/>
        </w:rPr>
      </w:pPr>
      <w:proofErr w:type="spellStart"/>
      <w:r w:rsidRPr="0094023C">
        <w:rPr>
          <w:rFonts w:asciiTheme="majorHAnsi" w:hAnsiTheme="majorHAnsi" w:cstheme="majorHAnsi"/>
          <w:lang w:val="nb-NO"/>
        </w:rPr>
        <w:t>Vaattheet</w:t>
      </w:r>
      <w:proofErr w:type="spellEnd"/>
      <w:r w:rsidRPr="0094023C">
        <w:rPr>
          <w:rFonts w:asciiTheme="majorHAnsi" w:hAnsiTheme="majorHAnsi" w:cstheme="majorHAnsi"/>
          <w:lang w:val="nb-NO"/>
        </w:rPr>
        <w:t xml:space="preserve"> </w:t>
      </w:r>
      <w:proofErr w:type="spellStart"/>
      <w:r w:rsidRPr="0094023C">
        <w:rPr>
          <w:rFonts w:asciiTheme="majorHAnsi" w:hAnsiTheme="majorHAnsi" w:cstheme="majorHAnsi"/>
          <w:lang w:val="nb-NO"/>
        </w:rPr>
        <w:t>tuohon</w:t>
      </w:r>
      <w:proofErr w:type="spellEnd"/>
      <w:r w:rsidRPr="0094023C">
        <w:rPr>
          <w:rFonts w:asciiTheme="majorHAnsi" w:hAnsiTheme="majorHAnsi" w:cstheme="majorHAnsi"/>
          <w:lang w:val="nb-NO"/>
        </w:rPr>
        <w:t>.</w:t>
      </w:r>
    </w:p>
    <w:p w14:paraId="08847E4A" w14:textId="660160C9" w:rsidR="00B87D21" w:rsidRPr="00F96788" w:rsidRDefault="00000000" w:rsidP="00F96788">
      <w:pPr>
        <w:spacing w:after="0"/>
        <w:rPr>
          <w:rFonts w:asciiTheme="majorHAnsi" w:hAnsiTheme="majorHAnsi" w:cstheme="majorHAnsi"/>
          <w:lang w:val="nb-NO"/>
        </w:rPr>
      </w:pPr>
      <w:r w:rsidRPr="00F96788">
        <w:rPr>
          <w:rFonts w:asciiTheme="majorHAnsi" w:hAnsiTheme="majorHAnsi" w:cstheme="majorHAnsi"/>
          <w:i/>
          <w:lang w:val="nb-NO"/>
        </w:rPr>
        <w:t>Klær der.</w:t>
      </w:r>
    </w:p>
    <w:p w14:paraId="5DED9FB8" w14:textId="77777777" w:rsidR="00B87D21" w:rsidRPr="00F96788" w:rsidRDefault="00B87D21" w:rsidP="00F96788">
      <w:pPr>
        <w:spacing w:after="0"/>
        <w:rPr>
          <w:rFonts w:asciiTheme="majorHAnsi" w:hAnsiTheme="majorHAnsi" w:cstheme="majorHAnsi"/>
          <w:lang w:val="nb-NO"/>
        </w:rPr>
      </w:pPr>
    </w:p>
    <w:p w14:paraId="26D1A06C" w14:textId="013D46A1" w:rsidR="00550739" w:rsidRPr="00F96788" w:rsidRDefault="00550739" w:rsidP="00F96788">
      <w:pPr>
        <w:spacing w:after="0"/>
        <w:rPr>
          <w:rFonts w:asciiTheme="majorHAnsi" w:hAnsiTheme="majorHAnsi" w:cstheme="majorHAnsi"/>
          <w:lang w:val="nb-NO"/>
        </w:rPr>
      </w:pPr>
      <w:proofErr w:type="spellStart"/>
      <w:r w:rsidRPr="00F96788">
        <w:rPr>
          <w:rFonts w:asciiTheme="majorHAnsi" w:hAnsiTheme="majorHAnsi" w:cstheme="majorHAnsi"/>
          <w:lang w:val="nb-NO"/>
        </w:rPr>
        <w:t>EEVA</w:t>
      </w:r>
      <w:proofErr w:type="spellEnd"/>
      <w:r w:rsidRPr="00F96788">
        <w:rPr>
          <w:rFonts w:asciiTheme="majorHAnsi" w:hAnsiTheme="majorHAnsi" w:cstheme="majorHAnsi"/>
          <w:lang w:val="nb-NO"/>
        </w:rPr>
        <w:t>:</w:t>
      </w:r>
    </w:p>
    <w:p w14:paraId="6F1EDD32" w14:textId="77777777" w:rsidR="0094023C" w:rsidRDefault="0094023C" w:rsidP="00F96788">
      <w:pPr>
        <w:spacing w:after="0"/>
        <w:rPr>
          <w:rFonts w:asciiTheme="majorHAnsi" w:hAnsiTheme="majorHAnsi" w:cstheme="majorHAnsi"/>
          <w:lang w:val="nb-NO"/>
        </w:rPr>
      </w:pPr>
      <w:proofErr w:type="spellStart"/>
      <w:r w:rsidRPr="0094023C">
        <w:rPr>
          <w:rFonts w:asciiTheme="majorHAnsi" w:hAnsiTheme="majorHAnsi" w:cstheme="majorHAnsi"/>
          <w:lang w:val="nb-NO"/>
        </w:rPr>
        <w:t>Alaskäsin</w:t>
      </w:r>
      <w:proofErr w:type="spellEnd"/>
      <w:r w:rsidRPr="0094023C">
        <w:rPr>
          <w:rFonts w:asciiTheme="majorHAnsi" w:hAnsiTheme="majorHAnsi" w:cstheme="majorHAnsi"/>
          <w:lang w:val="nb-NO"/>
        </w:rPr>
        <w:t>.</w:t>
      </w:r>
    </w:p>
    <w:p w14:paraId="348926F7" w14:textId="0AB8D061" w:rsidR="00B87D21" w:rsidRPr="00F96788" w:rsidRDefault="00000000" w:rsidP="00F96788">
      <w:pPr>
        <w:spacing w:after="0"/>
        <w:rPr>
          <w:rFonts w:asciiTheme="majorHAnsi" w:hAnsiTheme="majorHAnsi" w:cstheme="majorHAnsi"/>
          <w:lang w:val="nb-NO"/>
        </w:rPr>
      </w:pPr>
      <w:r w:rsidRPr="00F96788">
        <w:rPr>
          <w:rFonts w:asciiTheme="majorHAnsi" w:hAnsiTheme="majorHAnsi" w:cstheme="majorHAnsi"/>
          <w:i/>
          <w:lang w:val="nb-NO"/>
        </w:rPr>
        <w:t>Nedover</w:t>
      </w:r>
    </w:p>
    <w:p w14:paraId="0CA8B217" w14:textId="77777777" w:rsidR="00B87D21" w:rsidRPr="00F96788" w:rsidRDefault="00B87D21" w:rsidP="00F96788">
      <w:pPr>
        <w:spacing w:after="0"/>
        <w:rPr>
          <w:rFonts w:asciiTheme="majorHAnsi" w:hAnsiTheme="majorHAnsi" w:cstheme="majorHAnsi"/>
          <w:lang w:val="nb-NO"/>
        </w:rPr>
      </w:pPr>
    </w:p>
    <w:p w14:paraId="3EC4E676" w14:textId="597F486A" w:rsidR="00B87D21" w:rsidRPr="00F96788" w:rsidRDefault="00550739" w:rsidP="00F96788">
      <w:pPr>
        <w:spacing w:after="0"/>
        <w:rPr>
          <w:rFonts w:asciiTheme="majorHAnsi" w:hAnsiTheme="majorHAnsi" w:cstheme="majorHAnsi"/>
          <w:lang w:val="nb-NO"/>
        </w:rPr>
      </w:pPr>
      <w:r w:rsidRPr="00F96788">
        <w:rPr>
          <w:rFonts w:asciiTheme="majorHAnsi" w:hAnsiTheme="majorHAnsi" w:cstheme="majorHAnsi"/>
          <w:lang w:val="nb-NO"/>
        </w:rPr>
        <w:t>ELEV:</w:t>
      </w:r>
    </w:p>
    <w:p w14:paraId="6B193FD7" w14:textId="77777777" w:rsidR="0094023C" w:rsidRDefault="0094023C" w:rsidP="00F96788">
      <w:pPr>
        <w:spacing w:after="0"/>
        <w:rPr>
          <w:rFonts w:asciiTheme="majorHAnsi" w:hAnsiTheme="majorHAnsi" w:cstheme="majorHAnsi"/>
          <w:lang w:val="nb-NO"/>
        </w:rPr>
      </w:pPr>
      <w:proofErr w:type="spellStart"/>
      <w:r w:rsidRPr="0094023C">
        <w:rPr>
          <w:rFonts w:asciiTheme="majorHAnsi" w:hAnsiTheme="majorHAnsi" w:cstheme="majorHAnsi"/>
          <w:lang w:val="nb-NO"/>
        </w:rPr>
        <w:t>Siirä</w:t>
      </w:r>
      <w:proofErr w:type="spellEnd"/>
      <w:r w:rsidRPr="0094023C">
        <w:rPr>
          <w:rFonts w:asciiTheme="majorHAnsi" w:hAnsiTheme="majorHAnsi" w:cstheme="majorHAnsi"/>
          <w:lang w:val="nb-NO"/>
        </w:rPr>
        <w:t xml:space="preserve"> </w:t>
      </w:r>
      <w:proofErr w:type="spellStart"/>
      <w:r w:rsidRPr="0094023C">
        <w:rPr>
          <w:rFonts w:asciiTheme="majorHAnsi" w:hAnsiTheme="majorHAnsi" w:cstheme="majorHAnsi"/>
          <w:lang w:val="nb-NO"/>
        </w:rPr>
        <w:t>sitä</w:t>
      </w:r>
      <w:proofErr w:type="spellEnd"/>
      <w:r w:rsidRPr="0094023C">
        <w:rPr>
          <w:rFonts w:asciiTheme="majorHAnsi" w:hAnsiTheme="majorHAnsi" w:cstheme="majorHAnsi"/>
          <w:lang w:val="nb-NO"/>
        </w:rPr>
        <w:t xml:space="preserve"> vasemalle. </w:t>
      </w:r>
    </w:p>
    <w:p w14:paraId="3BC7E718" w14:textId="34D50478" w:rsidR="00B87D21" w:rsidRPr="00F96788" w:rsidRDefault="00000000" w:rsidP="00F96788">
      <w:pPr>
        <w:spacing w:after="0"/>
        <w:rPr>
          <w:rFonts w:asciiTheme="majorHAnsi" w:hAnsiTheme="majorHAnsi" w:cstheme="majorHAnsi"/>
          <w:lang w:val="nb-NO"/>
        </w:rPr>
      </w:pPr>
      <w:r w:rsidRPr="00F96788">
        <w:rPr>
          <w:rFonts w:asciiTheme="majorHAnsi" w:hAnsiTheme="majorHAnsi" w:cstheme="majorHAnsi"/>
          <w:i/>
          <w:lang w:val="nb-NO"/>
        </w:rPr>
        <w:t>Flytt den til venstre.</w:t>
      </w:r>
    </w:p>
    <w:p w14:paraId="7EF94FFE" w14:textId="77777777" w:rsidR="00B87D21" w:rsidRPr="00F96788" w:rsidRDefault="00B87D21" w:rsidP="00F96788">
      <w:pPr>
        <w:spacing w:after="0"/>
        <w:rPr>
          <w:rFonts w:asciiTheme="majorHAnsi" w:hAnsiTheme="majorHAnsi" w:cstheme="majorHAnsi"/>
          <w:lang w:val="nb-NO"/>
        </w:rPr>
      </w:pPr>
    </w:p>
    <w:p w14:paraId="4EC96682" w14:textId="3DECCAF8" w:rsidR="00550739" w:rsidRPr="00F96788" w:rsidRDefault="00550739" w:rsidP="00F96788">
      <w:pPr>
        <w:spacing w:after="0"/>
        <w:rPr>
          <w:rFonts w:asciiTheme="majorHAnsi" w:hAnsiTheme="majorHAnsi" w:cstheme="majorHAnsi"/>
          <w:lang w:val="nb-NO"/>
        </w:rPr>
      </w:pPr>
      <w:r w:rsidRPr="00F96788">
        <w:rPr>
          <w:rFonts w:asciiTheme="majorHAnsi" w:hAnsiTheme="majorHAnsi" w:cstheme="majorHAnsi"/>
          <w:lang w:val="nb-NO"/>
        </w:rPr>
        <w:t>KAISA:</w:t>
      </w:r>
    </w:p>
    <w:p w14:paraId="3CC71A30" w14:textId="77777777" w:rsidR="0094023C" w:rsidRDefault="0094023C" w:rsidP="00F96788">
      <w:pPr>
        <w:spacing w:after="0"/>
        <w:rPr>
          <w:rFonts w:asciiTheme="majorHAnsi" w:hAnsiTheme="majorHAnsi" w:cstheme="majorHAnsi"/>
          <w:lang w:val="nb-NO"/>
        </w:rPr>
      </w:pPr>
      <w:proofErr w:type="spellStart"/>
      <w:r w:rsidRPr="0094023C">
        <w:rPr>
          <w:rFonts w:asciiTheme="majorHAnsi" w:hAnsiTheme="majorHAnsi" w:cstheme="majorHAnsi"/>
          <w:lang w:val="nb-NO"/>
        </w:rPr>
        <w:t>Siinä</w:t>
      </w:r>
      <w:proofErr w:type="spellEnd"/>
      <w:r w:rsidRPr="0094023C">
        <w:rPr>
          <w:rFonts w:asciiTheme="majorHAnsi" w:hAnsiTheme="majorHAnsi" w:cstheme="majorHAnsi"/>
          <w:lang w:val="nb-NO"/>
        </w:rPr>
        <w:t>!</w:t>
      </w:r>
    </w:p>
    <w:p w14:paraId="3E7C5D8C" w14:textId="1907013C" w:rsidR="00B87D21" w:rsidRPr="00F96788" w:rsidRDefault="00000000" w:rsidP="00F96788">
      <w:pPr>
        <w:spacing w:after="0"/>
        <w:rPr>
          <w:rFonts w:asciiTheme="majorHAnsi" w:hAnsiTheme="majorHAnsi" w:cstheme="majorHAnsi"/>
          <w:lang w:val="nb-NO"/>
        </w:rPr>
      </w:pPr>
      <w:r w:rsidRPr="00F96788">
        <w:rPr>
          <w:rFonts w:asciiTheme="majorHAnsi" w:hAnsiTheme="majorHAnsi" w:cstheme="majorHAnsi"/>
          <w:i/>
          <w:lang w:val="nb-NO"/>
        </w:rPr>
        <w:t>Sånn!</w:t>
      </w:r>
    </w:p>
    <w:p w14:paraId="1FE9B6E5" w14:textId="77777777" w:rsidR="0094023C" w:rsidRDefault="0094023C" w:rsidP="00F96788">
      <w:pPr>
        <w:spacing w:after="0"/>
        <w:rPr>
          <w:rFonts w:asciiTheme="majorHAnsi" w:hAnsiTheme="majorHAnsi" w:cstheme="majorHAnsi"/>
          <w:lang w:val="nb-NO"/>
        </w:rPr>
      </w:pPr>
      <w:proofErr w:type="spellStart"/>
      <w:r w:rsidRPr="0094023C">
        <w:rPr>
          <w:rFonts w:asciiTheme="majorHAnsi" w:hAnsiTheme="majorHAnsi" w:cstheme="majorHAnsi"/>
          <w:lang w:val="nb-NO"/>
        </w:rPr>
        <w:t>Ruoka</w:t>
      </w:r>
      <w:proofErr w:type="spellEnd"/>
      <w:r w:rsidRPr="0094023C">
        <w:rPr>
          <w:rFonts w:asciiTheme="majorHAnsi" w:hAnsiTheme="majorHAnsi" w:cstheme="majorHAnsi"/>
          <w:lang w:val="nb-NO"/>
        </w:rPr>
        <w:t xml:space="preserve"> </w:t>
      </w:r>
      <w:proofErr w:type="spellStart"/>
      <w:r w:rsidRPr="0094023C">
        <w:rPr>
          <w:rFonts w:asciiTheme="majorHAnsi" w:hAnsiTheme="majorHAnsi" w:cstheme="majorHAnsi"/>
          <w:lang w:val="nb-NO"/>
        </w:rPr>
        <w:t>tuohon</w:t>
      </w:r>
      <w:proofErr w:type="spellEnd"/>
      <w:r w:rsidRPr="0094023C">
        <w:rPr>
          <w:rFonts w:asciiTheme="majorHAnsi" w:hAnsiTheme="majorHAnsi" w:cstheme="majorHAnsi"/>
          <w:lang w:val="nb-NO"/>
        </w:rPr>
        <w:t>.</w:t>
      </w:r>
    </w:p>
    <w:p w14:paraId="1D14FAF7" w14:textId="3C1C2CA6" w:rsidR="00B87D21" w:rsidRPr="00F96788" w:rsidRDefault="00000000" w:rsidP="00F96788">
      <w:pPr>
        <w:spacing w:after="0"/>
        <w:rPr>
          <w:rFonts w:asciiTheme="majorHAnsi" w:hAnsiTheme="majorHAnsi" w:cstheme="majorHAnsi"/>
          <w:lang w:val="nb-NO"/>
        </w:rPr>
      </w:pPr>
      <w:r w:rsidRPr="00F96788">
        <w:rPr>
          <w:rFonts w:asciiTheme="majorHAnsi" w:hAnsiTheme="majorHAnsi" w:cstheme="majorHAnsi"/>
          <w:i/>
          <w:lang w:val="nb-NO"/>
        </w:rPr>
        <w:lastRenderedPageBreak/>
        <w:t>Mat der.</w:t>
      </w:r>
    </w:p>
    <w:p w14:paraId="48EC8A1B" w14:textId="77777777" w:rsidR="00B87D21" w:rsidRPr="00F96788" w:rsidRDefault="00B87D21" w:rsidP="00F96788">
      <w:pPr>
        <w:spacing w:after="0"/>
        <w:rPr>
          <w:rFonts w:asciiTheme="majorHAnsi" w:hAnsiTheme="majorHAnsi" w:cstheme="majorHAnsi"/>
          <w:lang w:val="nb-NO"/>
        </w:rPr>
      </w:pPr>
    </w:p>
    <w:p w14:paraId="357B0660" w14:textId="65466C52" w:rsidR="00B87D21" w:rsidRPr="00F96788" w:rsidRDefault="00550739" w:rsidP="00F96788">
      <w:pPr>
        <w:spacing w:after="0"/>
        <w:rPr>
          <w:rFonts w:asciiTheme="majorHAnsi" w:hAnsiTheme="majorHAnsi" w:cstheme="majorHAnsi"/>
          <w:lang w:val="nb-NO"/>
        </w:rPr>
      </w:pPr>
      <w:proofErr w:type="spellStart"/>
      <w:r w:rsidRPr="00F96788">
        <w:rPr>
          <w:rFonts w:asciiTheme="majorHAnsi" w:hAnsiTheme="majorHAnsi" w:cstheme="majorHAnsi"/>
          <w:lang w:val="nb-NO"/>
        </w:rPr>
        <w:t>EEVA</w:t>
      </w:r>
      <w:proofErr w:type="spellEnd"/>
      <w:r w:rsidRPr="00F96788">
        <w:rPr>
          <w:rFonts w:asciiTheme="majorHAnsi" w:hAnsiTheme="majorHAnsi" w:cstheme="majorHAnsi"/>
          <w:lang w:val="nb-NO"/>
        </w:rPr>
        <w:t>:</w:t>
      </w:r>
    </w:p>
    <w:p w14:paraId="6C5D9912" w14:textId="77777777" w:rsidR="0094023C" w:rsidRDefault="0094023C" w:rsidP="00F96788">
      <w:pPr>
        <w:spacing w:after="0"/>
        <w:rPr>
          <w:rFonts w:asciiTheme="majorHAnsi" w:hAnsiTheme="majorHAnsi" w:cstheme="majorHAnsi"/>
          <w:lang w:val="nb-NO"/>
        </w:rPr>
      </w:pPr>
      <w:r w:rsidRPr="0094023C">
        <w:rPr>
          <w:rFonts w:asciiTheme="majorHAnsi" w:hAnsiTheme="majorHAnsi" w:cstheme="majorHAnsi"/>
          <w:lang w:val="nb-NO"/>
        </w:rPr>
        <w:t xml:space="preserve">Ja </w:t>
      </w:r>
      <w:proofErr w:type="spellStart"/>
      <w:r w:rsidRPr="0094023C">
        <w:rPr>
          <w:rFonts w:asciiTheme="majorHAnsi" w:hAnsiTheme="majorHAnsi" w:cstheme="majorHAnsi"/>
          <w:lang w:val="nb-NO"/>
        </w:rPr>
        <w:t>rievu</w:t>
      </w:r>
      <w:proofErr w:type="spellEnd"/>
      <w:r w:rsidRPr="0094023C">
        <w:rPr>
          <w:rFonts w:asciiTheme="majorHAnsi" w:hAnsiTheme="majorHAnsi" w:cstheme="majorHAnsi"/>
          <w:lang w:val="nb-NO"/>
        </w:rPr>
        <w:t xml:space="preserve"> ja </w:t>
      </w:r>
      <w:proofErr w:type="spellStart"/>
      <w:r w:rsidRPr="0094023C">
        <w:rPr>
          <w:rFonts w:asciiTheme="majorHAnsi" w:hAnsiTheme="majorHAnsi" w:cstheme="majorHAnsi"/>
          <w:lang w:val="nb-NO"/>
        </w:rPr>
        <w:t>sylilapsentavarat</w:t>
      </w:r>
      <w:proofErr w:type="spellEnd"/>
      <w:r w:rsidRPr="0094023C">
        <w:rPr>
          <w:rFonts w:asciiTheme="majorHAnsi" w:hAnsiTheme="majorHAnsi" w:cstheme="majorHAnsi"/>
          <w:lang w:val="nb-NO"/>
        </w:rPr>
        <w:t xml:space="preserve"> </w:t>
      </w:r>
      <w:proofErr w:type="spellStart"/>
      <w:proofErr w:type="gramStart"/>
      <w:r w:rsidRPr="0094023C">
        <w:rPr>
          <w:rFonts w:asciiTheme="majorHAnsi" w:hAnsiTheme="majorHAnsi" w:cstheme="majorHAnsi"/>
          <w:lang w:val="nb-NO"/>
        </w:rPr>
        <w:t>tuone</w:t>
      </w:r>
      <w:proofErr w:type="spellEnd"/>
      <w:r w:rsidRPr="0094023C">
        <w:rPr>
          <w:rFonts w:asciiTheme="majorHAnsi" w:hAnsiTheme="majorHAnsi" w:cstheme="majorHAnsi"/>
          <w:lang w:val="nb-NO"/>
        </w:rPr>
        <w:t>…</w:t>
      </w:r>
      <w:proofErr w:type="gramEnd"/>
      <w:r w:rsidRPr="0094023C">
        <w:rPr>
          <w:rFonts w:asciiTheme="majorHAnsi" w:hAnsiTheme="majorHAnsi" w:cstheme="majorHAnsi"/>
          <w:lang w:val="nb-NO"/>
        </w:rPr>
        <w:t xml:space="preserve"> </w:t>
      </w:r>
    </w:p>
    <w:p w14:paraId="5D4EBE65" w14:textId="1A4F3980" w:rsidR="00B87D21" w:rsidRPr="00F96788" w:rsidRDefault="00000000" w:rsidP="00F96788">
      <w:pPr>
        <w:spacing w:after="0"/>
        <w:rPr>
          <w:rFonts w:asciiTheme="majorHAnsi" w:hAnsiTheme="majorHAnsi" w:cstheme="majorHAnsi"/>
          <w:lang w:val="nb-NO"/>
        </w:rPr>
      </w:pPr>
      <w:r w:rsidRPr="00F96788">
        <w:rPr>
          <w:rFonts w:asciiTheme="majorHAnsi" w:hAnsiTheme="majorHAnsi" w:cstheme="majorHAnsi"/>
          <w:i/>
          <w:lang w:val="nb-NO"/>
        </w:rPr>
        <w:t xml:space="preserve">Og bleier og </w:t>
      </w:r>
      <w:proofErr w:type="spellStart"/>
      <w:r w:rsidRPr="00F96788">
        <w:rPr>
          <w:rFonts w:asciiTheme="majorHAnsi" w:hAnsiTheme="majorHAnsi" w:cstheme="majorHAnsi"/>
          <w:i/>
          <w:lang w:val="nb-NO"/>
        </w:rPr>
        <w:t>babyting</w:t>
      </w:r>
      <w:proofErr w:type="spellEnd"/>
      <w:r w:rsidRPr="00F96788">
        <w:rPr>
          <w:rFonts w:asciiTheme="majorHAnsi" w:hAnsiTheme="majorHAnsi" w:cstheme="majorHAnsi"/>
          <w:i/>
          <w:lang w:val="nb-NO"/>
        </w:rPr>
        <w:t xml:space="preserve"> der </w:t>
      </w:r>
      <w:proofErr w:type="gramStart"/>
      <w:r w:rsidRPr="00F96788">
        <w:rPr>
          <w:rFonts w:asciiTheme="majorHAnsi" w:hAnsiTheme="majorHAnsi" w:cstheme="majorHAnsi"/>
          <w:i/>
          <w:lang w:val="nb-NO"/>
        </w:rPr>
        <w:t>borte...</w:t>
      </w:r>
      <w:proofErr w:type="gramEnd"/>
    </w:p>
    <w:p w14:paraId="6BB2A72E" w14:textId="77777777" w:rsidR="0094023C" w:rsidRDefault="0094023C" w:rsidP="00F96788">
      <w:pPr>
        <w:spacing w:after="0"/>
        <w:rPr>
          <w:rFonts w:asciiTheme="majorHAnsi" w:hAnsiTheme="majorHAnsi" w:cstheme="majorHAnsi"/>
          <w:lang w:val="nb-NO"/>
        </w:rPr>
      </w:pPr>
      <w:proofErr w:type="spellStart"/>
      <w:r w:rsidRPr="0094023C">
        <w:rPr>
          <w:rFonts w:asciiTheme="majorHAnsi" w:hAnsiTheme="majorHAnsi" w:cstheme="majorHAnsi"/>
          <w:lang w:val="nb-NO"/>
        </w:rPr>
        <w:t>Karhutanssi</w:t>
      </w:r>
      <w:proofErr w:type="spellEnd"/>
      <w:r w:rsidRPr="0094023C">
        <w:rPr>
          <w:rFonts w:asciiTheme="majorHAnsi" w:hAnsiTheme="majorHAnsi" w:cstheme="majorHAnsi"/>
          <w:lang w:val="nb-NO"/>
        </w:rPr>
        <w:t>.</w:t>
      </w:r>
    </w:p>
    <w:p w14:paraId="795B8A39" w14:textId="7C267DBD" w:rsidR="00B87D21" w:rsidRPr="00F96788" w:rsidRDefault="00000000" w:rsidP="00F96788">
      <w:pPr>
        <w:spacing w:after="0"/>
        <w:rPr>
          <w:rFonts w:asciiTheme="majorHAnsi" w:hAnsiTheme="majorHAnsi" w:cstheme="majorHAnsi"/>
          <w:lang w:val="nb-NO"/>
        </w:rPr>
      </w:pPr>
      <w:r w:rsidRPr="00F96788">
        <w:rPr>
          <w:rFonts w:asciiTheme="majorHAnsi" w:hAnsiTheme="majorHAnsi" w:cstheme="majorHAnsi"/>
          <w:i/>
          <w:lang w:val="nb-NO"/>
        </w:rPr>
        <w:t>Bjørnedans</w:t>
      </w:r>
    </w:p>
    <w:p w14:paraId="26835C5F" w14:textId="77777777" w:rsidR="0094023C" w:rsidRDefault="0094023C" w:rsidP="00F96788">
      <w:pPr>
        <w:spacing w:after="0"/>
        <w:rPr>
          <w:rFonts w:asciiTheme="majorHAnsi" w:hAnsiTheme="majorHAnsi" w:cstheme="majorHAnsi"/>
          <w:lang w:val="nb-NO"/>
        </w:rPr>
      </w:pPr>
      <w:proofErr w:type="spellStart"/>
      <w:r w:rsidRPr="0094023C">
        <w:rPr>
          <w:rFonts w:asciiTheme="majorHAnsi" w:hAnsiTheme="majorHAnsi" w:cstheme="majorHAnsi"/>
          <w:lang w:val="nb-NO"/>
        </w:rPr>
        <w:t>Vähän</w:t>
      </w:r>
      <w:proofErr w:type="spellEnd"/>
      <w:r w:rsidRPr="0094023C">
        <w:rPr>
          <w:rFonts w:asciiTheme="majorHAnsi" w:hAnsiTheme="majorHAnsi" w:cstheme="majorHAnsi"/>
          <w:lang w:val="nb-NO"/>
        </w:rPr>
        <w:t xml:space="preserve"> </w:t>
      </w:r>
      <w:proofErr w:type="spellStart"/>
      <w:r w:rsidRPr="0094023C">
        <w:rPr>
          <w:rFonts w:asciiTheme="majorHAnsi" w:hAnsiTheme="majorHAnsi" w:cstheme="majorHAnsi"/>
          <w:lang w:val="nb-NO"/>
        </w:rPr>
        <w:t>ylöskäsin</w:t>
      </w:r>
      <w:proofErr w:type="spellEnd"/>
      <w:r w:rsidRPr="0094023C">
        <w:rPr>
          <w:rFonts w:asciiTheme="majorHAnsi" w:hAnsiTheme="majorHAnsi" w:cstheme="majorHAnsi"/>
          <w:lang w:val="nb-NO"/>
        </w:rPr>
        <w:t>.</w:t>
      </w:r>
    </w:p>
    <w:p w14:paraId="606AE895" w14:textId="5C6EECE8" w:rsidR="00B87D21" w:rsidRPr="00F96788" w:rsidRDefault="00000000" w:rsidP="00F96788">
      <w:pPr>
        <w:spacing w:after="0"/>
        <w:rPr>
          <w:rFonts w:asciiTheme="majorHAnsi" w:hAnsiTheme="majorHAnsi" w:cstheme="majorHAnsi"/>
          <w:lang w:val="nb-NO"/>
        </w:rPr>
      </w:pPr>
      <w:r w:rsidRPr="00F96788">
        <w:rPr>
          <w:rFonts w:asciiTheme="majorHAnsi" w:hAnsiTheme="majorHAnsi" w:cstheme="majorHAnsi"/>
          <w:i/>
          <w:lang w:val="nb-NO"/>
        </w:rPr>
        <w:t>Litt opp.</w:t>
      </w:r>
    </w:p>
    <w:p w14:paraId="3D10DE29" w14:textId="77777777" w:rsidR="00B87D21" w:rsidRPr="00F96788" w:rsidRDefault="00000000" w:rsidP="00F96788">
      <w:pPr>
        <w:spacing w:after="0"/>
        <w:rPr>
          <w:rFonts w:asciiTheme="majorHAnsi" w:hAnsiTheme="majorHAnsi" w:cstheme="majorHAnsi"/>
          <w:lang w:val="nb-NO"/>
        </w:rPr>
      </w:pPr>
      <w:proofErr w:type="spellStart"/>
      <w:r w:rsidRPr="00F96788">
        <w:rPr>
          <w:rFonts w:asciiTheme="majorHAnsi" w:hAnsiTheme="majorHAnsi" w:cstheme="majorHAnsi"/>
          <w:lang w:val="nb-NO"/>
        </w:rPr>
        <w:t>Nuoin</w:t>
      </w:r>
      <w:proofErr w:type="spellEnd"/>
      <w:r w:rsidRPr="00F96788">
        <w:rPr>
          <w:rFonts w:asciiTheme="majorHAnsi" w:hAnsiTheme="majorHAnsi" w:cstheme="majorHAnsi"/>
          <w:lang w:val="nb-NO"/>
        </w:rPr>
        <w:t>.</w:t>
      </w:r>
    </w:p>
    <w:p w14:paraId="4B27B298" w14:textId="2DD16E4C" w:rsidR="00B87D21" w:rsidRPr="00F96788" w:rsidRDefault="00000000" w:rsidP="00F96788">
      <w:pPr>
        <w:spacing w:after="0"/>
        <w:rPr>
          <w:rFonts w:asciiTheme="majorHAnsi" w:hAnsiTheme="majorHAnsi" w:cstheme="majorHAnsi"/>
          <w:lang w:val="nb-NO"/>
        </w:rPr>
      </w:pPr>
      <w:r w:rsidRPr="00F96788">
        <w:rPr>
          <w:rFonts w:asciiTheme="majorHAnsi" w:hAnsiTheme="majorHAnsi" w:cstheme="majorHAnsi"/>
          <w:i/>
          <w:lang w:val="nb-NO"/>
        </w:rPr>
        <w:t>Sånn.</w:t>
      </w:r>
    </w:p>
    <w:p w14:paraId="334C8F39" w14:textId="77777777" w:rsidR="00D11B15" w:rsidRPr="00F96788" w:rsidRDefault="00D11B15" w:rsidP="00F96788">
      <w:pPr>
        <w:spacing w:after="0"/>
        <w:rPr>
          <w:rFonts w:asciiTheme="majorHAnsi" w:hAnsiTheme="majorHAnsi" w:cstheme="majorHAnsi"/>
          <w:lang w:val="nb-NO"/>
        </w:rPr>
      </w:pPr>
    </w:p>
    <w:p w14:paraId="751140EE" w14:textId="77777777" w:rsidR="00D11B15" w:rsidRPr="00F96788" w:rsidRDefault="00D11B15" w:rsidP="00F96788">
      <w:pPr>
        <w:spacing w:after="0"/>
        <w:rPr>
          <w:rFonts w:asciiTheme="majorHAnsi" w:hAnsiTheme="majorHAnsi" w:cstheme="majorHAnsi"/>
          <w:lang w:val="nb-NO"/>
        </w:rPr>
      </w:pPr>
      <w:r w:rsidRPr="00F96788">
        <w:rPr>
          <w:rFonts w:asciiTheme="majorHAnsi" w:hAnsiTheme="majorHAnsi" w:cstheme="majorHAnsi"/>
          <w:lang w:val="nb-NO"/>
        </w:rPr>
        <w:t>PLAKAT:</w:t>
      </w:r>
    </w:p>
    <w:p w14:paraId="1A7B1CBD" w14:textId="77777777" w:rsidR="0094023C" w:rsidRDefault="0094023C" w:rsidP="00F96788">
      <w:pPr>
        <w:spacing w:after="0"/>
        <w:rPr>
          <w:rFonts w:asciiTheme="majorHAnsi" w:hAnsiTheme="majorHAnsi" w:cstheme="majorHAnsi"/>
          <w:lang w:val="nb-NO"/>
        </w:rPr>
      </w:pPr>
      <w:proofErr w:type="spellStart"/>
      <w:r w:rsidRPr="0094023C">
        <w:rPr>
          <w:rFonts w:asciiTheme="majorHAnsi" w:hAnsiTheme="majorHAnsi" w:cstheme="majorHAnsi"/>
          <w:lang w:val="nb-NO"/>
        </w:rPr>
        <w:t>Uhattu</w:t>
      </w:r>
      <w:proofErr w:type="spellEnd"/>
      <w:r w:rsidRPr="0094023C">
        <w:rPr>
          <w:rFonts w:asciiTheme="majorHAnsi" w:hAnsiTheme="majorHAnsi" w:cstheme="majorHAnsi"/>
          <w:lang w:val="nb-NO"/>
        </w:rPr>
        <w:t>!!!</w:t>
      </w:r>
    </w:p>
    <w:p w14:paraId="4EB51372" w14:textId="0B1AB414" w:rsidR="00B87D21" w:rsidRPr="00F96788" w:rsidRDefault="00000000" w:rsidP="00F96788">
      <w:pPr>
        <w:spacing w:after="0"/>
        <w:rPr>
          <w:rFonts w:asciiTheme="majorHAnsi" w:hAnsiTheme="majorHAnsi" w:cstheme="majorHAnsi"/>
          <w:lang w:val="nb-NO"/>
        </w:rPr>
      </w:pPr>
      <w:r w:rsidRPr="00F96788">
        <w:rPr>
          <w:rFonts w:asciiTheme="majorHAnsi" w:hAnsiTheme="majorHAnsi" w:cstheme="majorHAnsi"/>
          <w:i/>
          <w:lang w:val="nb-NO"/>
        </w:rPr>
        <w:t>Truet!!!</w:t>
      </w:r>
    </w:p>
    <w:p w14:paraId="1FD60700" w14:textId="77777777" w:rsidR="00B87D21" w:rsidRPr="00F96788" w:rsidRDefault="00B87D21" w:rsidP="00F96788">
      <w:pPr>
        <w:spacing w:after="0"/>
        <w:rPr>
          <w:rFonts w:asciiTheme="majorHAnsi" w:hAnsiTheme="majorHAnsi" w:cstheme="majorHAnsi"/>
          <w:lang w:val="nb-NO"/>
        </w:rPr>
      </w:pPr>
    </w:p>
    <w:p w14:paraId="258D9425" w14:textId="77777777" w:rsidR="00D11B15" w:rsidRPr="00F96788" w:rsidRDefault="00D11B15" w:rsidP="00F96788">
      <w:pPr>
        <w:spacing w:after="0"/>
        <w:rPr>
          <w:rFonts w:asciiTheme="majorHAnsi" w:hAnsiTheme="majorHAnsi" w:cstheme="majorHAnsi"/>
          <w:lang w:val="nb-NO"/>
        </w:rPr>
      </w:pPr>
      <w:r w:rsidRPr="00F96788">
        <w:rPr>
          <w:rFonts w:asciiTheme="majorHAnsi" w:hAnsiTheme="majorHAnsi" w:cstheme="majorHAnsi"/>
          <w:lang w:val="nb-NO"/>
        </w:rPr>
        <w:t>DATASKJERM:</w:t>
      </w:r>
    </w:p>
    <w:p w14:paraId="79E874BD" w14:textId="77777777" w:rsidR="007D1361" w:rsidRDefault="007D1361" w:rsidP="00F96788">
      <w:pPr>
        <w:spacing w:after="0"/>
        <w:rPr>
          <w:rFonts w:asciiTheme="majorHAnsi" w:hAnsiTheme="majorHAnsi" w:cstheme="majorHAnsi"/>
          <w:lang w:val="nb-NO"/>
        </w:rPr>
      </w:pPr>
      <w:proofErr w:type="spellStart"/>
      <w:r w:rsidRPr="007D1361">
        <w:rPr>
          <w:rFonts w:asciiTheme="majorHAnsi" w:hAnsiTheme="majorHAnsi" w:cstheme="majorHAnsi"/>
          <w:lang w:val="nb-NO"/>
        </w:rPr>
        <w:t>Aukkein</w:t>
      </w:r>
      <w:proofErr w:type="spellEnd"/>
      <w:r w:rsidRPr="007D1361">
        <w:rPr>
          <w:rFonts w:asciiTheme="majorHAnsi" w:hAnsiTheme="majorHAnsi" w:cstheme="majorHAnsi"/>
          <w:lang w:val="nb-NO"/>
        </w:rPr>
        <w:t xml:space="preserve"> </w:t>
      </w:r>
      <w:proofErr w:type="spellStart"/>
      <w:r w:rsidRPr="007D1361">
        <w:rPr>
          <w:rFonts w:asciiTheme="majorHAnsi" w:hAnsiTheme="majorHAnsi" w:cstheme="majorHAnsi"/>
          <w:lang w:val="nb-NO"/>
        </w:rPr>
        <w:t>kesätyöhakemus</w:t>
      </w:r>
      <w:proofErr w:type="spellEnd"/>
      <w:r w:rsidRPr="007D1361">
        <w:rPr>
          <w:rFonts w:asciiTheme="majorHAnsi" w:hAnsiTheme="majorHAnsi" w:cstheme="majorHAnsi"/>
          <w:lang w:val="nb-NO"/>
        </w:rPr>
        <w:t>.</w:t>
      </w:r>
    </w:p>
    <w:p w14:paraId="28ED063D" w14:textId="0CFA5055" w:rsidR="00B87D21" w:rsidRPr="00F96788" w:rsidRDefault="00000000" w:rsidP="00F96788">
      <w:pPr>
        <w:spacing w:after="0"/>
        <w:rPr>
          <w:rFonts w:asciiTheme="majorHAnsi" w:hAnsiTheme="majorHAnsi" w:cstheme="majorHAnsi"/>
          <w:lang w:val="nb-NO"/>
        </w:rPr>
      </w:pPr>
      <w:r w:rsidRPr="00F96788">
        <w:rPr>
          <w:rFonts w:asciiTheme="majorHAnsi" w:hAnsiTheme="majorHAnsi" w:cstheme="majorHAnsi"/>
          <w:i/>
          <w:lang w:val="nb-NO"/>
        </w:rPr>
        <w:t>Åpen søknad om sommerjobb.</w:t>
      </w:r>
    </w:p>
    <w:p w14:paraId="3D5EEC67" w14:textId="77777777" w:rsidR="00D11B15" w:rsidRPr="00F96788" w:rsidRDefault="00D11B15" w:rsidP="00F96788">
      <w:pPr>
        <w:spacing w:after="0"/>
        <w:rPr>
          <w:rFonts w:asciiTheme="majorHAnsi" w:hAnsiTheme="majorHAnsi" w:cstheme="majorHAnsi"/>
          <w:lang w:val="nb-NO"/>
        </w:rPr>
      </w:pPr>
    </w:p>
    <w:p w14:paraId="23BF1BAD" w14:textId="77777777" w:rsidR="00D11B15" w:rsidRPr="00F96788" w:rsidRDefault="00D11B15" w:rsidP="00F96788">
      <w:pPr>
        <w:spacing w:after="0"/>
        <w:rPr>
          <w:rFonts w:asciiTheme="majorHAnsi" w:hAnsiTheme="majorHAnsi" w:cstheme="majorHAnsi"/>
          <w:lang w:val="nb-NO"/>
        </w:rPr>
      </w:pPr>
      <w:r w:rsidRPr="00F96788">
        <w:rPr>
          <w:rFonts w:asciiTheme="majorHAnsi" w:hAnsiTheme="majorHAnsi" w:cstheme="majorHAnsi"/>
          <w:lang w:val="nb-NO"/>
        </w:rPr>
        <w:t>AARON</w:t>
      </w:r>
    </w:p>
    <w:p w14:paraId="734CB6A0" w14:textId="77777777" w:rsidR="007D1361" w:rsidRDefault="007D1361" w:rsidP="00F96788">
      <w:pPr>
        <w:spacing w:after="0"/>
        <w:rPr>
          <w:rFonts w:asciiTheme="majorHAnsi" w:hAnsiTheme="majorHAnsi" w:cstheme="majorHAnsi"/>
          <w:lang w:val="nb-NO"/>
        </w:rPr>
      </w:pPr>
      <w:proofErr w:type="spellStart"/>
      <w:r w:rsidRPr="007D1361">
        <w:rPr>
          <w:rFonts w:asciiTheme="majorHAnsi" w:hAnsiTheme="majorHAnsi" w:cstheme="majorHAnsi"/>
          <w:lang w:val="nb-NO"/>
        </w:rPr>
        <w:t>Saatanan</w:t>
      </w:r>
      <w:proofErr w:type="spellEnd"/>
      <w:r w:rsidRPr="007D1361">
        <w:rPr>
          <w:rFonts w:asciiTheme="majorHAnsi" w:hAnsiTheme="majorHAnsi" w:cstheme="majorHAnsi"/>
          <w:lang w:val="nb-NO"/>
        </w:rPr>
        <w:t xml:space="preserve"> </w:t>
      </w:r>
      <w:proofErr w:type="spellStart"/>
      <w:r w:rsidRPr="007D1361">
        <w:rPr>
          <w:rFonts w:asciiTheme="majorHAnsi" w:hAnsiTheme="majorHAnsi" w:cstheme="majorHAnsi"/>
          <w:lang w:val="nb-NO"/>
        </w:rPr>
        <w:t>printteri</w:t>
      </w:r>
      <w:proofErr w:type="spellEnd"/>
      <w:r w:rsidRPr="007D1361">
        <w:rPr>
          <w:rFonts w:asciiTheme="majorHAnsi" w:hAnsiTheme="majorHAnsi" w:cstheme="majorHAnsi"/>
          <w:lang w:val="nb-NO"/>
        </w:rPr>
        <w:t>.</w:t>
      </w:r>
    </w:p>
    <w:p w14:paraId="759B9864" w14:textId="54F9194E" w:rsidR="00B87D21" w:rsidRPr="00F96788" w:rsidRDefault="00000000" w:rsidP="00F96788">
      <w:pPr>
        <w:spacing w:after="0"/>
        <w:rPr>
          <w:rFonts w:asciiTheme="majorHAnsi" w:hAnsiTheme="majorHAnsi" w:cstheme="majorHAnsi"/>
          <w:lang w:val="nb-NO"/>
        </w:rPr>
      </w:pPr>
      <w:r w:rsidRPr="00F96788">
        <w:rPr>
          <w:rFonts w:asciiTheme="majorHAnsi" w:hAnsiTheme="majorHAnsi" w:cstheme="majorHAnsi"/>
          <w:i/>
          <w:lang w:val="nb-NO"/>
        </w:rPr>
        <w:t>Den forbanna printeren!</w:t>
      </w:r>
    </w:p>
    <w:p w14:paraId="324988EB" w14:textId="77777777" w:rsidR="00D11B15" w:rsidRPr="00F96788" w:rsidRDefault="00D11B15" w:rsidP="00F96788">
      <w:pPr>
        <w:spacing w:after="0"/>
        <w:rPr>
          <w:rFonts w:asciiTheme="majorHAnsi" w:hAnsiTheme="majorHAnsi" w:cstheme="majorHAnsi"/>
          <w:lang w:val="nb-NO"/>
        </w:rPr>
      </w:pPr>
    </w:p>
    <w:p w14:paraId="57B6E682" w14:textId="7FA3CE26" w:rsidR="00D11B15" w:rsidRPr="00F96788" w:rsidRDefault="00D11B15" w:rsidP="00F96788">
      <w:pPr>
        <w:spacing w:after="0"/>
        <w:rPr>
          <w:rFonts w:asciiTheme="majorHAnsi" w:hAnsiTheme="majorHAnsi" w:cstheme="majorHAnsi"/>
          <w:lang w:val="nb-NO"/>
        </w:rPr>
      </w:pPr>
      <w:r w:rsidRPr="00F96788">
        <w:rPr>
          <w:rFonts w:asciiTheme="majorHAnsi" w:hAnsiTheme="majorHAnsi" w:cstheme="majorHAnsi"/>
          <w:lang w:val="nb-NO"/>
        </w:rPr>
        <w:t>PLAKAT:</w:t>
      </w:r>
    </w:p>
    <w:p w14:paraId="5977D4A2" w14:textId="77777777" w:rsidR="007D1361" w:rsidRDefault="007D1361" w:rsidP="00F96788">
      <w:pPr>
        <w:spacing w:after="0"/>
        <w:rPr>
          <w:rFonts w:asciiTheme="majorHAnsi" w:hAnsiTheme="majorHAnsi" w:cstheme="majorHAnsi"/>
          <w:lang w:val="nb-NO"/>
        </w:rPr>
      </w:pPr>
      <w:r w:rsidRPr="007D1361">
        <w:rPr>
          <w:rFonts w:asciiTheme="majorHAnsi" w:hAnsiTheme="majorHAnsi" w:cstheme="majorHAnsi"/>
          <w:lang w:val="nb-NO"/>
        </w:rPr>
        <w:t>“</w:t>
      </w:r>
      <w:proofErr w:type="spellStart"/>
      <w:r w:rsidRPr="007D1361">
        <w:rPr>
          <w:rFonts w:asciiTheme="majorHAnsi" w:hAnsiTheme="majorHAnsi" w:cstheme="majorHAnsi"/>
          <w:lang w:val="nb-NO"/>
        </w:rPr>
        <w:t>Pelastakkaa</w:t>
      </w:r>
      <w:proofErr w:type="spellEnd"/>
      <w:r w:rsidRPr="007D1361">
        <w:rPr>
          <w:rFonts w:asciiTheme="majorHAnsi" w:hAnsiTheme="majorHAnsi" w:cstheme="majorHAnsi"/>
          <w:lang w:val="nb-NO"/>
        </w:rPr>
        <w:t xml:space="preserve"> </w:t>
      </w:r>
      <w:proofErr w:type="spellStart"/>
      <w:r w:rsidRPr="007D1361">
        <w:rPr>
          <w:rFonts w:asciiTheme="majorHAnsi" w:hAnsiTheme="majorHAnsi" w:cstheme="majorHAnsi"/>
          <w:lang w:val="nb-NO"/>
        </w:rPr>
        <w:t>meitän</w:t>
      </w:r>
      <w:proofErr w:type="spellEnd"/>
      <w:r w:rsidRPr="007D1361">
        <w:rPr>
          <w:rFonts w:asciiTheme="majorHAnsi" w:hAnsiTheme="majorHAnsi" w:cstheme="majorHAnsi"/>
          <w:lang w:val="nb-NO"/>
        </w:rPr>
        <w:t xml:space="preserve"> </w:t>
      </w:r>
      <w:proofErr w:type="spellStart"/>
      <w:r w:rsidRPr="007D1361">
        <w:rPr>
          <w:rFonts w:asciiTheme="majorHAnsi" w:hAnsiTheme="majorHAnsi" w:cstheme="majorHAnsi"/>
          <w:lang w:val="nb-NO"/>
        </w:rPr>
        <w:t>joren</w:t>
      </w:r>
      <w:proofErr w:type="spellEnd"/>
      <w:r w:rsidRPr="007D1361">
        <w:rPr>
          <w:rFonts w:asciiTheme="majorHAnsi" w:hAnsiTheme="majorHAnsi" w:cstheme="majorHAnsi"/>
          <w:lang w:val="nb-NO"/>
        </w:rPr>
        <w:t xml:space="preserve"> </w:t>
      </w:r>
      <w:proofErr w:type="spellStart"/>
      <w:r w:rsidRPr="007D1361">
        <w:rPr>
          <w:rFonts w:asciiTheme="majorHAnsi" w:hAnsiTheme="majorHAnsi" w:cstheme="majorHAnsi"/>
          <w:lang w:val="nb-NO"/>
        </w:rPr>
        <w:t>kalat</w:t>
      </w:r>
      <w:proofErr w:type="spellEnd"/>
      <w:r w:rsidRPr="007D1361">
        <w:rPr>
          <w:rFonts w:asciiTheme="majorHAnsi" w:hAnsiTheme="majorHAnsi" w:cstheme="majorHAnsi"/>
          <w:lang w:val="nb-NO"/>
        </w:rPr>
        <w:t xml:space="preserve"> </w:t>
      </w:r>
      <w:proofErr w:type="spellStart"/>
      <w:r w:rsidRPr="007D1361">
        <w:rPr>
          <w:rFonts w:asciiTheme="majorHAnsi" w:hAnsiTheme="majorHAnsi" w:cstheme="majorHAnsi"/>
          <w:lang w:val="nb-NO"/>
        </w:rPr>
        <w:t>kuolhaan</w:t>
      </w:r>
      <w:proofErr w:type="spellEnd"/>
      <w:r w:rsidRPr="007D1361">
        <w:rPr>
          <w:rFonts w:asciiTheme="majorHAnsi" w:hAnsiTheme="majorHAnsi" w:cstheme="majorHAnsi"/>
          <w:lang w:val="nb-NO"/>
        </w:rPr>
        <w:t>!”</w:t>
      </w:r>
      <w:r w:rsidRPr="007D1361">
        <w:rPr>
          <w:rFonts w:asciiTheme="majorHAnsi" w:hAnsiTheme="majorHAnsi" w:cstheme="majorHAnsi"/>
          <w:lang w:val="nb-NO"/>
        </w:rPr>
        <w:t xml:space="preserve"> </w:t>
      </w:r>
    </w:p>
    <w:p w14:paraId="203EBA24" w14:textId="16050404" w:rsidR="00B87D21" w:rsidRPr="00F96788" w:rsidRDefault="00000000" w:rsidP="00F96788">
      <w:pPr>
        <w:spacing w:after="0"/>
        <w:rPr>
          <w:rFonts w:asciiTheme="majorHAnsi" w:hAnsiTheme="majorHAnsi" w:cstheme="majorHAnsi"/>
          <w:lang w:val="nb-NO"/>
        </w:rPr>
      </w:pPr>
      <w:r w:rsidRPr="00F96788">
        <w:rPr>
          <w:rFonts w:asciiTheme="majorHAnsi" w:hAnsiTheme="majorHAnsi" w:cstheme="majorHAnsi"/>
          <w:i/>
          <w:lang w:val="nb-NO"/>
        </w:rPr>
        <w:t>«Redd fiskene våre fra å dø!»</w:t>
      </w:r>
    </w:p>
    <w:p w14:paraId="2177AF0D" w14:textId="77777777" w:rsidR="00B87D21" w:rsidRPr="00F96788" w:rsidRDefault="00B87D21" w:rsidP="00F96788">
      <w:pPr>
        <w:spacing w:after="0"/>
        <w:rPr>
          <w:rFonts w:asciiTheme="majorHAnsi" w:hAnsiTheme="majorHAnsi" w:cstheme="majorHAnsi"/>
          <w:lang w:val="nb-NO"/>
        </w:rPr>
      </w:pPr>
    </w:p>
    <w:p w14:paraId="07835381" w14:textId="573E9B8F" w:rsidR="00B87D21" w:rsidRPr="00F96788" w:rsidRDefault="00D11B15" w:rsidP="00F96788">
      <w:pPr>
        <w:spacing w:after="0"/>
        <w:rPr>
          <w:rFonts w:asciiTheme="majorHAnsi" w:hAnsiTheme="majorHAnsi" w:cstheme="majorHAnsi"/>
          <w:lang w:val="nb-NO"/>
        </w:rPr>
      </w:pPr>
      <w:r w:rsidRPr="00F96788">
        <w:rPr>
          <w:rFonts w:asciiTheme="majorHAnsi" w:hAnsiTheme="majorHAnsi" w:cstheme="majorHAnsi"/>
          <w:lang w:val="nb-NO"/>
        </w:rPr>
        <w:t>LÆRER:</w:t>
      </w:r>
    </w:p>
    <w:p w14:paraId="3628CA31" w14:textId="77777777" w:rsidR="007D1361" w:rsidRDefault="007D1361" w:rsidP="00F96788">
      <w:pPr>
        <w:spacing w:after="0"/>
        <w:rPr>
          <w:rFonts w:asciiTheme="majorHAnsi" w:hAnsiTheme="majorHAnsi" w:cstheme="majorHAnsi"/>
          <w:lang w:val="nb-NO"/>
        </w:rPr>
      </w:pPr>
      <w:proofErr w:type="spellStart"/>
      <w:r w:rsidRPr="007D1361">
        <w:rPr>
          <w:rFonts w:asciiTheme="majorHAnsi" w:hAnsiTheme="majorHAnsi" w:cstheme="majorHAnsi"/>
          <w:lang w:val="nb-NO"/>
        </w:rPr>
        <w:t>Loistavaa</w:t>
      </w:r>
      <w:proofErr w:type="spellEnd"/>
      <w:r w:rsidRPr="007D1361">
        <w:rPr>
          <w:rFonts w:asciiTheme="majorHAnsi" w:hAnsiTheme="majorHAnsi" w:cstheme="majorHAnsi"/>
          <w:lang w:val="nb-NO"/>
        </w:rPr>
        <w:t xml:space="preserve">, </w:t>
      </w:r>
      <w:proofErr w:type="spellStart"/>
      <w:r w:rsidRPr="007D1361">
        <w:rPr>
          <w:rFonts w:asciiTheme="majorHAnsi" w:hAnsiTheme="majorHAnsi" w:cstheme="majorHAnsi"/>
          <w:lang w:val="nb-NO"/>
        </w:rPr>
        <w:t>tulkkaa</w:t>
      </w:r>
      <w:proofErr w:type="spellEnd"/>
      <w:r w:rsidRPr="007D1361">
        <w:rPr>
          <w:rFonts w:asciiTheme="majorHAnsi" w:hAnsiTheme="majorHAnsi" w:cstheme="majorHAnsi"/>
          <w:lang w:val="nb-NO"/>
        </w:rPr>
        <w:t xml:space="preserve"> sitte ja </w:t>
      </w:r>
      <w:proofErr w:type="spellStart"/>
      <w:r w:rsidRPr="007D1361">
        <w:rPr>
          <w:rFonts w:asciiTheme="majorHAnsi" w:hAnsiTheme="majorHAnsi" w:cstheme="majorHAnsi"/>
          <w:lang w:val="nb-NO"/>
        </w:rPr>
        <w:t>istukkaa</w:t>
      </w:r>
      <w:proofErr w:type="spellEnd"/>
      <w:r w:rsidRPr="007D1361">
        <w:rPr>
          <w:rFonts w:asciiTheme="majorHAnsi" w:hAnsiTheme="majorHAnsi" w:cstheme="majorHAnsi"/>
          <w:lang w:val="nb-NO"/>
        </w:rPr>
        <w:t xml:space="preserve">. </w:t>
      </w:r>
    </w:p>
    <w:p w14:paraId="7BAF4C89" w14:textId="2FF3C712" w:rsidR="00B87D21" w:rsidRPr="00F96788" w:rsidRDefault="00000000" w:rsidP="00F96788">
      <w:pPr>
        <w:spacing w:after="0"/>
        <w:rPr>
          <w:rFonts w:asciiTheme="majorHAnsi" w:hAnsiTheme="majorHAnsi" w:cstheme="majorHAnsi"/>
          <w:lang w:val="nb-NO"/>
        </w:rPr>
      </w:pPr>
      <w:r w:rsidRPr="00F96788">
        <w:rPr>
          <w:rFonts w:asciiTheme="majorHAnsi" w:hAnsiTheme="majorHAnsi" w:cstheme="majorHAnsi"/>
          <w:i/>
          <w:lang w:val="nb-NO"/>
        </w:rPr>
        <w:t>Flott, kom og sett dere.</w:t>
      </w:r>
    </w:p>
    <w:p w14:paraId="2A613248" w14:textId="77777777" w:rsidR="007D1361" w:rsidRDefault="007D1361" w:rsidP="00F96788">
      <w:pPr>
        <w:spacing w:after="0"/>
        <w:rPr>
          <w:rFonts w:asciiTheme="majorHAnsi" w:hAnsiTheme="majorHAnsi" w:cstheme="majorHAnsi"/>
          <w:lang w:val="nb-NO"/>
        </w:rPr>
      </w:pPr>
      <w:proofErr w:type="spellStart"/>
      <w:r w:rsidRPr="007D1361">
        <w:rPr>
          <w:rFonts w:asciiTheme="majorHAnsi" w:hAnsiTheme="majorHAnsi" w:cstheme="majorHAnsi"/>
          <w:lang w:val="nb-NO"/>
        </w:rPr>
        <w:t>Mitä</w:t>
      </w:r>
      <w:proofErr w:type="spellEnd"/>
      <w:r w:rsidRPr="007D1361">
        <w:rPr>
          <w:rFonts w:asciiTheme="majorHAnsi" w:hAnsiTheme="majorHAnsi" w:cstheme="majorHAnsi"/>
          <w:lang w:val="nb-NO"/>
        </w:rPr>
        <w:t xml:space="preserve"> </w:t>
      </w:r>
      <w:proofErr w:type="spellStart"/>
      <w:r w:rsidRPr="007D1361">
        <w:rPr>
          <w:rFonts w:asciiTheme="majorHAnsi" w:hAnsiTheme="majorHAnsi" w:cstheme="majorHAnsi"/>
          <w:lang w:val="nb-NO"/>
        </w:rPr>
        <w:t>yhtheistä</w:t>
      </w:r>
      <w:proofErr w:type="spellEnd"/>
      <w:r w:rsidRPr="007D1361">
        <w:rPr>
          <w:rFonts w:asciiTheme="majorHAnsi" w:hAnsiTheme="majorHAnsi" w:cstheme="majorHAnsi"/>
          <w:lang w:val="nb-NO"/>
        </w:rPr>
        <w:t xml:space="preserve"> </w:t>
      </w:r>
      <w:proofErr w:type="spellStart"/>
      <w:r w:rsidRPr="007D1361">
        <w:rPr>
          <w:rFonts w:asciiTheme="majorHAnsi" w:hAnsiTheme="majorHAnsi" w:cstheme="majorHAnsi"/>
          <w:lang w:val="nb-NO"/>
        </w:rPr>
        <w:t>näissä</w:t>
      </w:r>
      <w:proofErr w:type="spellEnd"/>
      <w:r w:rsidRPr="007D1361">
        <w:rPr>
          <w:rFonts w:asciiTheme="majorHAnsi" w:hAnsiTheme="majorHAnsi" w:cstheme="majorHAnsi"/>
          <w:lang w:val="nb-NO"/>
        </w:rPr>
        <w:t xml:space="preserve"> </w:t>
      </w:r>
      <w:proofErr w:type="spellStart"/>
      <w:r w:rsidRPr="007D1361">
        <w:rPr>
          <w:rFonts w:asciiTheme="majorHAnsi" w:hAnsiTheme="majorHAnsi" w:cstheme="majorHAnsi"/>
          <w:lang w:val="nb-NO"/>
        </w:rPr>
        <w:t>anonsiissa</w:t>
      </w:r>
      <w:proofErr w:type="spellEnd"/>
      <w:r w:rsidRPr="007D1361">
        <w:rPr>
          <w:rFonts w:asciiTheme="majorHAnsi" w:hAnsiTheme="majorHAnsi" w:cstheme="majorHAnsi"/>
          <w:lang w:val="nb-NO"/>
        </w:rPr>
        <w:t xml:space="preserve"> </w:t>
      </w:r>
      <w:proofErr w:type="spellStart"/>
      <w:r w:rsidRPr="007D1361">
        <w:rPr>
          <w:rFonts w:asciiTheme="majorHAnsi" w:hAnsiTheme="majorHAnsi" w:cstheme="majorHAnsi"/>
          <w:lang w:val="nb-NO"/>
        </w:rPr>
        <w:t>oon</w:t>
      </w:r>
      <w:proofErr w:type="spellEnd"/>
      <w:r w:rsidRPr="007D1361">
        <w:rPr>
          <w:rFonts w:asciiTheme="majorHAnsi" w:hAnsiTheme="majorHAnsi" w:cstheme="majorHAnsi"/>
          <w:lang w:val="nb-NO"/>
        </w:rPr>
        <w:t>?</w:t>
      </w:r>
    </w:p>
    <w:p w14:paraId="1155EE56" w14:textId="225823C6" w:rsidR="00B87D21" w:rsidRPr="00F96788" w:rsidRDefault="00000000" w:rsidP="00F96788">
      <w:pPr>
        <w:spacing w:after="0"/>
        <w:rPr>
          <w:rFonts w:asciiTheme="majorHAnsi" w:hAnsiTheme="majorHAnsi" w:cstheme="majorHAnsi"/>
          <w:lang w:val="nb-NO"/>
        </w:rPr>
      </w:pPr>
      <w:r w:rsidRPr="00F96788">
        <w:rPr>
          <w:rFonts w:asciiTheme="majorHAnsi" w:hAnsiTheme="majorHAnsi" w:cstheme="majorHAnsi"/>
          <w:i/>
          <w:lang w:val="nb-NO"/>
        </w:rPr>
        <w:t>Hva er fellesnevnerne i annonsene?</w:t>
      </w:r>
    </w:p>
    <w:p w14:paraId="28A503CE" w14:textId="77777777" w:rsidR="00B87D21" w:rsidRPr="00F96788" w:rsidRDefault="00B87D21" w:rsidP="00F96788">
      <w:pPr>
        <w:spacing w:after="0"/>
        <w:rPr>
          <w:rFonts w:asciiTheme="majorHAnsi" w:hAnsiTheme="majorHAnsi" w:cstheme="majorHAnsi"/>
          <w:lang w:val="nb-NO"/>
        </w:rPr>
      </w:pPr>
    </w:p>
    <w:p w14:paraId="7E853B42" w14:textId="3BB72EE9" w:rsidR="00D11B15" w:rsidRPr="00F96788" w:rsidRDefault="00D11B15" w:rsidP="00F96788">
      <w:pPr>
        <w:spacing w:after="0"/>
        <w:rPr>
          <w:rFonts w:asciiTheme="majorHAnsi" w:hAnsiTheme="majorHAnsi" w:cstheme="majorHAnsi"/>
          <w:lang w:val="nb-NO"/>
        </w:rPr>
      </w:pPr>
      <w:r w:rsidRPr="00F96788">
        <w:rPr>
          <w:rFonts w:asciiTheme="majorHAnsi" w:hAnsiTheme="majorHAnsi" w:cstheme="majorHAnsi"/>
          <w:lang w:val="nb-NO"/>
        </w:rPr>
        <w:t>ELEV:</w:t>
      </w:r>
    </w:p>
    <w:p w14:paraId="4E2736B3" w14:textId="77777777" w:rsidR="007D1361" w:rsidRDefault="007D1361" w:rsidP="00F96788">
      <w:pPr>
        <w:spacing w:after="0"/>
        <w:rPr>
          <w:rFonts w:asciiTheme="majorHAnsi" w:hAnsiTheme="majorHAnsi" w:cstheme="majorHAnsi"/>
          <w:lang w:val="nb-NO"/>
        </w:rPr>
      </w:pPr>
      <w:proofErr w:type="spellStart"/>
      <w:r w:rsidRPr="007D1361">
        <w:rPr>
          <w:rFonts w:asciiTheme="majorHAnsi" w:hAnsiTheme="majorHAnsi" w:cstheme="majorHAnsi"/>
          <w:lang w:val="nb-NO"/>
        </w:rPr>
        <w:t>Niissä</w:t>
      </w:r>
      <w:proofErr w:type="spellEnd"/>
      <w:r w:rsidRPr="007D1361">
        <w:rPr>
          <w:rFonts w:asciiTheme="majorHAnsi" w:hAnsiTheme="majorHAnsi" w:cstheme="majorHAnsi"/>
          <w:lang w:val="nb-NO"/>
        </w:rPr>
        <w:t xml:space="preserve"> </w:t>
      </w:r>
      <w:proofErr w:type="spellStart"/>
      <w:r w:rsidRPr="007D1361">
        <w:rPr>
          <w:rFonts w:asciiTheme="majorHAnsi" w:hAnsiTheme="majorHAnsi" w:cstheme="majorHAnsi"/>
          <w:lang w:val="nb-NO"/>
        </w:rPr>
        <w:t>oon</w:t>
      </w:r>
      <w:proofErr w:type="spellEnd"/>
      <w:r w:rsidRPr="007D1361">
        <w:rPr>
          <w:rFonts w:asciiTheme="majorHAnsi" w:hAnsiTheme="majorHAnsi" w:cstheme="majorHAnsi"/>
          <w:lang w:val="nb-NO"/>
        </w:rPr>
        <w:t xml:space="preserve"> </w:t>
      </w:r>
      <w:proofErr w:type="spellStart"/>
      <w:r w:rsidRPr="007D1361">
        <w:rPr>
          <w:rFonts w:asciiTheme="majorHAnsi" w:hAnsiTheme="majorHAnsi" w:cstheme="majorHAnsi"/>
          <w:lang w:val="nb-NO"/>
        </w:rPr>
        <w:t>paljon</w:t>
      </w:r>
      <w:proofErr w:type="spellEnd"/>
      <w:r w:rsidRPr="007D1361">
        <w:rPr>
          <w:rFonts w:asciiTheme="majorHAnsi" w:hAnsiTheme="majorHAnsi" w:cstheme="majorHAnsi"/>
          <w:lang w:val="nb-NO"/>
        </w:rPr>
        <w:t xml:space="preserve"> </w:t>
      </w:r>
      <w:proofErr w:type="spellStart"/>
      <w:r w:rsidRPr="007D1361">
        <w:rPr>
          <w:rFonts w:asciiTheme="majorHAnsi" w:hAnsiTheme="majorHAnsi" w:cstheme="majorHAnsi"/>
          <w:lang w:val="nb-NO"/>
        </w:rPr>
        <w:t>kroppii</w:t>
      </w:r>
      <w:proofErr w:type="spellEnd"/>
      <w:r w:rsidRPr="007D1361">
        <w:rPr>
          <w:rFonts w:asciiTheme="majorHAnsi" w:hAnsiTheme="majorHAnsi" w:cstheme="majorHAnsi"/>
          <w:lang w:val="nb-NO"/>
        </w:rPr>
        <w:t xml:space="preserve"> ja </w:t>
      </w:r>
      <w:proofErr w:type="spellStart"/>
      <w:r w:rsidRPr="007D1361">
        <w:rPr>
          <w:rFonts w:asciiTheme="majorHAnsi" w:hAnsiTheme="majorHAnsi" w:cstheme="majorHAnsi"/>
          <w:lang w:val="nb-NO"/>
        </w:rPr>
        <w:t>ulkonäkköö</w:t>
      </w:r>
      <w:proofErr w:type="spellEnd"/>
      <w:r w:rsidRPr="007D1361">
        <w:rPr>
          <w:rFonts w:asciiTheme="majorHAnsi" w:hAnsiTheme="majorHAnsi" w:cstheme="majorHAnsi"/>
          <w:lang w:val="nb-NO"/>
        </w:rPr>
        <w:t>.</w:t>
      </w:r>
    </w:p>
    <w:p w14:paraId="2684F311" w14:textId="07C5E678" w:rsidR="00B87D21" w:rsidRPr="00F96788" w:rsidRDefault="00000000" w:rsidP="00F96788">
      <w:pPr>
        <w:spacing w:after="0"/>
        <w:rPr>
          <w:rFonts w:asciiTheme="majorHAnsi" w:hAnsiTheme="majorHAnsi" w:cstheme="majorHAnsi"/>
          <w:lang w:val="nb-NO"/>
        </w:rPr>
      </w:pPr>
      <w:r w:rsidRPr="00F96788">
        <w:rPr>
          <w:rFonts w:asciiTheme="majorHAnsi" w:hAnsiTheme="majorHAnsi" w:cstheme="majorHAnsi"/>
          <w:i/>
          <w:lang w:val="nb-NO"/>
        </w:rPr>
        <w:t>Det er mye kropp og utseende.</w:t>
      </w:r>
    </w:p>
    <w:p w14:paraId="556D9C14" w14:textId="77777777" w:rsidR="00B87D21" w:rsidRPr="00F96788" w:rsidRDefault="00B87D21" w:rsidP="00F96788">
      <w:pPr>
        <w:spacing w:after="0"/>
        <w:rPr>
          <w:rFonts w:asciiTheme="majorHAnsi" w:hAnsiTheme="majorHAnsi" w:cstheme="majorHAnsi"/>
          <w:lang w:val="nb-NO"/>
        </w:rPr>
      </w:pPr>
    </w:p>
    <w:p w14:paraId="6909A15A" w14:textId="292B63D4" w:rsidR="00B87D21" w:rsidRPr="00F96788" w:rsidRDefault="00D11B15" w:rsidP="00F96788">
      <w:pPr>
        <w:spacing w:after="0"/>
        <w:rPr>
          <w:rFonts w:asciiTheme="majorHAnsi" w:hAnsiTheme="majorHAnsi" w:cstheme="majorHAnsi"/>
          <w:lang w:val="nb-NO"/>
        </w:rPr>
      </w:pPr>
      <w:r w:rsidRPr="00F96788">
        <w:rPr>
          <w:rFonts w:asciiTheme="majorHAnsi" w:hAnsiTheme="majorHAnsi" w:cstheme="majorHAnsi"/>
          <w:lang w:val="nb-NO"/>
        </w:rPr>
        <w:t>LÆRER:</w:t>
      </w:r>
    </w:p>
    <w:p w14:paraId="317FDDBA" w14:textId="77777777" w:rsidR="00B87D21" w:rsidRPr="00F96788" w:rsidRDefault="00000000" w:rsidP="00F96788">
      <w:pPr>
        <w:spacing w:after="0"/>
        <w:rPr>
          <w:rFonts w:asciiTheme="majorHAnsi" w:hAnsiTheme="majorHAnsi" w:cstheme="majorHAnsi"/>
          <w:lang w:val="nb-NO"/>
        </w:rPr>
      </w:pPr>
      <w:proofErr w:type="spellStart"/>
      <w:r w:rsidRPr="00F96788">
        <w:rPr>
          <w:rFonts w:asciiTheme="majorHAnsi" w:hAnsiTheme="majorHAnsi" w:cstheme="majorHAnsi"/>
          <w:lang w:val="nb-NO"/>
        </w:rPr>
        <w:t>Niin</w:t>
      </w:r>
      <w:proofErr w:type="spellEnd"/>
      <w:r w:rsidRPr="00F96788">
        <w:rPr>
          <w:rFonts w:asciiTheme="majorHAnsi" w:hAnsiTheme="majorHAnsi" w:cstheme="majorHAnsi"/>
          <w:lang w:val="nb-NO"/>
        </w:rPr>
        <w:t>.</w:t>
      </w:r>
    </w:p>
    <w:p w14:paraId="1169EEDB" w14:textId="77777777" w:rsidR="00B87D21" w:rsidRPr="00F96788" w:rsidRDefault="00000000" w:rsidP="00F96788">
      <w:pPr>
        <w:spacing w:after="0"/>
        <w:rPr>
          <w:rFonts w:asciiTheme="majorHAnsi" w:hAnsiTheme="majorHAnsi" w:cstheme="majorHAnsi"/>
          <w:lang w:val="nb-NO"/>
        </w:rPr>
      </w:pPr>
      <w:r w:rsidRPr="00F96788">
        <w:rPr>
          <w:rFonts w:asciiTheme="majorHAnsi" w:hAnsiTheme="majorHAnsi" w:cstheme="majorHAnsi"/>
          <w:i/>
          <w:lang w:val="nb-NO"/>
        </w:rPr>
        <w:t>Ja.</w:t>
      </w:r>
    </w:p>
    <w:p w14:paraId="27FD0992" w14:textId="77777777" w:rsidR="00B87D21" w:rsidRPr="00F96788" w:rsidRDefault="00B87D21" w:rsidP="00F96788">
      <w:pPr>
        <w:spacing w:after="0"/>
        <w:rPr>
          <w:rFonts w:asciiTheme="majorHAnsi" w:hAnsiTheme="majorHAnsi" w:cstheme="majorHAnsi"/>
          <w:lang w:val="nb-NO"/>
        </w:rPr>
      </w:pPr>
    </w:p>
    <w:p w14:paraId="316500DA" w14:textId="691FA35F" w:rsidR="00B87D21" w:rsidRPr="00F96788" w:rsidRDefault="00D11B15" w:rsidP="00F96788">
      <w:pPr>
        <w:spacing w:after="0"/>
        <w:rPr>
          <w:rFonts w:asciiTheme="majorHAnsi" w:hAnsiTheme="majorHAnsi" w:cstheme="majorHAnsi"/>
          <w:lang w:val="nb-NO"/>
        </w:rPr>
      </w:pPr>
      <w:r w:rsidRPr="00F96788">
        <w:rPr>
          <w:rFonts w:asciiTheme="majorHAnsi" w:hAnsiTheme="majorHAnsi" w:cstheme="majorHAnsi"/>
          <w:lang w:val="nb-NO"/>
        </w:rPr>
        <w:lastRenderedPageBreak/>
        <w:t>ELEV:</w:t>
      </w:r>
    </w:p>
    <w:p w14:paraId="416B9FDA" w14:textId="77777777" w:rsidR="007D1361" w:rsidRDefault="007D1361" w:rsidP="00F96788">
      <w:pPr>
        <w:spacing w:after="0"/>
        <w:rPr>
          <w:rFonts w:asciiTheme="majorHAnsi" w:hAnsiTheme="majorHAnsi" w:cstheme="majorHAnsi"/>
          <w:lang w:val="nb-NO"/>
        </w:rPr>
      </w:pPr>
      <w:proofErr w:type="spellStart"/>
      <w:r w:rsidRPr="007D1361">
        <w:rPr>
          <w:rFonts w:asciiTheme="majorHAnsi" w:hAnsiTheme="majorHAnsi" w:cstheme="majorHAnsi"/>
          <w:lang w:val="nb-NO"/>
        </w:rPr>
        <w:t>Tervheelistä</w:t>
      </w:r>
      <w:proofErr w:type="spellEnd"/>
      <w:r w:rsidRPr="007D1361">
        <w:rPr>
          <w:rFonts w:asciiTheme="majorHAnsi" w:hAnsiTheme="majorHAnsi" w:cstheme="majorHAnsi"/>
          <w:lang w:val="nb-NO"/>
        </w:rPr>
        <w:t xml:space="preserve"> </w:t>
      </w:r>
      <w:proofErr w:type="spellStart"/>
      <w:r w:rsidRPr="007D1361">
        <w:rPr>
          <w:rFonts w:asciiTheme="majorHAnsi" w:hAnsiTheme="majorHAnsi" w:cstheme="majorHAnsi"/>
          <w:lang w:val="nb-NO"/>
        </w:rPr>
        <w:t>ruokkaa</w:t>
      </w:r>
      <w:proofErr w:type="spellEnd"/>
      <w:r w:rsidRPr="007D1361">
        <w:rPr>
          <w:rFonts w:asciiTheme="majorHAnsi" w:hAnsiTheme="majorHAnsi" w:cstheme="majorHAnsi"/>
          <w:lang w:val="nb-NO"/>
        </w:rPr>
        <w:t xml:space="preserve"> ja </w:t>
      </w:r>
      <w:proofErr w:type="spellStart"/>
      <w:r w:rsidRPr="007D1361">
        <w:rPr>
          <w:rFonts w:asciiTheme="majorHAnsi" w:hAnsiTheme="majorHAnsi" w:cstheme="majorHAnsi"/>
          <w:lang w:val="nb-NO"/>
        </w:rPr>
        <w:t>trääninkkii</w:t>
      </w:r>
      <w:proofErr w:type="spellEnd"/>
      <w:r w:rsidRPr="007D1361">
        <w:rPr>
          <w:rFonts w:asciiTheme="majorHAnsi" w:hAnsiTheme="majorHAnsi" w:cstheme="majorHAnsi"/>
          <w:lang w:val="nb-NO"/>
        </w:rPr>
        <w:t xml:space="preserve">. </w:t>
      </w:r>
    </w:p>
    <w:p w14:paraId="167CF21E" w14:textId="733B34F5" w:rsidR="00B87D21" w:rsidRPr="00F96788" w:rsidRDefault="00000000" w:rsidP="00F96788">
      <w:pPr>
        <w:spacing w:after="0"/>
        <w:rPr>
          <w:rFonts w:asciiTheme="majorHAnsi" w:hAnsiTheme="majorHAnsi" w:cstheme="majorHAnsi"/>
          <w:lang w:val="nb-NO"/>
        </w:rPr>
      </w:pPr>
      <w:r w:rsidRPr="00F96788">
        <w:rPr>
          <w:rFonts w:asciiTheme="majorHAnsi" w:hAnsiTheme="majorHAnsi" w:cstheme="majorHAnsi"/>
          <w:i/>
          <w:lang w:val="nb-NO"/>
        </w:rPr>
        <w:t>Sunn mat og trening.</w:t>
      </w:r>
    </w:p>
    <w:p w14:paraId="526115A1" w14:textId="77777777" w:rsidR="00B87D21" w:rsidRPr="00F96788" w:rsidRDefault="00B87D21" w:rsidP="00F96788">
      <w:pPr>
        <w:spacing w:after="0"/>
        <w:rPr>
          <w:rFonts w:asciiTheme="majorHAnsi" w:hAnsiTheme="majorHAnsi" w:cstheme="majorHAnsi"/>
          <w:lang w:val="nb-NO"/>
        </w:rPr>
      </w:pPr>
    </w:p>
    <w:p w14:paraId="7187AC2F" w14:textId="79855DAF" w:rsidR="00B87D21" w:rsidRPr="00F96788" w:rsidRDefault="00D11B15" w:rsidP="00F96788">
      <w:pPr>
        <w:spacing w:after="0"/>
        <w:rPr>
          <w:rFonts w:asciiTheme="majorHAnsi" w:hAnsiTheme="majorHAnsi" w:cstheme="majorHAnsi"/>
          <w:lang w:val="nb-NO"/>
        </w:rPr>
      </w:pPr>
      <w:r w:rsidRPr="00F96788">
        <w:rPr>
          <w:rFonts w:asciiTheme="majorHAnsi" w:hAnsiTheme="majorHAnsi" w:cstheme="majorHAnsi"/>
          <w:lang w:val="nb-NO"/>
        </w:rPr>
        <w:t>LÆRER:</w:t>
      </w:r>
    </w:p>
    <w:p w14:paraId="7CE57A16" w14:textId="77777777" w:rsidR="00B87D21" w:rsidRPr="00F96788" w:rsidRDefault="00000000" w:rsidP="00F96788">
      <w:pPr>
        <w:spacing w:after="0"/>
        <w:rPr>
          <w:rFonts w:asciiTheme="majorHAnsi" w:hAnsiTheme="majorHAnsi" w:cstheme="majorHAnsi"/>
          <w:lang w:val="nb-NO"/>
        </w:rPr>
      </w:pPr>
      <w:r w:rsidRPr="00F96788">
        <w:rPr>
          <w:rFonts w:asciiTheme="majorHAnsi" w:hAnsiTheme="majorHAnsi" w:cstheme="majorHAnsi"/>
          <w:lang w:val="nb-NO"/>
        </w:rPr>
        <w:t xml:space="preserve">Aha, </w:t>
      </w:r>
      <w:proofErr w:type="spellStart"/>
      <w:r w:rsidRPr="00F96788">
        <w:rPr>
          <w:rFonts w:asciiTheme="majorHAnsi" w:hAnsiTheme="majorHAnsi" w:cstheme="majorHAnsi"/>
          <w:lang w:val="nb-NO"/>
        </w:rPr>
        <w:t>joo</w:t>
      </w:r>
      <w:proofErr w:type="spellEnd"/>
      <w:r w:rsidRPr="00F96788">
        <w:rPr>
          <w:rFonts w:asciiTheme="majorHAnsi" w:hAnsiTheme="majorHAnsi" w:cstheme="majorHAnsi"/>
          <w:lang w:val="nb-NO"/>
        </w:rPr>
        <w:t>.</w:t>
      </w:r>
    </w:p>
    <w:p w14:paraId="0A89974E" w14:textId="0C67EC74" w:rsidR="00B87D21" w:rsidRPr="00F96788" w:rsidRDefault="00000000" w:rsidP="00F96788">
      <w:pPr>
        <w:spacing w:after="0"/>
        <w:rPr>
          <w:rFonts w:asciiTheme="majorHAnsi" w:hAnsiTheme="majorHAnsi" w:cstheme="majorHAnsi"/>
          <w:lang w:val="nb-NO"/>
        </w:rPr>
      </w:pPr>
      <w:r w:rsidRPr="00F96788">
        <w:rPr>
          <w:rFonts w:asciiTheme="majorHAnsi" w:hAnsiTheme="majorHAnsi" w:cstheme="majorHAnsi"/>
          <w:i/>
          <w:lang w:val="nb-NO"/>
        </w:rPr>
        <w:t>Aha, ja.</w:t>
      </w:r>
    </w:p>
    <w:p w14:paraId="5B7E41CF" w14:textId="77777777" w:rsidR="00B87D21" w:rsidRPr="00F96788" w:rsidRDefault="00B87D21" w:rsidP="00F96788">
      <w:pPr>
        <w:spacing w:after="0"/>
        <w:rPr>
          <w:rFonts w:asciiTheme="majorHAnsi" w:hAnsiTheme="majorHAnsi" w:cstheme="majorHAnsi"/>
          <w:lang w:val="nb-NO"/>
        </w:rPr>
      </w:pPr>
    </w:p>
    <w:p w14:paraId="15AF7E10" w14:textId="5A24FC72" w:rsidR="00B87D21" w:rsidRPr="00F96788" w:rsidRDefault="00D11B15" w:rsidP="00F96788">
      <w:pPr>
        <w:spacing w:after="0"/>
        <w:rPr>
          <w:rFonts w:asciiTheme="majorHAnsi" w:hAnsiTheme="majorHAnsi" w:cstheme="majorHAnsi"/>
          <w:lang w:val="nb-NO"/>
        </w:rPr>
      </w:pPr>
      <w:r w:rsidRPr="00F96788">
        <w:rPr>
          <w:rFonts w:asciiTheme="majorHAnsi" w:hAnsiTheme="majorHAnsi" w:cstheme="majorHAnsi"/>
          <w:lang w:val="nb-NO"/>
        </w:rPr>
        <w:t>ELEV:</w:t>
      </w:r>
    </w:p>
    <w:p w14:paraId="7B102EE4" w14:textId="77777777" w:rsidR="007D1361" w:rsidRDefault="007D1361" w:rsidP="00F96788">
      <w:pPr>
        <w:spacing w:after="0"/>
        <w:rPr>
          <w:rFonts w:asciiTheme="majorHAnsi" w:hAnsiTheme="majorHAnsi" w:cstheme="majorHAnsi"/>
          <w:lang w:val="nb-NO"/>
        </w:rPr>
      </w:pPr>
      <w:proofErr w:type="spellStart"/>
      <w:r w:rsidRPr="007D1361">
        <w:rPr>
          <w:rFonts w:asciiTheme="majorHAnsi" w:hAnsiTheme="majorHAnsi" w:cstheme="majorHAnsi"/>
          <w:lang w:val="nb-NO"/>
        </w:rPr>
        <w:t>Fiini</w:t>
      </w:r>
      <w:proofErr w:type="spellEnd"/>
      <w:r w:rsidRPr="007D1361">
        <w:rPr>
          <w:rFonts w:asciiTheme="majorHAnsi" w:hAnsiTheme="majorHAnsi" w:cstheme="majorHAnsi"/>
          <w:lang w:val="nb-NO"/>
        </w:rPr>
        <w:t xml:space="preserve"> </w:t>
      </w:r>
      <w:proofErr w:type="spellStart"/>
      <w:r w:rsidRPr="007D1361">
        <w:rPr>
          <w:rFonts w:asciiTheme="majorHAnsi" w:hAnsiTheme="majorHAnsi" w:cstheme="majorHAnsi"/>
          <w:lang w:val="nb-NO"/>
        </w:rPr>
        <w:t>interiööri</w:t>
      </w:r>
      <w:proofErr w:type="spellEnd"/>
      <w:r w:rsidRPr="007D1361">
        <w:rPr>
          <w:rFonts w:asciiTheme="majorHAnsi" w:hAnsiTheme="majorHAnsi" w:cstheme="majorHAnsi"/>
          <w:lang w:val="nb-NO"/>
        </w:rPr>
        <w:t xml:space="preserve">. </w:t>
      </w:r>
    </w:p>
    <w:p w14:paraId="4A137DC6" w14:textId="1D059ACB" w:rsidR="00B87D21" w:rsidRPr="00F96788" w:rsidRDefault="00000000" w:rsidP="00F96788">
      <w:pPr>
        <w:spacing w:after="0"/>
        <w:rPr>
          <w:rFonts w:asciiTheme="majorHAnsi" w:hAnsiTheme="majorHAnsi" w:cstheme="majorHAnsi"/>
          <w:lang w:val="nb-NO"/>
        </w:rPr>
      </w:pPr>
      <w:r w:rsidRPr="00F96788">
        <w:rPr>
          <w:rFonts w:asciiTheme="majorHAnsi" w:hAnsiTheme="majorHAnsi" w:cstheme="majorHAnsi"/>
          <w:i/>
          <w:lang w:val="nb-NO"/>
        </w:rPr>
        <w:t>Fint interiør.</w:t>
      </w:r>
    </w:p>
    <w:p w14:paraId="68CCED45" w14:textId="77777777" w:rsidR="00B87D21" w:rsidRPr="00F96788" w:rsidRDefault="00B87D21" w:rsidP="00F96788">
      <w:pPr>
        <w:spacing w:after="0"/>
        <w:rPr>
          <w:rFonts w:asciiTheme="majorHAnsi" w:hAnsiTheme="majorHAnsi" w:cstheme="majorHAnsi"/>
          <w:lang w:val="nb-NO"/>
        </w:rPr>
      </w:pPr>
    </w:p>
    <w:p w14:paraId="18B74FD4" w14:textId="2FA5D8BC" w:rsidR="00B87D21" w:rsidRPr="00F96788" w:rsidRDefault="00D11B15" w:rsidP="00F96788">
      <w:pPr>
        <w:spacing w:after="0"/>
        <w:rPr>
          <w:rFonts w:asciiTheme="majorHAnsi" w:hAnsiTheme="majorHAnsi" w:cstheme="majorHAnsi"/>
          <w:lang w:val="nb-NO"/>
        </w:rPr>
      </w:pPr>
      <w:proofErr w:type="spellStart"/>
      <w:r w:rsidRPr="00F96788">
        <w:rPr>
          <w:rFonts w:asciiTheme="majorHAnsi" w:hAnsiTheme="majorHAnsi" w:cstheme="majorHAnsi"/>
          <w:lang w:val="nb-NO"/>
        </w:rPr>
        <w:t>EEVA</w:t>
      </w:r>
      <w:proofErr w:type="spellEnd"/>
      <w:r w:rsidRPr="00F96788">
        <w:rPr>
          <w:rFonts w:asciiTheme="majorHAnsi" w:hAnsiTheme="majorHAnsi" w:cstheme="majorHAnsi"/>
          <w:lang w:val="nb-NO"/>
        </w:rPr>
        <w:t>:</w:t>
      </w:r>
    </w:p>
    <w:p w14:paraId="6392F03E" w14:textId="77777777" w:rsidR="007D1361" w:rsidRDefault="007D1361" w:rsidP="00F96788">
      <w:pPr>
        <w:spacing w:after="0"/>
        <w:rPr>
          <w:rFonts w:asciiTheme="majorHAnsi" w:hAnsiTheme="majorHAnsi" w:cstheme="majorHAnsi"/>
          <w:lang w:val="nb-NO"/>
        </w:rPr>
      </w:pPr>
      <w:proofErr w:type="gramStart"/>
      <w:r w:rsidRPr="007D1361">
        <w:rPr>
          <w:rFonts w:asciiTheme="majorHAnsi" w:hAnsiTheme="majorHAnsi" w:cstheme="majorHAnsi"/>
          <w:lang w:val="nb-NO"/>
        </w:rPr>
        <w:t>”Makka</w:t>
      </w:r>
      <w:proofErr w:type="gramEnd"/>
      <w:r w:rsidRPr="007D1361">
        <w:rPr>
          <w:rFonts w:asciiTheme="majorHAnsi" w:hAnsiTheme="majorHAnsi" w:cstheme="majorHAnsi"/>
          <w:lang w:val="nb-NO"/>
        </w:rPr>
        <w:t xml:space="preserve"> </w:t>
      </w:r>
      <w:proofErr w:type="spellStart"/>
      <w:r w:rsidRPr="007D1361">
        <w:rPr>
          <w:rFonts w:asciiTheme="majorHAnsi" w:hAnsiTheme="majorHAnsi" w:cstheme="majorHAnsi"/>
          <w:lang w:val="nb-NO"/>
        </w:rPr>
        <w:t>perfekti</w:t>
      </w:r>
      <w:proofErr w:type="spellEnd"/>
      <w:r w:rsidRPr="007D1361">
        <w:rPr>
          <w:rFonts w:asciiTheme="majorHAnsi" w:hAnsiTheme="majorHAnsi" w:cstheme="majorHAnsi"/>
          <w:lang w:val="nb-NO"/>
        </w:rPr>
        <w:t xml:space="preserve"> </w:t>
      </w:r>
      <w:proofErr w:type="spellStart"/>
      <w:r w:rsidRPr="007D1361">
        <w:rPr>
          <w:rFonts w:asciiTheme="majorHAnsi" w:hAnsiTheme="majorHAnsi" w:cstheme="majorHAnsi"/>
          <w:lang w:val="nb-NO"/>
        </w:rPr>
        <w:t>elämä</w:t>
      </w:r>
      <w:proofErr w:type="spellEnd"/>
      <w:r w:rsidRPr="007D1361">
        <w:rPr>
          <w:rFonts w:asciiTheme="majorHAnsi" w:hAnsiTheme="majorHAnsi" w:cstheme="majorHAnsi"/>
          <w:lang w:val="nb-NO"/>
        </w:rPr>
        <w:t>.”</w:t>
      </w:r>
    </w:p>
    <w:p w14:paraId="43208965" w14:textId="36833B9E" w:rsidR="00B87D21" w:rsidRPr="00F96788" w:rsidRDefault="00000000" w:rsidP="00F96788">
      <w:pPr>
        <w:spacing w:after="0"/>
        <w:rPr>
          <w:rFonts w:asciiTheme="majorHAnsi" w:hAnsiTheme="majorHAnsi" w:cstheme="majorHAnsi"/>
          <w:lang w:val="nb-NO"/>
        </w:rPr>
      </w:pPr>
      <w:r w:rsidRPr="00F96788">
        <w:rPr>
          <w:rFonts w:asciiTheme="majorHAnsi" w:hAnsiTheme="majorHAnsi" w:cstheme="majorHAnsi"/>
          <w:i/>
          <w:lang w:val="nb-NO"/>
        </w:rPr>
        <w:t xml:space="preserve">Det perfekte </w:t>
      </w:r>
      <w:proofErr w:type="gramStart"/>
      <w:r w:rsidRPr="00F96788">
        <w:rPr>
          <w:rFonts w:asciiTheme="majorHAnsi" w:hAnsiTheme="majorHAnsi" w:cstheme="majorHAnsi"/>
          <w:i/>
          <w:lang w:val="nb-NO"/>
        </w:rPr>
        <w:t>liv...</w:t>
      </w:r>
      <w:proofErr w:type="gramEnd"/>
    </w:p>
    <w:p w14:paraId="5243AD26" w14:textId="77777777" w:rsidR="00B87D21" w:rsidRPr="00F96788" w:rsidRDefault="00B87D21" w:rsidP="00F96788">
      <w:pPr>
        <w:spacing w:after="0"/>
        <w:rPr>
          <w:rFonts w:asciiTheme="majorHAnsi" w:hAnsiTheme="majorHAnsi" w:cstheme="majorHAnsi"/>
          <w:lang w:val="nb-NO"/>
        </w:rPr>
      </w:pPr>
    </w:p>
    <w:p w14:paraId="34246C08" w14:textId="77777777" w:rsidR="00D11B15" w:rsidRPr="00F96788" w:rsidRDefault="00D11B15" w:rsidP="00F96788">
      <w:pPr>
        <w:spacing w:after="0"/>
        <w:rPr>
          <w:rFonts w:asciiTheme="majorHAnsi" w:hAnsiTheme="majorHAnsi" w:cstheme="majorHAnsi"/>
          <w:lang w:val="nb-NO"/>
        </w:rPr>
      </w:pPr>
      <w:r w:rsidRPr="00F96788">
        <w:rPr>
          <w:rFonts w:asciiTheme="majorHAnsi" w:hAnsiTheme="majorHAnsi" w:cstheme="majorHAnsi"/>
          <w:lang w:val="nb-NO"/>
        </w:rPr>
        <w:t>NILS:</w:t>
      </w:r>
    </w:p>
    <w:p w14:paraId="0A2E63C2" w14:textId="77777777" w:rsidR="007D1361" w:rsidRDefault="007D1361" w:rsidP="00F96788">
      <w:pPr>
        <w:spacing w:after="0"/>
        <w:rPr>
          <w:rFonts w:asciiTheme="majorHAnsi" w:hAnsiTheme="majorHAnsi" w:cstheme="majorHAnsi"/>
          <w:lang w:val="nb-NO"/>
        </w:rPr>
      </w:pPr>
      <w:proofErr w:type="spellStart"/>
      <w:r w:rsidRPr="007D1361">
        <w:rPr>
          <w:rFonts w:asciiTheme="majorHAnsi" w:hAnsiTheme="majorHAnsi" w:cstheme="majorHAnsi"/>
          <w:lang w:val="nb-NO"/>
        </w:rPr>
        <w:t>Miksi</w:t>
      </w:r>
      <w:proofErr w:type="spellEnd"/>
      <w:r w:rsidRPr="007D1361">
        <w:rPr>
          <w:rFonts w:asciiTheme="majorHAnsi" w:hAnsiTheme="majorHAnsi" w:cstheme="majorHAnsi"/>
          <w:lang w:val="nb-NO"/>
        </w:rPr>
        <w:t xml:space="preserve"> met </w:t>
      </w:r>
      <w:proofErr w:type="spellStart"/>
      <w:r w:rsidRPr="007D1361">
        <w:rPr>
          <w:rFonts w:asciiTheme="majorHAnsi" w:hAnsiTheme="majorHAnsi" w:cstheme="majorHAnsi"/>
          <w:lang w:val="nb-NO"/>
        </w:rPr>
        <w:t>piđämä</w:t>
      </w:r>
      <w:proofErr w:type="spellEnd"/>
      <w:r w:rsidRPr="007D1361">
        <w:rPr>
          <w:rFonts w:asciiTheme="majorHAnsi" w:hAnsiTheme="majorHAnsi" w:cstheme="majorHAnsi"/>
          <w:lang w:val="nb-NO"/>
        </w:rPr>
        <w:t xml:space="preserve"> panna </w:t>
      </w:r>
      <w:proofErr w:type="spellStart"/>
      <w:r w:rsidRPr="007D1361">
        <w:rPr>
          <w:rFonts w:asciiTheme="majorHAnsi" w:hAnsiTheme="majorHAnsi" w:cstheme="majorHAnsi"/>
          <w:lang w:val="nb-NO"/>
        </w:rPr>
        <w:t>aikkaa</w:t>
      </w:r>
      <w:proofErr w:type="spellEnd"/>
      <w:r w:rsidRPr="007D1361">
        <w:rPr>
          <w:rFonts w:asciiTheme="majorHAnsi" w:hAnsiTheme="majorHAnsi" w:cstheme="majorHAnsi"/>
          <w:lang w:val="nb-NO"/>
        </w:rPr>
        <w:t xml:space="preserve"> </w:t>
      </w:r>
      <w:proofErr w:type="spellStart"/>
      <w:r w:rsidRPr="007D1361">
        <w:rPr>
          <w:rFonts w:asciiTheme="majorHAnsi" w:hAnsiTheme="majorHAnsi" w:cstheme="majorHAnsi"/>
          <w:lang w:val="nb-NO"/>
        </w:rPr>
        <w:t>tähän</w:t>
      </w:r>
      <w:proofErr w:type="spellEnd"/>
      <w:r w:rsidRPr="007D1361">
        <w:rPr>
          <w:rFonts w:asciiTheme="majorHAnsi" w:hAnsiTheme="majorHAnsi" w:cstheme="majorHAnsi"/>
          <w:lang w:val="nb-NO"/>
        </w:rPr>
        <w:t xml:space="preserve">? </w:t>
      </w:r>
    </w:p>
    <w:p w14:paraId="42B50C1B" w14:textId="1D20B0E1" w:rsidR="00B87D21" w:rsidRPr="00F96788" w:rsidRDefault="00000000" w:rsidP="00F96788">
      <w:pPr>
        <w:spacing w:after="0"/>
        <w:rPr>
          <w:rFonts w:asciiTheme="majorHAnsi" w:hAnsiTheme="majorHAnsi" w:cstheme="majorHAnsi"/>
          <w:lang w:val="nb-NO"/>
        </w:rPr>
      </w:pPr>
      <w:r w:rsidRPr="00F96788">
        <w:rPr>
          <w:rFonts w:asciiTheme="majorHAnsi" w:hAnsiTheme="majorHAnsi" w:cstheme="majorHAnsi"/>
          <w:i/>
          <w:lang w:val="nb-NO"/>
        </w:rPr>
        <w:t>Hvorfor skal vi bruke tid på dette?</w:t>
      </w:r>
    </w:p>
    <w:p w14:paraId="4127CF01" w14:textId="77777777" w:rsidR="007D1361" w:rsidRDefault="007D1361" w:rsidP="00F96788">
      <w:pPr>
        <w:spacing w:after="0"/>
        <w:rPr>
          <w:rFonts w:asciiTheme="majorHAnsi" w:hAnsiTheme="majorHAnsi" w:cstheme="majorHAnsi"/>
          <w:lang w:val="nb-NO"/>
        </w:rPr>
      </w:pPr>
      <w:r w:rsidRPr="007D1361">
        <w:rPr>
          <w:rFonts w:asciiTheme="majorHAnsi" w:hAnsiTheme="majorHAnsi" w:cstheme="majorHAnsi"/>
          <w:lang w:val="nb-NO"/>
        </w:rPr>
        <w:t xml:space="preserve">Se ei </w:t>
      </w:r>
      <w:proofErr w:type="spellStart"/>
      <w:r w:rsidRPr="007D1361">
        <w:rPr>
          <w:rFonts w:asciiTheme="majorHAnsi" w:hAnsiTheme="majorHAnsi" w:cstheme="majorHAnsi"/>
          <w:lang w:val="nb-NO"/>
        </w:rPr>
        <w:t>merkitte</w:t>
      </w:r>
      <w:proofErr w:type="spellEnd"/>
      <w:r w:rsidRPr="007D1361">
        <w:rPr>
          <w:rFonts w:asciiTheme="majorHAnsi" w:hAnsiTheme="majorHAnsi" w:cstheme="majorHAnsi"/>
          <w:lang w:val="nb-NO"/>
        </w:rPr>
        <w:t xml:space="preserve"> </w:t>
      </w:r>
      <w:proofErr w:type="spellStart"/>
      <w:r w:rsidRPr="007D1361">
        <w:rPr>
          <w:rFonts w:asciiTheme="majorHAnsi" w:hAnsiTheme="majorHAnsi" w:cstheme="majorHAnsi"/>
          <w:lang w:val="nb-NO"/>
        </w:rPr>
        <w:t>äffääkhään</w:t>
      </w:r>
      <w:proofErr w:type="spellEnd"/>
      <w:r w:rsidRPr="007D1361">
        <w:rPr>
          <w:rFonts w:asciiTheme="majorHAnsi" w:hAnsiTheme="majorHAnsi" w:cstheme="majorHAnsi"/>
          <w:lang w:val="nb-NO"/>
        </w:rPr>
        <w:t>!</w:t>
      </w:r>
    </w:p>
    <w:p w14:paraId="4D904A8D" w14:textId="3F086C19" w:rsidR="00B87D21" w:rsidRPr="00F96788" w:rsidRDefault="00000000" w:rsidP="00F96788">
      <w:pPr>
        <w:spacing w:after="0"/>
        <w:rPr>
          <w:rFonts w:asciiTheme="majorHAnsi" w:hAnsiTheme="majorHAnsi" w:cstheme="majorHAnsi"/>
          <w:lang w:val="nb-NO"/>
        </w:rPr>
      </w:pPr>
      <w:r w:rsidRPr="00F96788">
        <w:rPr>
          <w:rFonts w:asciiTheme="majorHAnsi" w:hAnsiTheme="majorHAnsi" w:cstheme="majorHAnsi"/>
          <w:i/>
          <w:lang w:val="nb-NO"/>
        </w:rPr>
        <w:t>Det betyr ingenting!</w:t>
      </w:r>
    </w:p>
    <w:p w14:paraId="091E93E8" w14:textId="77777777" w:rsidR="007D1361" w:rsidRDefault="007D1361" w:rsidP="007D1361">
      <w:pPr>
        <w:spacing w:after="0"/>
        <w:rPr>
          <w:rFonts w:asciiTheme="majorHAnsi" w:hAnsiTheme="majorHAnsi" w:cstheme="majorHAnsi"/>
          <w:lang w:val="nb-NO"/>
        </w:rPr>
      </w:pPr>
      <w:r w:rsidRPr="001A5FC4">
        <w:rPr>
          <w:rFonts w:asciiTheme="majorHAnsi" w:hAnsiTheme="majorHAnsi" w:cstheme="majorHAnsi"/>
          <w:lang w:val="nb-NO"/>
        </w:rPr>
        <w:t xml:space="preserve">Se </w:t>
      </w:r>
      <w:proofErr w:type="spellStart"/>
      <w:r w:rsidRPr="001A5FC4">
        <w:rPr>
          <w:rFonts w:asciiTheme="majorHAnsi" w:hAnsiTheme="majorHAnsi" w:cstheme="majorHAnsi"/>
          <w:lang w:val="nb-NO"/>
        </w:rPr>
        <w:t>oon</w:t>
      </w:r>
      <w:proofErr w:type="spellEnd"/>
      <w:r w:rsidRPr="001A5FC4">
        <w:rPr>
          <w:rFonts w:asciiTheme="majorHAnsi" w:hAnsiTheme="majorHAnsi" w:cstheme="majorHAnsi"/>
          <w:lang w:val="nb-NO"/>
        </w:rPr>
        <w:t xml:space="preserve"> se </w:t>
      </w:r>
      <w:proofErr w:type="spellStart"/>
      <w:r w:rsidRPr="001A5FC4">
        <w:rPr>
          <w:rFonts w:asciiTheme="majorHAnsi" w:hAnsiTheme="majorHAnsi" w:cstheme="majorHAnsi"/>
          <w:lang w:val="nb-NO"/>
        </w:rPr>
        <w:t>mitä</w:t>
      </w:r>
      <w:proofErr w:type="spellEnd"/>
      <w:r w:rsidRPr="001A5FC4">
        <w:rPr>
          <w:rFonts w:asciiTheme="majorHAnsi" w:hAnsiTheme="majorHAnsi" w:cstheme="majorHAnsi"/>
          <w:lang w:val="nb-NO"/>
        </w:rPr>
        <w:t xml:space="preserve"> </w:t>
      </w:r>
      <w:proofErr w:type="spellStart"/>
      <w:r w:rsidRPr="001A5FC4">
        <w:rPr>
          <w:rFonts w:asciiTheme="majorHAnsi" w:hAnsiTheme="majorHAnsi" w:cstheme="majorHAnsi"/>
          <w:lang w:val="nb-NO"/>
        </w:rPr>
        <w:t>tapattuu</w:t>
      </w:r>
      <w:proofErr w:type="spellEnd"/>
      <w:r w:rsidRPr="001A5FC4">
        <w:rPr>
          <w:rFonts w:asciiTheme="majorHAnsi" w:hAnsiTheme="majorHAnsi" w:cstheme="majorHAnsi"/>
          <w:lang w:val="nb-NO"/>
        </w:rPr>
        <w:t xml:space="preserve"> </w:t>
      </w:r>
      <w:proofErr w:type="spellStart"/>
      <w:r w:rsidRPr="001A5FC4">
        <w:rPr>
          <w:rFonts w:asciiTheme="majorHAnsi" w:hAnsiTheme="majorHAnsi" w:cstheme="majorHAnsi"/>
          <w:lang w:val="nb-NO"/>
        </w:rPr>
        <w:t>täälä</w:t>
      </w:r>
      <w:proofErr w:type="spellEnd"/>
      <w:r w:rsidRPr="001A5FC4">
        <w:rPr>
          <w:rFonts w:asciiTheme="majorHAnsi" w:hAnsiTheme="majorHAnsi" w:cstheme="majorHAnsi"/>
          <w:lang w:val="nb-NO"/>
        </w:rPr>
        <w:t xml:space="preserve"> </w:t>
      </w:r>
      <w:proofErr w:type="spellStart"/>
      <w:r w:rsidRPr="001A5FC4">
        <w:rPr>
          <w:rFonts w:asciiTheme="majorHAnsi" w:hAnsiTheme="majorHAnsi" w:cstheme="majorHAnsi"/>
          <w:lang w:val="nb-NO"/>
        </w:rPr>
        <w:t>missä</w:t>
      </w:r>
      <w:proofErr w:type="spellEnd"/>
      <w:r>
        <w:rPr>
          <w:rFonts w:asciiTheme="majorHAnsi" w:hAnsiTheme="majorHAnsi" w:cstheme="majorHAnsi"/>
          <w:lang w:val="nb-NO"/>
        </w:rPr>
        <w:t xml:space="preserve"> </w:t>
      </w:r>
      <w:r w:rsidRPr="001A5FC4">
        <w:rPr>
          <w:rFonts w:asciiTheme="majorHAnsi" w:hAnsiTheme="majorHAnsi" w:cstheme="majorHAnsi"/>
          <w:lang w:val="nb-NO"/>
        </w:rPr>
        <w:t xml:space="preserve">met </w:t>
      </w:r>
      <w:proofErr w:type="spellStart"/>
      <w:r w:rsidRPr="001A5FC4">
        <w:rPr>
          <w:rFonts w:asciiTheme="majorHAnsi" w:hAnsiTheme="majorHAnsi" w:cstheme="majorHAnsi"/>
          <w:lang w:val="nb-NO"/>
        </w:rPr>
        <w:t>asuma</w:t>
      </w:r>
      <w:proofErr w:type="spellEnd"/>
      <w:r w:rsidRPr="001A5FC4">
        <w:rPr>
          <w:rFonts w:asciiTheme="majorHAnsi" w:hAnsiTheme="majorHAnsi" w:cstheme="majorHAnsi"/>
          <w:lang w:val="nb-NO"/>
        </w:rPr>
        <w:t xml:space="preserve">, </w:t>
      </w:r>
      <w:proofErr w:type="spellStart"/>
      <w:r w:rsidRPr="001A5FC4">
        <w:rPr>
          <w:rFonts w:asciiTheme="majorHAnsi" w:hAnsiTheme="majorHAnsi" w:cstheme="majorHAnsi"/>
          <w:lang w:val="nb-NO"/>
        </w:rPr>
        <w:t>mikä</w:t>
      </w:r>
      <w:proofErr w:type="spellEnd"/>
      <w:r w:rsidRPr="001A5FC4">
        <w:rPr>
          <w:rFonts w:asciiTheme="majorHAnsi" w:hAnsiTheme="majorHAnsi" w:cstheme="majorHAnsi"/>
          <w:lang w:val="nb-NO"/>
        </w:rPr>
        <w:t xml:space="preserve"> </w:t>
      </w:r>
      <w:proofErr w:type="spellStart"/>
      <w:r w:rsidRPr="001A5FC4">
        <w:rPr>
          <w:rFonts w:asciiTheme="majorHAnsi" w:hAnsiTheme="majorHAnsi" w:cstheme="majorHAnsi"/>
          <w:lang w:val="nb-NO"/>
        </w:rPr>
        <w:t>merkittee</w:t>
      </w:r>
      <w:proofErr w:type="spellEnd"/>
      <w:r w:rsidRPr="001A5FC4">
        <w:rPr>
          <w:rFonts w:asciiTheme="majorHAnsi" w:hAnsiTheme="majorHAnsi" w:cstheme="majorHAnsi"/>
          <w:lang w:val="nb-NO"/>
        </w:rPr>
        <w:t xml:space="preserve"> </w:t>
      </w:r>
      <w:proofErr w:type="spellStart"/>
      <w:r w:rsidRPr="001A5FC4">
        <w:rPr>
          <w:rFonts w:asciiTheme="majorHAnsi" w:hAnsiTheme="majorHAnsi" w:cstheme="majorHAnsi"/>
          <w:lang w:val="nb-NO"/>
        </w:rPr>
        <w:t>jotaki</w:t>
      </w:r>
      <w:proofErr w:type="spellEnd"/>
      <w:r w:rsidRPr="001A5FC4">
        <w:rPr>
          <w:rFonts w:asciiTheme="majorHAnsi" w:hAnsiTheme="majorHAnsi" w:cstheme="majorHAnsi"/>
          <w:lang w:val="nb-NO"/>
        </w:rPr>
        <w:t xml:space="preserve">. </w:t>
      </w:r>
    </w:p>
    <w:p w14:paraId="4A50D514" w14:textId="4FC9B77E" w:rsidR="00B87D21" w:rsidRPr="00F96788" w:rsidRDefault="00000000" w:rsidP="00F96788">
      <w:pPr>
        <w:spacing w:after="0"/>
        <w:rPr>
          <w:rFonts w:asciiTheme="majorHAnsi" w:hAnsiTheme="majorHAnsi" w:cstheme="majorHAnsi"/>
          <w:lang w:val="nb-NO"/>
        </w:rPr>
      </w:pPr>
      <w:r w:rsidRPr="00F96788">
        <w:rPr>
          <w:rFonts w:asciiTheme="majorHAnsi" w:hAnsiTheme="majorHAnsi" w:cstheme="majorHAnsi"/>
          <w:i/>
          <w:lang w:val="nb-NO"/>
        </w:rPr>
        <w:t xml:space="preserve">Det som betyr </w:t>
      </w:r>
      <w:proofErr w:type="gramStart"/>
      <w:r w:rsidRPr="00F96788">
        <w:rPr>
          <w:rFonts w:asciiTheme="majorHAnsi" w:hAnsiTheme="majorHAnsi" w:cstheme="majorHAnsi"/>
          <w:i/>
          <w:lang w:val="nb-NO"/>
        </w:rPr>
        <w:t>noe</w:t>
      </w:r>
      <w:proofErr w:type="gramEnd"/>
      <w:r w:rsidRPr="00F96788">
        <w:rPr>
          <w:rFonts w:asciiTheme="majorHAnsi" w:hAnsiTheme="majorHAnsi" w:cstheme="majorHAnsi"/>
          <w:i/>
          <w:lang w:val="nb-NO"/>
        </w:rPr>
        <w:t xml:space="preserve"> er det som skjer her vi bor!</w:t>
      </w:r>
    </w:p>
    <w:p w14:paraId="1A0B41FA" w14:textId="77777777" w:rsidR="00B87D21" w:rsidRPr="00F96788" w:rsidRDefault="00B87D21" w:rsidP="00F96788">
      <w:pPr>
        <w:spacing w:after="0"/>
        <w:rPr>
          <w:rFonts w:asciiTheme="majorHAnsi" w:hAnsiTheme="majorHAnsi" w:cstheme="majorHAnsi"/>
          <w:lang w:val="nb-NO"/>
        </w:rPr>
      </w:pPr>
    </w:p>
    <w:p w14:paraId="3CEEC1E7" w14:textId="7D2538D3" w:rsidR="00B87D21" w:rsidRPr="00F96788" w:rsidRDefault="00D11B15" w:rsidP="00F96788">
      <w:pPr>
        <w:spacing w:after="0"/>
        <w:rPr>
          <w:rFonts w:asciiTheme="majorHAnsi" w:hAnsiTheme="majorHAnsi" w:cstheme="majorHAnsi"/>
          <w:lang w:val="nb-NO"/>
        </w:rPr>
      </w:pPr>
      <w:proofErr w:type="spellStart"/>
      <w:r w:rsidRPr="00F96788">
        <w:rPr>
          <w:rFonts w:asciiTheme="majorHAnsi" w:hAnsiTheme="majorHAnsi" w:cstheme="majorHAnsi"/>
          <w:lang w:val="nb-NO"/>
        </w:rPr>
        <w:t>EEVA</w:t>
      </w:r>
      <w:proofErr w:type="spellEnd"/>
      <w:r w:rsidRPr="00F96788">
        <w:rPr>
          <w:rFonts w:asciiTheme="majorHAnsi" w:hAnsiTheme="majorHAnsi" w:cstheme="majorHAnsi"/>
          <w:lang w:val="nb-NO"/>
        </w:rPr>
        <w:t>:</w:t>
      </w:r>
    </w:p>
    <w:p w14:paraId="2E918998" w14:textId="77777777" w:rsidR="00B87D21" w:rsidRPr="00F96788" w:rsidRDefault="00000000" w:rsidP="00F96788">
      <w:pPr>
        <w:spacing w:after="0"/>
        <w:rPr>
          <w:rFonts w:asciiTheme="majorHAnsi" w:hAnsiTheme="majorHAnsi" w:cstheme="majorHAnsi"/>
          <w:lang w:val="nb-NO"/>
        </w:rPr>
      </w:pPr>
      <w:r w:rsidRPr="00F96788">
        <w:rPr>
          <w:rFonts w:asciiTheme="majorHAnsi" w:hAnsiTheme="majorHAnsi" w:cstheme="majorHAnsi"/>
          <w:lang w:val="nb-NO"/>
        </w:rPr>
        <w:t>Nils..</w:t>
      </w:r>
    </w:p>
    <w:p w14:paraId="20585B6C" w14:textId="77777777" w:rsidR="00B87D21" w:rsidRPr="00F96788" w:rsidRDefault="00000000" w:rsidP="00F96788">
      <w:pPr>
        <w:spacing w:after="0"/>
        <w:rPr>
          <w:rFonts w:asciiTheme="majorHAnsi" w:hAnsiTheme="majorHAnsi" w:cstheme="majorHAnsi"/>
          <w:lang w:val="nb-NO"/>
        </w:rPr>
      </w:pPr>
      <w:proofErr w:type="gramStart"/>
      <w:r w:rsidRPr="00F96788">
        <w:rPr>
          <w:rFonts w:asciiTheme="majorHAnsi" w:hAnsiTheme="majorHAnsi" w:cstheme="majorHAnsi"/>
          <w:i/>
          <w:lang w:val="nb-NO"/>
        </w:rPr>
        <w:t>Nils...</w:t>
      </w:r>
      <w:proofErr w:type="gramEnd"/>
    </w:p>
    <w:p w14:paraId="78B7F17B" w14:textId="77777777" w:rsidR="00B87D21" w:rsidRPr="00F96788" w:rsidRDefault="00B87D21" w:rsidP="00F96788">
      <w:pPr>
        <w:spacing w:after="0"/>
        <w:rPr>
          <w:rFonts w:asciiTheme="majorHAnsi" w:hAnsiTheme="majorHAnsi" w:cstheme="majorHAnsi"/>
          <w:lang w:val="nb-NO"/>
        </w:rPr>
      </w:pPr>
    </w:p>
    <w:p w14:paraId="4EC0E4AB" w14:textId="77777777" w:rsidR="00D11B15" w:rsidRPr="00F96788" w:rsidRDefault="00D11B15" w:rsidP="00F96788">
      <w:pPr>
        <w:spacing w:after="0"/>
        <w:rPr>
          <w:rFonts w:asciiTheme="majorHAnsi" w:hAnsiTheme="majorHAnsi" w:cstheme="majorHAnsi"/>
          <w:lang w:val="nb-NO"/>
        </w:rPr>
      </w:pPr>
      <w:proofErr w:type="spellStart"/>
      <w:r w:rsidRPr="00F96788">
        <w:rPr>
          <w:rFonts w:asciiTheme="majorHAnsi" w:hAnsiTheme="majorHAnsi" w:cstheme="majorHAnsi"/>
          <w:lang w:val="nb-NO"/>
        </w:rPr>
        <w:t>EEVA</w:t>
      </w:r>
      <w:proofErr w:type="spellEnd"/>
      <w:r w:rsidRPr="00F96788">
        <w:rPr>
          <w:rFonts w:asciiTheme="majorHAnsi" w:hAnsiTheme="majorHAnsi" w:cstheme="majorHAnsi"/>
          <w:lang w:val="nb-NO"/>
        </w:rPr>
        <w:t xml:space="preserve">: </w:t>
      </w:r>
    </w:p>
    <w:p w14:paraId="7A657315" w14:textId="1EA120F6" w:rsidR="007D1361" w:rsidRDefault="007D1361" w:rsidP="007D1361">
      <w:pPr>
        <w:spacing w:after="0"/>
        <w:rPr>
          <w:rFonts w:asciiTheme="majorHAnsi" w:hAnsiTheme="majorHAnsi" w:cstheme="majorHAnsi"/>
          <w:lang w:val="nb-NO"/>
        </w:rPr>
      </w:pPr>
      <w:proofErr w:type="spellStart"/>
      <w:r w:rsidRPr="007D1361">
        <w:rPr>
          <w:rFonts w:asciiTheme="majorHAnsi" w:hAnsiTheme="majorHAnsi" w:cstheme="majorHAnsi"/>
          <w:lang w:val="nb-NO"/>
        </w:rPr>
        <w:t>Tässähän</w:t>
      </w:r>
      <w:proofErr w:type="spellEnd"/>
      <w:r w:rsidRPr="007D1361">
        <w:rPr>
          <w:rFonts w:asciiTheme="majorHAnsi" w:hAnsiTheme="majorHAnsi" w:cstheme="majorHAnsi"/>
          <w:lang w:val="nb-NO"/>
        </w:rPr>
        <w:t xml:space="preserve"> </w:t>
      </w:r>
      <w:proofErr w:type="spellStart"/>
      <w:r w:rsidRPr="007D1361">
        <w:rPr>
          <w:rFonts w:asciiTheme="majorHAnsi" w:hAnsiTheme="majorHAnsi" w:cstheme="majorHAnsi"/>
          <w:lang w:val="nb-NO"/>
        </w:rPr>
        <w:t>saattaa</w:t>
      </w:r>
      <w:proofErr w:type="spellEnd"/>
      <w:r w:rsidRPr="007D1361">
        <w:rPr>
          <w:rFonts w:asciiTheme="majorHAnsi" w:hAnsiTheme="majorHAnsi" w:cstheme="majorHAnsi"/>
          <w:lang w:val="nb-NO"/>
        </w:rPr>
        <w:t xml:space="preserve"> olla </w:t>
      </w:r>
      <w:proofErr w:type="spellStart"/>
      <w:r w:rsidRPr="007D1361">
        <w:rPr>
          <w:rFonts w:asciiTheme="majorHAnsi" w:hAnsiTheme="majorHAnsi" w:cstheme="majorHAnsi"/>
          <w:lang w:val="nb-NO"/>
        </w:rPr>
        <w:t>kans</w:t>
      </w:r>
      <w:proofErr w:type="spellEnd"/>
      <w:r w:rsidRPr="007D1361">
        <w:rPr>
          <w:rFonts w:asciiTheme="majorHAnsi" w:hAnsiTheme="majorHAnsi" w:cstheme="majorHAnsi"/>
          <w:lang w:val="nb-NO"/>
        </w:rPr>
        <w:t xml:space="preserve"> </w:t>
      </w:r>
      <w:proofErr w:type="spellStart"/>
      <w:r w:rsidRPr="007D1361">
        <w:rPr>
          <w:rFonts w:asciiTheme="majorHAnsi" w:hAnsiTheme="majorHAnsi" w:cstheme="majorHAnsi"/>
          <w:lang w:val="nb-NO"/>
        </w:rPr>
        <w:t>anonssiita</w:t>
      </w:r>
      <w:proofErr w:type="spellEnd"/>
      <w:r w:rsidRPr="007D1361">
        <w:rPr>
          <w:rFonts w:asciiTheme="majorHAnsi" w:hAnsiTheme="majorHAnsi" w:cstheme="majorHAnsi"/>
          <w:lang w:val="nb-NO"/>
        </w:rPr>
        <w:t xml:space="preserve"> </w:t>
      </w:r>
      <w:proofErr w:type="spellStart"/>
      <w:r w:rsidRPr="007D1361">
        <w:rPr>
          <w:rFonts w:asciiTheme="majorHAnsi" w:hAnsiTheme="majorHAnsi" w:cstheme="majorHAnsi"/>
          <w:lang w:val="nb-NO"/>
        </w:rPr>
        <w:t>paikan</w:t>
      </w:r>
      <w:proofErr w:type="spellEnd"/>
      <w:r>
        <w:rPr>
          <w:rFonts w:asciiTheme="majorHAnsi" w:hAnsiTheme="majorHAnsi" w:cstheme="majorHAnsi"/>
          <w:lang w:val="nb-NO"/>
        </w:rPr>
        <w:t xml:space="preserve"> </w:t>
      </w:r>
      <w:r w:rsidRPr="007D1361">
        <w:rPr>
          <w:rFonts w:asciiTheme="majorHAnsi" w:hAnsiTheme="majorHAnsi" w:cstheme="majorHAnsi"/>
          <w:lang w:val="nb-NO"/>
        </w:rPr>
        <w:t xml:space="preserve">korruin ja </w:t>
      </w:r>
      <w:proofErr w:type="spellStart"/>
      <w:r w:rsidRPr="007D1361">
        <w:rPr>
          <w:rFonts w:asciiTheme="majorHAnsi" w:hAnsiTheme="majorHAnsi" w:cstheme="majorHAnsi"/>
          <w:lang w:val="nb-NO"/>
        </w:rPr>
        <w:t>kväänikulttuurin</w:t>
      </w:r>
      <w:proofErr w:type="spellEnd"/>
      <w:r w:rsidRPr="007D1361">
        <w:rPr>
          <w:rFonts w:asciiTheme="majorHAnsi" w:hAnsiTheme="majorHAnsi" w:cstheme="majorHAnsi"/>
          <w:lang w:val="nb-NO"/>
        </w:rPr>
        <w:t xml:space="preserve"> </w:t>
      </w:r>
      <w:proofErr w:type="spellStart"/>
      <w:r w:rsidRPr="007D1361">
        <w:rPr>
          <w:rFonts w:asciiTheme="majorHAnsi" w:hAnsiTheme="majorHAnsi" w:cstheme="majorHAnsi"/>
          <w:lang w:val="nb-NO"/>
        </w:rPr>
        <w:t>ympäri</w:t>
      </w:r>
      <w:proofErr w:type="spellEnd"/>
      <w:r w:rsidRPr="007D1361">
        <w:rPr>
          <w:rFonts w:asciiTheme="majorHAnsi" w:hAnsiTheme="majorHAnsi" w:cstheme="majorHAnsi"/>
          <w:lang w:val="nb-NO"/>
        </w:rPr>
        <w:t xml:space="preserve">. </w:t>
      </w:r>
    </w:p>
    <w:p w14:paraId="1DBB136B" w14:textId="03DAC287" w:rsidR="00B87D21" w:rsidRPr="00F96788" w:rsidRDefault="00000000" w:rsidP="007D1361">
      <w:pPr>
        <w:spacing w:after="0"/>
        <w:rPr>
          <w:rFonts w:asciiTheme="majorHAnsi" w:hAnsiTheme="majorHAnsi" w:cstheme="majorHAnsi"/>
          <w:lang w:val="nb-NO"/>
        </w:rPr>
      </w:pPr>
      <w:r w:rsidRPr="00F96788">
        <w:rPr>
          <w:rFonts w:asciiTheme="majorHAnsi" w:hAnsiTheme="majorHAnsi" w:cstheme="majorHAnsi"/>
          <w:i/>
          <w:lang w:val="nb-NO"/>
        </w:rPr>
        <w:t>Det kan også være annonser for lokale smykker og kvensk kultur.</w:t>
      </w:r>
    </w:p>
    <w:p w14:paraId="5E302C21" w14:textId="77777777" w:rsidR="007D1361" w:rsidRDefault="007D1361" w:rsidP="00F96788">
      <w:pPr>
        <w:spacing w:after="0"/>
        <w:rPr>
          <w:rFonts w:asciiTheme="majorHAnsi" w:hAnsiTheme="majorHAnsi" w:cstheme="majorHAnsi"/>
          <w:lang w:val="nb-NO"/>
        </w:rPr>
      </w:pPr>
      <w:proofErr w:type="spellStart"/>
      <w:r w:rsidRPr="007D1361">
        <w:rPr>
          <w:rFonts w:asciiTheme="majorHAnsi" w:hAnsiTheme="majorHAnsi" w:cstheme="majorHAnsi"/>
          <w:lang w:val="nb-NO"/>
        </w:rPr>
        <w:t>Sehän</w:t>
      </w:r>
      <w:proofErr w:type="spellEnd"/>
      <w:r w:rsidRPr="007D1361">
        <w:rPr>
          <w:rFonts w:asciiTheme="majorHAnsi" w:hAnsiTheme="majorHAnsi" w:cstheme="majorHAnsi"/>
          <w:lang w:val="nb-NO"/>
        </w:rPr>
        <w:t xml:space="preserve"> </w:t>
      </w:r>
      <w:proofErr w:type="spellStart"/>
      <w:r w:rsidRPr="007D1361">
        <w:rPr>
          <w:rFonts w:asciiTheme="majorHAnsi" w:hAnsiTheme="majorHAnsi" w:cstheme="majorHAnsi"/>
          <w:lang w:val="nb-NO"/>
        </w:rPr>
        <w:t>oon</w:t>
      </w:r>
      <w:proofErr w:type="spellEnd"/>
      <w:r w:rsidRPr="007D1361">
        <w:rPr>
          <w:rFonts w:asciiTheme="majorHAnsi" w:hAnsiTheme="majorHAnsi" w:cstheme="majorHAnsi"/>
          <w:lang w:val="nb-NO"/>
        </w:rPr>
        <w:t xml:space="preserve"> </w:t>
      </w:r>
      <w:proofErr w:type="spellStart"/>
      <w:r w:rsidRPr="007D1361">
        <w:rPr>
          <w:rFonts w:asciiTheme="majorHAnsi" w:hAnsiTheme="majorHAnsi" w:cstheme="majorHAnsi"/>
          <w:lang w:val="nb-NO"/>
        </w:rPr>
        <w:t>positiivista</w:t>
      </w:r>
      <w:proofErr w:type="spellEnd"/>
      <w:r w:rsidRPr="007D1361">
        <w:rPr>
          <w:rFonts w:asciiTheme="majorHAnsi" w:hAnsiTheme="majorHAnsi" w:cstheme="majorHAnsi"/>
          <w:lang w:val="nb-NO"/>
        </w:rPr>
        <w:t xml:space="preserve">, Nils. </w:t>
      </w:r>
    </w:p>
    <w:p w14:paraId="6CD56778" w14:textId="4BE653F8" w:rsidR="00B87D21" w:rsidRPr="00F96788" w:rsidRDefault="00000000" w:rsidP="00F96788">
      <w:pPr>
        <w:spacing w:after="0"/>
        <w:rPr>
          <w:rFonts w:asciiTheme="majorHAnsi" w:hAnsiTheme="majorHAnsi" w:cstheme="majorHAnsi"/>
          <w:lang w:val="nb-NO"/>
        </w:rPr>
      </w:pPr>
      <w:r w:rsidRPr="00F96788">
        <w:rPr>
          <w:rFonts w:asciiTheme="majorHAnsi" w:hAnsiTheme="majorHAnsi" w:cstheme="majorHAnsi"/>
          <w:i/>
          <w:lang w:val="nb-NO"/>
        </w:rPr>
        <w:t>Det er jo positivt, Nils.</w:t>
      </w:r>
    </w:p>
    <w:p w14:paraId="51EF66A5" w14:textId="77777777" w:rsidR="00B87D21" w:rsidRPr="00F96788" w:rsidRDefault="00B87D21" w:rsidP="00F96788">
      <w:pPr>
        <w:spacing w:after="0"/>
        <w:rPr>
          <w:rFonts w:asciiTheme="majorHAnsi" w:hAnsiTheme="majorHAnsi" w:cstheme="majorHAnsi"/>
          <w:lang w:val="nb-NO"/>
        </w:rPr>
      </w:pPr>
    </w:p>
    <w:p w14:paraId="6841B21D" w14:textId="6C25506E" w:rsidR="00B87D21" w:rsidRPr="00F96788" w:rsidRDefault="00D11B15" w:rsidP="00F96788">
      <w:pPr>
        <w:spacing w:after="0"/>
        <w:rPr>
          <w:rFonts w:asciiTheme="majorHAnsi" w:hAnsiTheme="majorHAnsi" w:cstheme="majorHAnsi"/>
          <w:lang w:val="nb-NO"/>
        </w:rPr>
      </w:pPr>
      <w:r w:rsidRPr="00F96788">
        <w:rPr>
          <w:rFonts w:asciiTheme="majorHAnsi" w:hAnsiTheme="majorHAnsi" w:cstheme="majorHAnsi"/>
          <w:lang w:val="nb-NO"/>
        </w:rPr>
        <w:t>KAISA:</w:t>
      </w:r>
    </w:p>
    <w:p w14:paraId="4767C10A" w14:textId="77777777" w:rsidR="007D1361" w:rsidRDefault="007D1361" w:rsidP="00F96788">
      <w:pPr>
        <w:spacing w:after="0"/>
        <w:rPr>
          <w:rFonts w:asciiTheme="majorHAnsi" w:hAnsiTheme="majorHAnsi" w:cstheme="majorHAnsi"/>
          <w:lang w:val="nb-NO"/>
        </w:rPr>
      </w:pPr>
      <w:r w:rsidRPr="007D1361">
        <w:rPr>
          <w:rFonts w:asciiTheme="majorHAnsi" w:hAnsiTheme="majorHAnsi" w:cstheme="majorHAnsi"/>
          <w:lang w:val="nb-NO"/>
        </w:rPr>
        <w:t xml:space="preserve">Mie </w:t>
      </w:r>
      <w:proofErr w:type="spellStart"/>
      <w:r w:rsidRPr="007D1361">
        <w:rPr>
          <w:rFonts w:asciiTheme="majorHAnsi" w:hAnsiTheme="majorHAnsi" w:cstheme="majorHAnsi"/>
          <w:lang w:val="nb-NO"/>
        </w:rPr>
        <w:t>katton</w:t>
      </w:r>
      <w:proofErr w:type="spellEnd"/>
      <w:r w:rsidRPr="007D1361">
        <w:rPr>
          <w:rFonts w:asciiTheme="majorHAnsi" w:hAnsiTheme="majorHAnsi" w:cstheme="majorHAnsi"/>
          <w:lang w:val="nb-NO"/>
        </w:rPr>
        <w:t xml:space="preserve"> </w:t>
      </w:r>
      <w:proofErr w:type="spellStart"/>
      <w:proofErr w:type="gramStart"/>
      <w:r w:rsidRPr="007D1361">
        <w:rPr>
          <w:rFonts w:asciiTheme="majorHAnsi" w:hAnsiTheme="majorHAnsi" w:cstheme="majorHAnsi"/>
          <w:lang w:val="nb-NO"/>
        </w:rPr>
        <w:t>kickboksinkkii</w:t>
      </w:r>
      <w:proofErr w:type="spellEnd"/>
      <w:r w:rsidRPr="007D1361">
        <w:rPr>
          <w:rFonts w:asciiTheme="majorHAnsi" w:hAnsiTheme="majorHAnsi" w:cstheme="majorHAnsi"/>
          <w:lang w:val="nb-NO"/>
        </w:rPr>
        <w:t>…</w:t>
      </w:r>
      <w:proofErr w:type="gramEnd"/>
      <w:r w:rsidRPr="007D1361">
        <w:rPr>
          <w:rFonts w:asciiTheme="majorHAnsi" w:hAnsiTheme="majorHAnsi" w:cstheme="majorHAnsi"/>
          <w:lang w:val="nb-NO"/>
        </w:rPr>
        <w:t xml:space="preserve"> </w:t>
      </w:r>
    </w:p>
    <w:p w14:paraId="29FB6712" w14:textId="08DDFE0C" w:rsidR="00B87D21" w:rsidRPr="00F96788" w:rsidRDefault="00000000" w:rsidP="00F96788">
      <w:pPr>
        <w:spacing w:after="0"/>
        <w:rPr>
          <w:rFonts w:asciiTheme="majorHAnsi" w:hAnsiTheme="majorHAnsi" w:cstheme="majorHAnsi"/>
          <w:lang w:val="nb-NO"/>
        </w:rPr>
      </w:pPr>
      <w:r w:rsidRPr="00F96788">
        <w:rPr>
          <w:rFonts w:asciiTheme="majorHAnsi" w:hAnsiTheme="majorHAnsi" w:cstheme="majorHAnsi"/>
          <w:i/>
          <w:lang w:val="nb-NO"/>
        </w:rPr>
        <w:t xml:space="preserve">Jeg ser på </w:t>
      </w:r>
      <w:proofErr w:type="gramStart"/>
      <w:r w:rsidRPr="00F96788">
        <w:rPr>
          <w:rFonts w:asciiTheme="majorHAnsi" w:hAnsiTheme="majorHAnsi" w:cstheme="majorHAnsi"/>
          <w:i/>
          <w:lang w:val="nb-NO"/>
        </w:rPr>
        <w:t>kickboksing...</w:t>
      </w:r>
      <w:proofErr w:type="gramEnd"/>
    </w:p>
    <w:p w14:paraId="2CADF0B6" w14:textId="77777777" w:rsidR="00B87D21" w:rsidRPr="00F96788" w:rsidRDefault="00B87D21" w:rsidP="00F96788">
      <w:pPr>
        <w:spacing w:after="0"/>
        <w:rPr>
          <w:rFonts w:asciiTheme="majorHAnsi" w:hAnsiTheme="majorHAnsi" w:cstheme="majorHAnsi"/>
          <w:lang w:val="nb-NO"/>
        </w:rPr>
      </w:pPr>
    </w:p>
    <w:p w14:paraId="6295206F" w14:textId="77777777" w:rsidR="00D11B15" w:rsidRPr="00F96788" w:rsidRDefault="00D11B15" w:rsidP="00F96788">
      <w:pPr>
        <w:spacing w:after="0"/>
        <w:rPr>
          <w:rFonts w:asciiTheme="majorHAnsi" w:hAnsiTheme="majorHAnsi" w:cstheme="majorHAnsi"/>
          <w:lang w:val="nb-NO"/>
        </w:rPr>
      </w:pPr>
      <w:proofErr w:type="spellStart"/>
      <w:r w:rsidRPr="00F96788">
        <w:rPr>
          <w:rFonts w:asciiTheme="majorHAnsi" w:hAnsiTheme="majorHAnsi" w:cstheme="majorHAnsi"/>
          <w:lang w:val="nb-NO"/>
        </w:rPr>
        <w:t>EEVA</w:t>
      </w:r>
      <w:proofErr w:type="spellEnd"/>
      <w:r w:rsidRPr="00F96788">
        <w:rPr>
          <w:rFonts w:asciiTheme="majorHAnsi" w:hAnsiTheme="majorHAnsi" w:cstheme="majorHAnsi"/>
          <w:lang w:val="nb-NO"/>
        </w:rPr>
        <w:t xml:space="preserve">: </w:t>
      </w:r>
    </w:p>
    <w:p w14:paraId="45C170F2" w14:textId="6A19DFB5" w:rsidR="007D1361" w:rsidRDefault="007D1361" w:rsidP="007D1361">
      <w:pPr>
        <w:spacing w:after="0"/>
        <w:rPr>
          <w:rFonts w:asciiTheme="majorHAnsi" w:hAnsiTheme="majorHAnsi" w:cstheme="majorHAnsi"/>
          <w:lang w:val="nb-NO"/>
        </w:rPr>
      </w:pPr>
      <w:proofErr w:type="spellStart"/>
      <w:r w:rsidRPr="007D1361">
        <w:rPr>
          <w:rFonts w:asciiTheme="majorHAnsi" w:hAnsiTheme="majorHAnsi" w:cstheme="majorHAnsi"/>
          <w:lang w:val="nb-NO"/>
        </w:rPr>
        <w:t>Haje</w:t>
      </w:r>
      <w:proofErr w:type="spellEnd"/>
      <w:r w:rsidRPr="007D1361">
        <w:rPr>
          <w:rFonts w:asciiTheme="majorHAnsi" w:hAnsiTheme="majorHAnsi" w:cstheme="majorHAnsi"/>
          <w:lang w:val="nb-NO"/>
        </w:rPr>
        <w:t xml:space="preserve"> </w:t>
      </w:r>
      <w:proofErr w:type="spellStart"/>
      <w:r w:rsidRPr="007D1361">
        <w:rPr>
          <w:rFonts w:asciiTheme="majorHAnsi" w:hAnsiTheme="majorHAnsi" w:cstheme="majorHAnsi"/>
          <w:lang w:val="nb-NO"/>
        </w:rPr>
        <w:t>sie</w:t>
      </w:r>
      <w:proofErr w:type="spellEnd"/>
      <w:r w:rsidRPr="007D1361">
        <w:rPr>
          <w:rFonts w:asciiTheme="majorHAnsi" w:hAnsiTheme="majorHAnsi" w:cstheme="majorHAnsi"/>
          <w:lang w:val="nb-NO"/>
        </w:rPr>
        <w:t xml:space="preserve"> </w:t>
      </w:r>
      <w:proofErr w:type="spellStart"/>
      <w:r w:rsidRPr="007D1361">
        <w:rPr>
          <w:rFonts w:asciiTheme="majorHAnsi" w:hAnsiTheme="majorHAnsi" w:cstheme="majorHAnsi"/>
          <w:lang w:val="nb-NO"/>
        </w:rPr>
        <w:t>kuolheita</w:t>
      </w:r>
      <w:proofErr w:type="spellEnd"/>
      <w:r w:rsidRPr="007D1361">
        <w:rPr>
          <w:rFonts w:asciiTheme="majorHAnsi" w:hAnsiTheme="majorHAnsi" w:cstheme="majorHAnsi"/>
          <w:lang w:val="nb-NO"/>
        </w:rPr>
        <w:t xml:space="preserve"> </w:t>
      </w:r>
      <w:proofErr w:type="spellStart"/>
      <w:r w:rsidRPr="007D1361">
        <w:rPr>
          <w:rFonts w:asciiTheme="majorHAnsi" w:hAnsiTheme="majorHAnsi" w:cstheme="majorHAnsi"/>
          <w:lang w:val="nb-NO"/>
        </w:rPr>
        <w:t>kalloi</w:t>
      </w:r>
      <w:proofErr w:type="spellEnd"/>
      <w:r w:rsidRPr="007D1361">
        <w:rPr>
          <w:rFonts w:asciiTheme="majorHAnsi" w:hAnsiTheme="majorHAnsi" w:cstheme="majorHAnsi"/>
          <w:lang w:val="nb-NO"/>
        </w:rPr>
        <w:t xml:space="preserve">, sitte </w:t>
      </w:r>
      <w:proofErr w:type="spellStart"/>
      <w:r w:rsidRPr="007D1361">
        <w:rPr>
          <w:rFonts w:asciiTheme="majorHAnsi" w:hAnsiTheme="majorHAnsi" w:cstheme="majorHAnsi"/>
          <w:lang w:val="nb-NO"/>
        </w:rPr>
        <w:t>sinun</w:t>
      </w:r>
      <w:proofErr w:type="spellEnd"/>
      <w:r>
        <w:rPr>
          <w:rFonts w:asciiTheme="majorHAnsi" w:hAnsiTheme="majorHAnsi" w:cstheme="majorHAnsi"/>
          <w:lang w:val="nb-NO"/>
        </w:rPr>
        <w:t xml:space="preserve"> </w:t>
      </w:r>
      <w:proofErr w:type="spellStart"/>
      <w:r w:rsidRPr="007D1361">
        <w:rPr>
          <w:rFonts w:asciiTheme="majorHAnsi" w:hAnsiTheme="majorHAnsi" w:cstheme="majorHAnsi"/>
          <w:lang w:val="nb-NO"/>
        </w:rPr>
        <w:t>infovirta</w:t>
      </w:r>
      <w:proofErr w:type="spellEnd"/>
      <w:r w:rsidRPr="007D1361">
        <w:rPr>
          <w:rFonts w:asciiTheme="majorHAnsi" w:hAnsiTheme="majorHAnsi" w:cstheme="majorHAnsi"/>
          <w:lang w:val="nb-NO"/>
        </w:rPr>
        <w:t xml:space="preserve"> </w:t>
      </w:r>
      <w:proofErr w:type="spellStart"/>
      <w:r w:rsidRPr="007D1361">
        <w:rPr>
          <w:rFonts w:asciiTheme="majorHAnsi" w:hAnsiTheme="majorHAnsi" w:cstheme="majorHAnsi"/>
          <w:lang w:val="nb-NO"/>
        </w:rPr>
        <w:t>täyttyy</w:t>
      </w:r>
      <w:proofErr w:type="spellEnd"/>
      <w:r w:rsidRPr="007D1361">
        <w:rPr>
          <w:rFonts w:asciiTheme="majorHAnsi" w:hAnsiTheme="majorHAnsi" w:cstheme="majorHAnsi"/>
          <w:lang w:val="nb-NO"/>
        </w:rPr>
        <w:t xml:space="preserve"> </w:t>
      </w:r>
      <w:proofErr w:type="spellStart"/>
      <w:r w:rsidRPr="007D1361">
        <w:rPr>
          <w:rFonts w:asciiTheme="majorHAnsi" w:hAnsiTheme="majorHAnsi" w:cstheme="majorHAnsi"/>
          <w:lang w:val="nb-NO"/>
        </w:rPr>
        <w:t>siitä</w:t>
      </w:r>
      <w:proofErr w:type="spellEnd"/>
      <w:r w:rsidRPr="007D1361">
        <w:rPr>
          <w:rFonts w:asciiTheme="majorHAnsi" w:hAnsiTheme="majorHAnsi" w:cstheme="majorHAnsi"/>
          <w:lang w:val="nb-NO"/>
        </w:rPr>
        <w:t xml:space="preserve"> </w:t>
      </w:r>
      <w:proofErr w:type="spellStart"/>
      <w:r w:rsidRPr="007D1361">
        <w:rPr>
          <w:rFonts w:asciiTheme="majorHAnsi" w:hAnsiTheme="majorHAnsi" w:cstheme="majorHAnsi"/>
          <w:lang w:val="nb-NO"/>
        </w:rPr>
        <w:t>mistä</w:t>
      </w:r>
      <w:proofErr w:type="spellEnd"/>
      <w:r w:rsidRPr="007D1361">
        <w:rPr>
          <w:rFonts w:asciiTheme="majorHAnsi" w:hAnsiTheme="majorHAnsi" w:cstheme="majorHAnsi"/>
          <w:lang w:val="nb-NO"/>
        </w:rPr>
        <w:t xml:space="preserve"> </w:t>
      </w:r>
      <w:proofErr w:type="spellStart"/>
      <w:r w:rsidRPr="007D1361">
        <w:rPr>
          <w:rFonts w:asciiTheme="majorHAnsi" w:hAnsiTheme="majorHAnsi" w:cstheme="majorHAnsi"/>
          <w:lang w:val="nb-NO"/>
        </w:rPr>
        <w:t>sie</w:t>
      </w:r>
      <w:proofErr w:type="spellEnd"/>
      <w:r w:rsidRPr="007D1361">
        <w:rPr>
          <w:rFonts w:asciiTheme="majorHAnsi" w:hAnsiTheme="majorHAnsi" w:cstheme="majorHAnsi"/>
          <w:lang w:val="nb-NO"/>
        </w:rPr>
        <w:t xml:space="preserve"> </w:t>
      </w:r>
      <w:proofErr w:type="spellStart"/>
      <w:r w:rsidRPr="007D1361">
        <w:rPr>
          <w:rFonts w:asciiTheme="majorHAnsi" w:hAnsiTheme="majorHAnsi" w:cstheme="majorHAnsi"/>
          <w:lang w:val="nb-NO"/>
        </w:rPr>
        <w:t>tykkäät</w:t>
      </w:r>
      <w:proofErr w:type="spellEnd"/>
      <w:r w:rsidRPr="007D1361">
        <w:rPr>
          <w:rFonts w:asciiTheme="majorHAnsi" w:hAnsiTheme="majorHAnsi" w:cstheme="majorHAnsi"/>
          <w:lang w:val="nb-NO"/>
        </w:rPr>
        <w:t xml:space="preserve">. </w:t>
      </w:r>
    </w:p>
    <w:p w14:paraId="6A41F672" w14:textId="538F912E" w:rsidR="00B87D21" w:rsidRPr="00F96788" w:rsidRDefault="00000000" w:rsidP="007D1361">
      <w:pPr>
        <w:spacing w:after="0"/>
        <w:rPr>
          <w:rFonts w:asciiTheme="majorHAnsi" w:hAnsiTheme="majorHAnsi" w:cstheme="majorHAnsi"/>
          <w:lang w:val="nb-NO"/>
        </w:rPr>
      </w:pPr>
      <w:r w:rsidRPr="00F96788">
        <w:rPr>
          <w:rFonts w:asciiTheme="majorHAnsi" w:hAnsiTheme="majorHAnsi" w:cstheme="majorHAnsi"/>
          <w:i/>
          <w:lang w:val="nb-NO"/>
        </w:rPr>
        <w:t>Nils, søk på død fisk, da blir infostrømmen din full av det du bryr deg om.</w:t>
      </w:r>
    </w:p>
    <w:p w14:paraId="7F986C1F" w14:textId="77777777" w:rsidR="00B87D21" w:rsidRPr="00F96788" w:rsidRDefault="00B87D21" w:rsidP="00F96788">
      <w:pPr>
        <w:spacing w:after="0"/>
        <w:rPr>
          <w:rFonts w:asciiTheme="majorHAnsi" w:hAnsiTheme="majorHAnsi" w:cstheme="majorHAnsi"/>
          <w:lang w:val="nb-NO"/>
        </w:rPr>
      </w:pPr>
    </w:p>
    <w:p w14:paraId="67F9DB89" w14:textId="77777777" w:rsidR="00D11B15" w:rsidRPr="00F96788" w:rsidRDefault="00D11B15" w:rsidP="00F96788">
      <w:pPr>
        <w:spacing w:after="0"/>
        <w:rPr>
          <w:rFonts w:asciiTheme="majorHAnsi" w:hAnsiTheme="majorHAnsi" w:cstheme="majorHAnsi"/>
          <w:lang w:val="nb-NO"/>
        </w:rPr>
      </w:pPr>
      <w:r w:rsidRPr="00F96788">
        <w:rPr>
          <w:rFonts w:asciiTheme="majorHAnsi" w:hAnsiTheme="majorHAnsi" w:cstheme="majorHAnsi"/>
          <w:lang w:val="nb-NO"/>
        </w:rPr>
        <w:lastRenderedPageBreak/>
        <w:t xml:space="preserve">NILS: </w:t>
      </w:r>
    </w:p>
    <w:p w14:paraId="739C6D6C" w14:textId="77777777" w:rsidR="007D1361" w:rsidRDefault="007D1361" w:rsidP="00F96788">
      <w:pPr>
        <w:spacing w:after="0"/>
        <w:rPr>
          <w:rFonts w:asciiTheme="majorHAnsi" w:hAnsiTheme="majorHAnsi" w:cstheme="majorHAnsi"/>
          <w:lang w:val="nb-NO"/>
        </w:rPr>
      </w:pPr>
      <w:proofErr w:type="spellStart"/>
      <w:r w:rsidRPr="007D1361">
        <w:rPr>
          <w:rFonts w:asciiTheme="majorHAnsi" w:hAnsiTheme="majorHAnsi" w:cstheme="majorHAnsi"/>
          <w:lang w:val="nb-NO"/>
        </w:rPr>
        <w:t>Justhiin</w:t>
      </w:r>
      <w:proofErr w:type="spellEnd"/>
      <w:r w:rsidRPr="007D1361">
        <w:rPr>
          <w:rFonts w:asciiTheme="majorHAnsi" w:hAnsiTheme="majorHAnsi" w:cstheme="majorHAnsi"/>
          <w:lang w:val="nb-NO"/>
        </w:rPr>
        <w:t xml:space="preserve">, </w:t>
      </w:r>
      <w:proofErr w:type="spellStart"/>
      <w:r w:rsidRPr="007D1361">
        <w:rPr>
          <w:rFonts w:asciiTheme="majorHAnsi" w:hAnsiTheme="majorHAnsi" w:cstheme="majorHAnsi"/>
          <w:lang w:val="nb-NO"/>
        </w:rPr>
        <w:t>kaikki</w:t>
      </w:r>
      <w:proofErr w:type="spellEnd"/>
      <w:r w:rsidRPr="007D1361">
        <w:rPr>
          <w:rFonts w:asciiTheme="majorHAnsi" w:hAnsiTheme="majorHAnsi" w:cstheme="majorHAnsi"/>
          <w:lang w:val="nb-NO"/>
        </w:rPr>
        <w:t xml:space="preserve"> </w:t>
      </w:r>
      <w:proofErr w:type="spellStart"/>
      <w:r w:rsidRPr="007D1361">
        <w:rPr>
          <w:rFonts w:asciiTheme="majorHAnsi" w:hAnsiTheme="majorHAnsi" w:cstheme="majorHAnsi"/>
          <w:lang w:val="nb-NO"/>
        </w:rPr>
        <w:t>negatiivinen</w:t>
      </w:r>
      <w:proofErr w:type="spellEnd"/>
      <w:r w:rsidRPr="007D1361">
        <w:rPr>
          <w:rFonts w:asciiTheme="majorHAnsi" w:hAnsiTheme="majorHAnsi" w:cstheme="majorHAnsi"/>
          <w:lang w:val="nb-NO"/>
        </w:rPr>
        <w:t xml:space="preserve"> </w:t>
      </w:r>
      <w:proofErr w:type="spellStart"/>
      <w:r w:rsidRPr="007D1361">
        <w:rPr>
          <w:rFonts w:asciiTheme="majorHAnsi" w:hAnsiTheme="majorHAnsi" w:cstheme="majorHAnsi"/>
          <w:lang w:val="nb-NO"/>
        </w:rPr>
        <w:t>kassuu</w:t>
      </w:r>
      <w:proofErr w:type="spellEnd"/>
      <w:r w:rsidRPr="007D1361">
        <w:rPr>
          <w:rFonts w:asciiTheme="majorHAnsi" w:hAnsiTheme="majorHAnsi" w:cstheme="majorHAnsi"/>
          <w:lang w:val="nb-NO"/>
        </w:rPr>
        <w:t xml:space="preserve">. </w:t>
      </w:r>
    </w:p>
    <w:p w14:paraId="57EB5926" w14:textId="61AAE191" w:rsidR="00B87D21" w:rsidRPr="00F96788" w:rsidRDefault="00000000" w:rsidP="00F96788">
      <w:pPr>
        <w:spacing w:after="0"/>
        <w:rPr>
          <w:rFonts w:asciiTheme="majorHAnsi" w:hAnsiTheme="majorHAnsi" w:cstheme="majorHAnsi"/>
          <w:lang w:val="nb-NO"/>
        </w:rPr>
      </w:pPr>
      <w:r w:rsidRPr="00F96788">
        <w:rPr>
          <w:rFonts w:asciiTheme="majorHAnsi" w:hAnsiTheme="majorHAnsi" w:cstheme="majorHAnsi"/>
          <w:i/>
          <w:lang w:val="nb-NO"/>
        </w:rPr>
        <w:t>Nettopp, alt som er negativt blir det mer av.</w:t>
      </w:r>
    </w:p>
    <w:p w14:paraId="4006200C" w14:textId="443DDDEF" w:rsidR="007D1361" w:rsidRDefault="007D1361" w:rsidP="007D1361">
      <w:pPr>
        <w:spacing w:after="0"/>
        <w:rPr>
          <w:rFonts w:asciiTheme="majorHAnsi" w:hAnsiTheme="majorHAnsi" w:cstheme="majorHAnsi"/>
          <w:lang w:val="nb-NO"/>
        </w:rPr>
      </w:pPr>
      <w:proofErr w:type="spellStart"/>
      <w:r w:rsidRPr="007D1361">
        <w:rPr>
          <w:rFonts w:asciiTheme="majorHAnsi" w:hAnsiTheme="majorHAnsi" w:cstheme="majorHAnsi"/>
          <w:lang w:val="nb-NO"/>
        </w:rPr>
        <w:t>Algoritmit</w:t>
      </w:r>
      <w:proofErr w:type="spellEnd"/>
      <w:r w:rsidRPr="007D1361">
        <w:rPr>
          <w:rFonts w:asciiTheme="majorHAnsi" w:hAnsiTheme="majorHAnsi" w:cstheme="majorHAnsi"/>
          <w:lang w:val="nb-NO"/>
        </w:rPr>
        <w:t xml:space="preserve"> </w:t>
      </w:r>
      <w:proofErr w:type="spellStart"/>
      <w:r w:rsidRPr="007D1361">
        <w:rPr>
          <w:rFonts w:asciiTheme="majorHAnsi" w:hAnsiTheme="majorHAnsi" w:cstheme="majorHAnsi"/>
          <w:lang w:val="nb-NO"/>
        </w:rPr>
        <w:t>halluuvat</w:t>
      </w:r>
      <w:proofErr w:type="spellEnd"/>
      <w:r w:rsidRPr="007D1361">
        <w:rPr>
          <w:rFonts w:asciiTheme="majorHAnsi" w:hAnsiTheme="majorHAnsi" w:cstheme="majorHAnsi"/>
          <w:lang w:val="nb-NO"/>
        </w:rPr>
        <w:t xml:space="preserve"> ette met</w:t>
      </w:r>
      <w:r>
        <w:rPr>
          <w:rFonts w:asciiTheme="majorHAnsi" w:hAnsiTheme="majorHAnsi" w:cstheme="majorHAnsi"/>
          <w:lang w:val="nb-NO"/>
        </w:rPr>
        <w:t xml:space="preserve"> </w:t>
      </w:r>
      <w:proofErr w:type="spellStart"/>
      <w:r w:rsidRPr="007D1361">
        <w:rPr>
          <w:rFonts w:asciiTheme="majorHAnsi" w:hAnsiTheme="majorHAnsi" w:cstheme="majorHAnsi"/>
          <w:lang w:val="nb-NO"/>
        </w:rPr>
        <w:t>emmä</w:t>
      </w:r>
      <w:proofErr w:type="spellEnd"/>
      <w:r w:rsidRPr="007D1361">
        <w:rPr>
          <w:rFonts w:asciiTheme="majorHAnsi" w:hAnsiTheme="majorHAnsi" w:cstheme="majorHAnsi"/>
          <w:lang w:val="nb-NO"/>
        </w:rPr>
        <w:t xml:space="preserve"> </w:t>
      </w:r>
      <w:proofErr w:type="spellStart"/>
      <w:r w:rsidRPr="007D1361">
        <w:rPr>
          <w:rFonts w:asciiTheme="majorHAnsi" w:hAnsiTheme="majorHAnsi" w:cstheme="majorHAnsi"/>
          <w:lang w:val="nb-NO"/>
        </w:rPr>
        <w:t>luota</w:t>
      </w:r>
      <w:proofErr w:type="spellEnd"/>
      <w:r w:rsidRPr="007D1361">
        <w:rPr>
          <w:rFonts w:asciiTheme="majorHAnsi" w:hAnsiTheme="majorHAnsi" w:cstheme="majorHAnsi"/>
          <w:lang w:val="nb-NO"/>
        </w:rPr>
        <w:t xml:space="preserve"> </w:t>
      </w:r>
      <w:proofErr w:type="spellStart"/>
      <w:r w:rsidRPr="007D1361">
        <w:rPr>
          <w:rFonts w:asciiTheme="majorHAnsi" w:hAnsiTheme="majorHAnsi" w:cstheme="majorHAnsi"/>
          <w:lang w:val="nb-NO"/>
        </w:rPr>
        <w:t>toinen</w:t>
      </w:r>
      <w:proofErr w:type="spellEnd"/>
      <w:r w:rsidRPr="007D1361">
        <w:rPr>
          <w:rFonts w:asciiTheme="majorHAnsi" w:hAnsiTheme="majorHAnsi" w:cstheme="majorHAnsi"/>
          <w:lang w:val="nb-NO"/>
        </w:rPr>
        <w:t xml:space="preserve"> </w:t>
      </w:r>
      <w:proofErr w:type="spellStart"/>
      <w:r w:rsidRPr="007D1361">
        <w:rPr>
          <w:rFonts w:asciiTheme="majorHAnsi" w:hAnsiTheme="majorHAnsi" w:cstheme="majorHAnsi"/>
          <w:lang w:val="nb-NO"/>
        </w:rPr>
        <w:t>toisen</w:t>
      </w:r>
      <w:proofErr w:type="spellEnd"/>
      <w:r w:rsidRPr="007D1361">
        <w:rPr>
          <w:rFonts w:asciiTheme="majorHAnsi" w:hAnsiTheme="majorHAnsi" w:cstheme="majorHAnsi"/>
          <w:lang w:val="nb-NO"/>
        </w:rPr>
        <w:t xml:space="preserve"> </w:t>
      </w:r>
      <w:proofErr w:type="spellStart"/>
      <w:r w:rsidRPr="007D1361">
        <w:rPr>
          <w:rFonts w:asciiTheme="majorHAnsi" w:hAnsiTheme="majorHAnsi" w:cstheme="majorHAnsi"/>
          <w:lang w:val="nb-NO"/>
        </w:rPr>
        <w:t>pääle</w:t>
      </w:r>
      <w:proofErr w:type="spellEnd"/>
      <w:r w:rsidRPr="007D1361">
        <w:rPr>
          <w:rFonts w:asciiTheme="majorHAnsi" w:hAnsiTheme="majorHAnsi" w:cstheme="majorHAnsi"/>
          <w:lang w:val="nb-NO"/>
        </w:rPr>
        <w:t>.</w:t>
      </w:r>
    </w:p>
    <w:p w14:paraId="38CC64DF" w14:textId="1B023DB6" w:rsidR="00B87D21" w:rsidRPr="00F96788" w:rsidRDefault="00000000" w:rsidP="007D1361">
      <w:pPr>
        <w:spacing w:after="0"/>
        <w:rPr>
          <w:rFonts w:asciiTheme="majorHAnsi" w:hAnsiTheme="majorHAnsi" w:cstheme="majorHAnsi"/>
          <w:lang w:val="nb-NO"/>
        </w:rPr>
      </w:pPr>
      <w:r w:rsidRPr="00F96788">
        <w:rPr>
          <w:rFonts w:asciiTheme="majorHAnsi" w:hAnsiTheme="majorHAnsi" w:cstheme="majorHAnsi"/>
          <w:i/>
          <w:lang w:val="nb-NO"/>
        </w:rPr>
        <w:t>Algoritmene vil jo at vi skal miste tro på hverandre.</w:t>
      </w:r>
    </w:p>
    <w:p w14:paraId="14468778" w14:textId="77777777" w:rsidR="00B87D21" w:rsidRPr="00F96788" w:rsidRDefault="00B87D21" w:rsidP="00F96788">
      <w:pPr>
        <w:spacing w:after="0"/>
        <w:rPr>
          <w:rFonts w:asciiTheme="majorHAnsi" w:hAnsiTheme="majorHAnsi" w:cstheme="majorHAnsi"/>
          <w:lang w:val="nb-NO"/>
        </w:rPr>
      </w:pPr>
    </w:p>
    <w:p w14:paraId="70C7D2DE" w14:textId="4FC0FA61" w:rsidR="00B87D21" w:rsidRPr="00F96788" w:rsidRDefault="00D11B15" w:rsidP="00F96788">
      <w:pPr>
        <w:spacing w:after="0"/>
        <w:rPr>
          <w:rFonts w:asciiTheme="majorHAnsi" w:hAnsiTheme="majorHAnsi" w:cstheme="majorHAnsi"/>
          <w:lang w:val="nb-NO"/>
        </w:rPr>
      </w:pPr>
      <w:r w:rsidRPr="00F96788">
        <w:rPr>
          <w:rFonts w:asciiTheme="majorHAnsi" w:hAnsiTheme="majorHAnsi" w:cstheme="majorHAnsi"/>
          <w:lang w:val="nb-NO"/>
        </w:rPr>
        <w:t>ELEV</w:t>
      </w:r>
      <w:r w:rsidR="00242F62" w:rsidRPr="00F96788">
        <w:rPr>
          <w:rFonts w:asciiTheme="majorHAnsi" w:hAnsiTheme="majorHAnsi" w:cstheme="majorHAnsi"/>
          <w:lang w:val="nb-NO"/>
        </w:rPr>
        <w:t>ER</w:t>
      </w:r>
      <w:r w:rsidRPr="00F96788">
        <w:rPr>
          <w:rFonts w:asciiTheme="majorHAnsi" w:hAnsiTheme="majorHAnsi" w:cstheme="majorHAnsi"/>
          <w:lang w:val="nb-NO"/>
        </w:rPr>
        <w:t>:</w:t>
      </w:r>
    </w:p>
    <w:p w14:paraId="3F0B6013" w14:textId="77777777" w:rsidR="007D1361" w:rsidRDefault="007D1361" w:rsidP="00F96788">
      <w:pPr>
        <w:spacing w:after="0"/>
        <w:rPr>
          <w:rFonts w:asciiTheme="majorHAnsi" w:hAnsiTheme="majorHAnsi" w:cstheme="majorHAnsi"/>
          <w:lang w:val="nb-NO"/>
        </w:rPr>
      </w:pPr>
      <w:r w:rsidRPr="007D1361">
        <w:rPr>
          <w:rFonts w:asciiTheme="majorHAnsi" w:hAnsiTheme="majorHAnsi" w:cstheme="majorHAnsi"/>
          <w:lang w:val="nb-NO"/>
        </w:rPr>
        <w:t xml:space="preserve">Nils </w:t>
      </w:r>
      <w:proofErr w:type="spellStart"/>
      <w:r w:rsidRPr="007D1361">
        <w:rPr>
          <w:rFonts w:asciiTheme="majorHAnsi" w:hAnsiTheme="majorHAnsi" w:cstheme="majorHAnsi"/>
          <w:lang w:val="nb-NO"/>
        </w:rPr>
        <w:t>oon</w:t>
      </w:r>
      <w:proofErr w:type="spellEnd"/>
      <w:r w:rsidRPr="007D1361">
        <w:rPr>
          <w:rFonts w:asciiTheme="majorHAnsi" w:hAnsiTheme="majorHAnsi" w:cstheme="majorHAnsi"/>
          <w:lang w:val="nb-NO"/>
        </w:rPr>
        <w:t xml:space="preserve"> </w:t>
      </w:r>
      <w:proofErr w:type="spellStart"/>
      <w:r w:rsidRPr="007D1361">
        <w:rPr>
          <w:rFonts w:asciiTheme="majorHAnsi" w:hAnsiTheme="majorHAnsi" w:cstheme="majorHAnsi"/>
          <w:lang w:val="nb-NO"/>
        </w:rPr>
        <w:t>oikkeessa</w:t>
      </w:r>
      <w:proofErr w:type="spellEnd"/>
      <w:r w:rsidRPr="007D1361">
        <w:rPr>
          <w:rFonts w:asciiTheme="majorHAnsi" w:hAnsiTheme="majorHAnsi" w:cstheme="majorHAnsi"/>
          <w:lang w:val="nb-NO"/>
        </w:rPr>
        <w:t>!</w:t>
      </w:r>
    </w:p>
    <w:p w14:paraId="0BF680F1" w14:textId="72298CCC" w:rsidR="00B87D21" w:rsidRPr="00F96788" w:rsidRDefault="00000000" w:rsidP="00F96788">
      <w:pPr>
        <w:spacing w:after="0"/>
        <w:rPr>
          <w:rFonts w:asciiTheme="majorHAnsi" w:hAnsiTheme="majorHAnsi" w:cstheme="majorHAnsi"/>
          <w:lang w:val="nb-NO"/>
        </w:rPr>
      </w:pPr>
      <w:r w:rsidRPr="00F96788">
        <w:rPr>
          <w:rFonts w:asciiTheme="majorHAnsi" w:hAnsiTheme="majorHAnsi" w:cstheme="majorHAnsi"/>
          <w:i/>
          <w:lang w:val="nb-NO"/>
        </w:rPr>
        <w:t>Nils har rett!</w:t>
      </w:r>
    </w:p>
    <w:p w14:paraId="4D493708" w14:textId="77777777" w:rsidR="007D1361" w:rsidRDefault="007D1361" w:rsidP="00F96788">
      <w:pPr>
        <w:spacing w:after="0"/>
        <w:rPr>
          <w:rFonts w:asciiTheme="majorHAnsi" w:hAnsiTheme="majorHAnsi" w:cstheme="majorHAnsi"/>
          <w:lang w:val="nb-NO"/>
        </w:rPr>
      </w:pPr>
      <w:proofErr w:type="spellStart"/>
      <w:r w:rsidRPr="007D1361">
        <w:rPr>
          <w:rFonts w:asciiTheme="majorHAnsi" w:hAnsiTheme="majorHAnsi" w:cstheme="majorHAnsi"/>
          <w:lang w:val="nb-NO"/>
        </w:rPr>
        <w:t>Meitä</w:t>
      </w:r>
      <w:proofErr w:type="spellEnd"/>
      <w:r w:rsidRPr="007D1361">
        <w:rPr>
          <w:rFonts w:asciiTheme="majorHAnsi" w:hAnsiTheme="majorHAnsi" w:cstheme="majorHAnsi"/>
          <w:lang w:val="nb-NO"/>
        </w:rPr>
        <w:t xml:space="preserve"> </w:t>
      </w:r>
      <w:proofErr w:type="spellStart"/>
      <w:r w:rsidRPr="007D1361">
        <w:rPr>
          <w:rFonts w:asciiTheme="majorHAnsi" w:hAnsiTheme="majorHAnsi" w:cstheme="majorHAnsi"/>
          <w:lang w:val="nb-NO"/>
        </w:rPr>
        <w:t>juksathaan</w:t>
      </w:r>
      <w:proofErr w:type="spellEnd"/>
      <w:r w:rsidRPr="007D1361">
        <w:rPr>
          <w:rFonts w:asciiTheme="majorHAnsi" w:hAnsiTheme="majorHAnsi" w:cstheme="majorHAnsi"/>
          <w:lang w:val="nb-NO"/>
        </w:rPr>
        <w:t xml:space="preserve"> ja </w:t>
      </w:r>
      <w:proofErr w:type="spellStart"/>
      <w:r w:rsidRPr="007D1361">
        <w:rPr>
          <w:rFonts w:asciiTheme="majorHAnsi" w:hAnsiTheme="majorHAnsi" w:cstheme="majorHAnsi"/>
          <w:lang w:val="nb-NO"/>
        </w:rPr>
        <w:t>meihin</w:t>
      </w:r>
      <w:proofErr w:type="spellEnd"/>
      <w:r w:rsidRPr="007D1361">
        <w:rPr>
          <w:rFonts w:asciiTheme="majorHAnsi" w:hAnsiTheme="majorHAnsi" w:cstheme="majorHAnsi"/>
          <w:lang w:val="nb-NO"/>
        </w:rPr>
        <w:t xml:space="preserve"> </w:t>
      </w:r>
      <w:proofErr w:type="spellStart"/>
      <w:r w:rsidRPr="007D1361">
        <w:rPr>
          <w:rFonts w:asciiTheme="majorHAnsi" w:hAnsiTheme="majorHAnsi" w:cstheme="majorHAnsi"/>
          <w:lang w:val="nb-NO"/>
        </w:rPr>
        <w:t>vaikutethaan</w:t>
      </w:r>
      <w:proofErr w:type="spellEnd"/>
      <w:r w:rsidRPr="007D1361">
        <w:rPr>
          <w:rFonts w:asciiTheme="majorHAnsi" w:hAnsiTheme="majorHAnsi" w:cstheme="majorHAnsi"/>
          <w:lang w:val="nb-NO"/>
        </w:rPr>
        <w:t xml:space="preserve">. </w:t>
      </w:r>
    </w:p>
    <w:p w14:paraId="24521E80" w14:textId="04DDD536" w:rsidR="00B87D21" w:rsidRPr="00F96788" w:rsidRDefault="00000000" w:rsidP="00F96788">
      <w:pPr>
        <w:spacing w:after="0"/>
        <w:rPr>
          <w:rFonts w:asciiTheme="majorHAnsi" w:hAnsiTheme="majorHAnsi" w:cstheme="majorHAnsi"/>
          <w:lang w:val="nb-NO"/>
        </w:rPr>
      </w:pPr>
      <w:r w:rsidRPr="00F96788">
        <w:rPr>
          <w:rFonts w:asciiTheme="majorHAnsi" w:hAnsiTheme="majorHAnsi" w:cstheme="majorHAnsi"/>
          <w:i/>
          <w:lang w:val="nb-NO"/>
        </w:rPr>
        <w:t>Vi blir lurt og påvirket.</w:t>
      </w:r>
    </w:p>
    <w:p w14:paraId="1E24F498" w14:textId="77777777" w:rsidR="007D1361" w:rsidRDefault="007D1361" w:rsidP="00F96788">
      <w:pPr>
        <w:spacing w:after="0"/>
        <w:rPr>
          <w:rFonts w:asciiTheme="majorHAnsi" w:hAnsiTheme="majorHAnsi" w:cstheme="majorHAnsi"/>
          <w:lang w:val="nb-NO"/>
        </w:rPr>
      </w:pPr>
      <w:r w:rsidRPr="007D1361">
        <w:rPr>
          <w:rFonts w:asciiTheme="majorHAnsi" w:hAnsiTheme="majorHAnsi" w:cstheme="majorHAnsi"/>
          <w:lang w:val="nb-NO"/>
        </w:rPr>
        <w:t xml:space="preserve">Met </w:t>
      </w:r>
      <w:proofErr w:type="spellStart"/>
      <w:r w:rsidRPr="007D1361">
        <w:rPr>
          <w:rFonts w:asciiTheme="majorHAnsi" w:hAnsiTheme="majorHAnsi" w:cstheme="majorHAnsi"/>
          <w:lang w:val="nb-NO"/>
        </w:rPr>
        <w:t>olema</w:t>
      </w:r>
      <w:proofErr w:type="spellEnd"/>
      <w:r w:rsidRPr="007D1361">
        <w:rPr>
          <w:rFonts w:asciiTheme="majorHAnsi" w:hAnsiTheme="majorHAnsi" w:cstheme="majorHAnsi"/>
          <w:lang w:val="nb-NO"/>
        </w:rPr>
        <w:t xml:space="preserve"> </w:t>
      </w:r>
      <w:proofErr w:type="spellStart"/>
      <w:r w:rsidRPr="007D1361">
        <w:rPr>
          <w:rFonts w:asciiTheme="majorHAnsi" w:hAnsiTheme="majorHAnsi" w:cstheme="majorHAnsi"/>
          <w:lang w:val="nb-NO"/>
        </w:rPr>
        <w:t>kaikukamarissa</w:t>
      </w:r>
      <w:proofErr w:type="spellEnd"/>
      <w:r w:rsidRPr="007D1361">
        <w:rPr>
          <w:rFonts w:asciiTheme="majorHAnsi" w:hAnsiTheme="majorHAnsi" w:cstheme="majorHAnsi"/>
          <w:lang w:val="nb-NO"/>
        </w:rPr>
        <w:t xml:space="preserve">. </w:t>
      </w:r>
    </w:p>
    <w:p w14:paraId="54A18CEB" w14:textId="2121862B" w:rsidR="00B87D21" w:rsidRPr="00F96788" w:rsidRDefault="00000000" w:rsidP="00F96788">
      <w:pPr>
        <w:spacing w:after="0"/>
        <w:rPr>
          <w:rFonts w:asciiTheme="majorHAnsi" w:hAnsiTheme="majorHAnsi" w:cstheme="majorHAnsi"/>
          <w:lang w:val="nb-NO"/>
        </w:rPr>
      </w:pPr>
      <w:r w:rsidRPr="00F96788">
        <w:rPr>
          <w:rFonts w:asciiTheme="majorHAnsi" w:hAnsiTheme="majorHAnsi" w:cstheme="majorHAnsi"/>
          <w:i/>
          <w:lang w:val="nb-NO"/>
        </w:rPr>
        <w:t>Vi er i ekkokamre.</w:t>
      </w:r>
    </w:p>
    <w:p w14:paraId="54A80855" w14:textId="77777777" w:rsidR="00B87D21" w:rsidRPr="00F96788" w:rsidRDefault="00B87D21" w:rsidP="00F96788">
      <w:pPr>
        <w:spacing w:after="0"/>
        <w:rPr>
          <w:rFonts w:asciiTheme="majorHAnsi" w:hAnsiTheme="majorHAnsi" w:cstheme="majorHAnsi"/>
          <w:lang w:val="nb-NO"/>
        </w:rPr>
      </w:pPr>
    </w:p>
    <w:sectPr w:rsidR="00B87D21" w:rsidRPr="00F96788" w:rsidSect="00034616">
      <w:footerReference w:type="even" r:id="rId8"/>
      <w:footerReference w:type="default" r:id="rId9"/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36F3401" w14:textId="77777777" w:rsidR="00F12820" w:rsidRDefault="00F12820" w:rsidP="00242F62">
      <w:pPr>
        <w:spacing w:after="0" w:line="240" w:lineRule="auto"/>
      </w:pPr>
      <w:r>
        <w:separator/>
      </w:r>
    </w:p>
  </w:endnote>
  <w:endnote w:type="continuationSeparator" w:id="0">
    <w:p w14:paraId="11625485" w14:textId="77777777" w:rsidR="00F12820" w:rsidRDefault="00F12820" w:rsidP="00242F6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ourier">
    <w:panose1 w:val="00000000000000000000"/>
    <w:charset w:val="00"/>
    <w:family w:val="auto"/>
    <w:pitch w:val="variable"/>
    <w:sig w:usb0="00000003" w:usb1="00000000" w:usb2="00000000" w:usb3="00000000" w:csb0="00000003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rPr>
        <w:rStyle w:val="Sidetall"/>
      </w:rPr>
      <w:id w:val="-333686389"/>
      <w:docPartObj>
        <w:docPartGallery w:val="Page Numbers (Bottom of Page)"/>
        <w:docPartUnique/>
      </w:docPartObj>
    </w:sdtPr>
    <w:sdtContent>
      <w:p w14:paraId="49623D3C" w14:textId="5B0BFDA6" w:rsidR="00242F62" w:rsidRDefault="00242F62" w:rsidP="001D7E51">
        <w:pPr>
          <w:pStyle w:val="Bunntekst"/>
          <w:framePr w:wrap="none" w:vAnchor="text" w:hAnchor="margin" w:xAlign="right" w:y="1"/>
          <w:rPr>
            <w:rStyle w:val="Sidetall"/>
          </w:rPr>
        </w:pPr>
        <w:r>
          <w:rPr>
            <w:rStyle w:val="Sidetall"/>
          </w:rPr>
          <w:fldChar w:fldCharType="begin"/>
        </w:r>
        <w:r>
          <w:rPr>
            <w:rStyle w:val="Sidetall"/>
          </w:rPr>
          <w:instrText xml:space="preserve"> PAGE </w:instrText>
        </w:r>
        <w:r>
          <w:rPr>
            <w:rStyle w:val="Sidetall"/>
          </w:rPr>
          <w:fldChar w:fldCharType="end"/>
        </w:r>
      </w:p>
    </w:sdtContent>
  </w:sdt>
  <w:p w14:paraId="66DC528F" w14:textId="77777777" w:rsidR="00242F62" w:rsidRDefault="00242F62" w:rsidP="00242F62">
    <w:pPr>
      <w:pStyle w:val="Bunntekst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rPr>
        <w:rStyle w:val="Sidetall"/>
      </w:rPr>
      <w:id w:val="-1273087250"/>
      <w:docPartObj>
        <w:docPartGallery w:val="Page Numbers (Bottom of Page)"/>
        <w:docPartUnique/>
      </w:docPartObj>
    </w:sdtPr>
    <w:sdtContent>
      <w:p w14:paraId="47029EAE" w14:textId="439B616D" w:rsidR="00242F62" w:rsidRDefault="00242F62" w:rsidP="001D7E51">
        <w:pPr>
          <w:pStyle w:val="Bunntekst"/>
          <w:framePr w:wrap="none" w:vAnchor="text" w:hAnchor="margin" w:xAlign="right" w:y="1"/>
          <w:rPr>
            <w:rStyle w:val="Sidetall"/>
          </w:rPr>
        </w:pPr>
        <w:r>
          <w:rPr>
            <w:rStyle w:val="Sidetall"/>
          </w:rPr>
          <w:fldChar w:fldCharType="begin"/>
        </w:r>
        <w:r>
          <w:rPr>
            <w:rStyle w:val="Sidetall"/>
          </w:rPr>
          <w:instrText xml:space="preserve"> PAGE </w:instrText>
        </w:r>
        <w:r>
          <w:rPr>
            <w:rStyle w:val="Sidetall"/>
          </w:rPr>
          <w:fldChar w:fldCharType="separate"/>
        </w:r>
        <w:r>
          <w:rPr>
            <w:rStyle w:val="Sidetall"/>
            <w:noProof/>
          </w:rPr>
          <w:t>7</w:t>
        </w:r>
        <w:r>
          <w:rPr>
            <w:rStyle w:val="Sidetall"/>
          </w:rPr>
          <w:fldChar w:fldCharType="end"/>
        </w:r>
      </w:p>
    </w:sdtContent>
  </w:sdt>
  <w:p w14:paraId="2744BD55" w14:textId="77777777" w:rsidR="00242F62" w:rsidRDefault="00242F62" w:rsidP="00242F62">
    <w:pPr>
      <w:pStyle w:val="Bunntekst"/>
      <w:ind w:right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B1A1427" w14:textId="77777777" w:rsidR="00F12820" w:rsidRDefault="00F12820" w:rsidP="00242F62">
      <w:pPr>
        <w:spacing w:after="0" w:line="240" w:lineRule="auto"/>
      </w:pPr>
      <w:r>
        <w:separator/>
      </w:r>
    </w:p>
  </w:footnote>
  <w:footnote w:type="continuationSeparator" w:id="0">
    <w:p w14:paraId="104CE554" w14:textId="77777777" w:rsidR="00F12820" w:rsidRDefault="00F12820" w:rsidP="00242F62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 w15:restartNumberingAfterBreak="0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 w15:restartNumberingAfterBreak="0">
    <w:nsid w:val="FFFFFF7E"/>
    <w:multiLevelType w:val="singleLevel"/>
    <w:tmpl w:val="FB12693A"/>
    <w:lvl w:ilvl="0">
      <w:start w:val="1"/>
      <w:numFmt w:val="decimal"/>
      <w:pStyle w:val="Nummerertliste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 w15:restartNumberingAfterBreak="0">
    <w:nsid w:val="FFFFFF7F"/>
    <w:multiLevelType w:val="singleLevel"/>
    <w:tmpl w:val="38441652"/>
    <w:lvl w:ilvl="0">
      <w:start w:val="1"/>
      <w:numFmt w:val="decimal"/>
      <w:pStyle w:val="Nummerertliste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 w15:restartNumberingAfterBreak="0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 w15:restartNumberingAfterBreak="0">
    <w:nsid w:val="FFFFFF82"/>
    <w:multiLevelType w:val="singleLevel"/>
    <w:tmpl w:val="F3EAFDEC"/>
    <w:lvl w:ilvl="0">
      <w:start w:val="1"/>
      <w:numFmt w:val="bullet"/>
      <w:pStyle w:val="Punktliste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 w15:restartNumberingAfterBreak="0">
    <w:nsid w:val="FFFFFF83"/>
    <w:multiLevelType w:val="singleLevel"/>
    <w:tmpl w:val="3D1EFFD4"/>
    <w:lvl w:ilvl="0">
      <w:start w:val="1"/>
      <w:numFmt w:val="bullet"/>
      <w:pStyle w:val="Punktliste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 w15:restartNumberingAfterBreak="0">
    <w:nsid w:val="FFFFFF88"/>
    <w:multiLevelType w:val="singleLevel"/>
    <w:tmpl w:val="D0A62B40"/>
    <w:lvl w:ilvl="0">
      <w:start w:val="1"/>
      <w:numFmt w:val="decimal"/>
      <w:pStyle w:val="Nummerertliste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 w15:restartNumberingAfterBreak="0">
    <w:nsid w:val="FFFFFF89"/>
    <w:multiLevelType w:val="singleLevel"/>
    <w:tmpl w:val="29761A62"/>
    <w:lvl w:ilvl="0">
      <w:start w:val="1"/>
      <w:numFmt w:val="bullet"/>
      <w:pStyle w:val="Punktliste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 w16cid:durableId="1757047533">
    <w:abstractNumId w:val="8"/>
  </w:num>
  <w:num w:numId="2" w16cid:durableId="165022191">
    <w:abstractNumId w:val="6"/>
  </w:num>
  <w:num w:numId="3" w16cid:durableId="1098409677">
    <w:abstractNumId w:val="5"/>
  </w:num>
  <w:num w:numId="4" w16cid:durableId="531192333">
    <w:abstractNumId w:val="4"/>
  </w:num>
  <w:num w:numId="5" w16cid:durableId="386953035">
    <w:abstractNumId w:val="7"/>
  </w:num>
  <w:num w:numId="6" w16cid:durableId="1327173428">
    <w:abstractNumId w:val="3"/>
  </w:num>
  <w:num w:numId="7" w16cid:durableId="1012613673">
    <w:abstractNumId w:val="2"/>
  </w:num>
  <w:num w:numId="8" w16cid:durableId="948121835">
    <w:abstractNumId w:val="1"/>
  </w:num>
  <w:num w:numId="9" w16cid:durableId="112303847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200"/>
  <w:proofState w:spelling="clean" w:grammar="clean"/>
  <w:defaultTabStop w:val="720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47730"/>
    <w:rsid w:val="000017F6"/>
    <w:rsid w:val="00034616"/>
    <w:rsid w:val="0006063C"/>
    <w:rsid w:val="0015074B"/>
    <w:rsid w:val="00242F62"/>
    <w:rsid w:val="0029639D"/>
    <w:rsid w:val="00326F90"/>
    <w:rsid w:val="004B1599"/>
    <w:rsid w:val="00550739"/>
    <w:rsid w:val="005F6D7C"/>
    <w:rsid w:val="007368A0"/>
    <w:rsid w:val="007D1361"/>
    <w:rsid w:val="007E2B29"/>
    <w:rsid w:val="0085094C"/>
    <w:rsid w:val="008D564D"/>
    <w:rsid w:val="0094023C"/>
    <w:rsid w:val="00AA1D8D"/>
    <w:rsid w:val="00B47730"/>
    <w:rsid w:val="00B87D21"/>
    <w:rsid w:val="00CB0664"/>
    <w:rsid w:val="00D11B15"/>
    <w:rsid w:val="00F12820"/>
    <w:rsid w:val="00F96788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ocId w14:val="40AA66B1"/>
  <w14:defaultImageDpi w14:val="300"/>
  <w15:docId w15:val="{265DC7F1-2168-5640-B8A0-12079DBC3AB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C693F"/>
  </w:style>
  <w:style w:type="paragraph" w:styleId="Overskrift1">
    <w:name w:val="heading 1"/>
    <w:basedOn w:val="Normal"/>
    <w:next w:val="Normal"/>
    <w:link w:val="Overskrift1Tegn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Overskrift2">
    <w:name w:val="heading 2"/>
    <w:basedOn w:val="Normal"/>
    <w:next w:val="Normal"/>
    <w:link w:val="Overskrift2Tegn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Overskrift3">
    <w:name w:val="heading 3"/>
    <w:basedOn w:val="Normal"/>
    <w:next w:val="Normal"/>
    <w:link w:val="Overskrift3Tegn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Overskrift4">
    <w:name w:val="heading 4"/>
    <w:basedOn w:val="Normal"/>
    <w:next w:val="Normal"/>
    <w:link w:val="Overskrift4Tegn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Overskrift5">
    <w:name w:val="heading 5"/>
    <w:basedOn w:val="Normal"/>
    <w:next w:val="Normal"/>
    <w:link w:val="Overskrift5Tegn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Overskrift6">
    <w:name w:val="heading 6"/>
    <w:basedOn w:val="Normal"/>
    <w:next w:val="Normal"/>
    <w:link w:val="Overskrift6Tegn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Overskrift7">
    <w:name w:val="heading 7"/>
    <w:basedOn w:val="Normal"/>
    <w:next w:val="Normal"/>
    <w:link w:val="Overskrift7Tegn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Overskrift8">
    <w:name w:val="heading 8"/>
    <w:basedOn w:val="Normal"/>
    <w:next w:val="Normal"/>
    <w:link w:val="Overskrift8Tegn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Overskrift9">
    <w:name w:val="heading 9"/>
    <w:basedOn w:val="Normal"/>
    <w:next w:val="Normal"/>
    <w:link w:val="Overskrift9Tegn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Standardskriftforavsnitt">
    <w:name w:val="Default Paragraph Font"/>
    <w:uiPriority w:val="1"/>
    <w:semiHidden/>
    <w:unhideWhenUsed/>
  </w:style>
  <w:style w:type="table" w:default="1" w:styleId="Vanligtabel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liste">
    <w:name w:val="No List"/>
    <w:uiPriority w:val="99"/>
    <w:semiHidden/>
    <w:unhideWhenUsed/>
  </w:style>
  <w:style w:type="paragraph" w:styleId="Topptekst">
    <w:name w:val="header"/>
    <w:basedOn w:val="Normal"/>
    <w:link w:val="TopptekstTegn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TopptekstTegn">
    <w:name w:val="Topptekst Tegn"/>
    <w:basedOn w:val="Standardskriftforavsnitt"/>
    <w:link w:val="Topptekst"/>
    <w:uiPriority w:val="99"/>
    <w:rsid w:val="00E618BF"/>
  </w:style>
  <w:style w:type="paragraph" w:styleId="Bunntekst">
    <w:name w:val="footer"/>
    <w:basedOn w:val="Normal"/>
    <w:link w:val="BunntekstTegn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BunntekstTegn">
    <w:name w:val="Bunntekst Tegn"/>
    <w:basedOn w:val="Standardskriftforavsnitt"/>
    <w:link w:val="Bunntekst"/>
    <w:uiPriority w:val="99"/>
    <w:rsid w:val="00E618BF"/>
  </w:style>
  <w:style w:type="paragraph" w:styleId="Ingenmellomrom">
    <w:name w:val="No Spacing"/>
    <w:uiPriority w:val="1"/>
    <w:qFormat/>
    <w:rsid w:val="00FC693F"/>
    <w:pPr>
      <w:spacing w:after="0" w:line="240" w:lineRule="auto"/>
    </w:pPr>
  </w:style>
  <w:style w:type="character" w:customStyle="1" w:styleId="Overskrift1Tegn">
    <w:name w:val="Overskrift 1 Tegn"/>
    <w:basedOn w:val="Standardskriftforavsnitt"/>
    <w:link w:val="Overskrift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Overskrift2Tegn">
    <w:name w:val="Overskrift 2 Tegn"/>
    <w:basedOn w:val="Standardskriftforavsnitt"/>
    <w:link w:val="Overskrift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Overskrift3Tegn">
    <w:name w:val="Overskrift 3 Tegn"/>
    <w:basedOn w:val="Standardskriftforavsnitt"/>
    <w:link w:val="Overskrift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tel">
    <w:name w:val="Title"/>
    <w:basedOn w:val="Normal"/>
    <w:next w:val="Normal"/>
    <w:link w:val="TittelTegn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telTegn">
    <w:name w:val="Tittel Tegn"/>
    <w:basedOn w:val="Standardskriftforavsnitt"/>
    <w:link w:val="Tittel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Undertittel">
    <w:name w:val="Subtitle"/>
    <w:basedOn w:val="Normal"/>
    <w:next w:val="Normal"/>
    <w:link w:val="UndertittelTegn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UndertittelTegn">
    <w:name w:val="Undertittel Tegn"/>
    <w:basedOn w:val="Standardskriftforavsnitt"/>
    <w:link w:val="Undertittel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eavsnitt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rdtekst">
    <w:name w:val="Body Text"/>
    <w:basedOn w:val="Normal"/>
    <w:link w:val="BrdtekstTegn"/>
    <w:uiPriority w:val="99"/>
    <w:unhideWhenUsed/>
    <w:rsid w:val="00AA1D8D"/>
    <w:pPr>
      <w:spacing w:after="120"/>
    </w:pPr>
  </w:style>
  <w:style w:type="character" w:customStyle="1" w:styleId="BrdtekstTegn">
    <w:name w:val="Brødtekst Tegn"/>
    <w:basedOn w:val="Standardskriftforavsnitt"/>
    <w:link w:val="Brdtekst"/>
    <w:uiPriority w:val="99"/>
    <w:rsid w:val="00AA1D8D"/>
  </w:style>
  <w:style w:type="paragraph" w:styleId="Brdtekst2">
    <w:name w:val="Body Text 2"/>
    <w:basedOn w:val="Normal"/>
    <w:link w:val="Brdtekst2Tegn"/>
    <w:uiPriority w:val="99"/>
    <w:unhideWhenUsed/>
    <w:rsid w:val="00AA1D8D"/>
    <w:pPr>
      <w:spacing w:after="120" w:line="480" w:lineRule="auto"/>
    </w:pPr>
  </w:style>
  <w:style w:type="character" w:customStyle="1" w:styleId="Brdtekst2Tegn">
    <w:name w:val="Brødtekst 2 Tegn"/>
    <w:basedOn w:val="Standardskriftforavsnitt"/>
    <w:link w:val="Brdtekst2"/>
    <w:uiPriority w:val="99"/>
    <w:rsid w:val="00AA1D8D"/>
  </w:style>
  <w:style w:type="paragraph" w:styleId="Brdtekst3">
    <w:name w:val="Body Text 3"/>
    <w:basedOn w:val="Normal"/>
    <w:link w:val="Brdtekst3Tegn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rdtekst3Tegn">
    <w:name w:val="Brødtekst 3 Tegn"/>
    <w:basedOn w:val="Standardskriftforavsnitt"/>
    <w:link w:val="Brdtekst3"/>
    <w:uiPriority w:val="99"/>
    <w:rsid w:val="00AA1D8D"/>
    <w:rPr>
      <w:sz w:val="16"/>
      <w:szCs w:val="16"/>
    </w:rPr>
  </w:style>
  <w:style w:type="paragraph" w:styleId="Liste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e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e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Punktliste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Punktliste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Punktliste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Nummerertliste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Nummerertliste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Nummerertliste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e-forts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e-forts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e-forts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krotekst">
    <w:name w:val="macro"/>
    <w:link w:val="MakrotekstTegn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krotekstTegn">
    <w:name w:val="Makrotekst Tegn"/>
    <w:basedOn w:val="Standardskriftforavsnitt"/>
    <w:link w:val="Makrotekst"/>
    <w:uiPriority w:val="99"/>
    <w:rsid w:val="0029639D"/>
    <w:rPr>
      <w:rFonts w:ascii="Courier" w:hAnsi="Courier"/>
      <w:sz w:val="20"/>
      <w:szCs w:val="20"/>
    </w:rPr>
  </w:style>
  <w:style w:type="paragraph" w:styleId="Sitat">
    <w:name w:val="Quote"/>
    <w:basedOn w:val="Normal"/>
    <w:next w:val="Normal"/>
    <w:link w:val="SitatTegn"/>
    <w:uiPriority w:val="29"/>
    <w:qFormat/>
    <w:rsid w:val="00FC693F"/>
    <w:rPr>
      <w:i/>
      <w:iCs/>
      <w:color w:val="000000" w:themeColor="text1"/>
    </w:rPr>
  </w:style>
  <w:style w:type="character" w:customStyle="1" w:styleId="SitatTegn">
    <w:name w:val="Sitat Tegn"/>
    <w:basedOn w:val="Standardskriftforavsnitt"/>
    <w:link w:val="Sitat"/>
    <w:uiPriority w:val="29"/>
    <w:rsid w:val="00FC693F"/>
    <w:rPr>
      <w:i/>
      <w:iCs/>
      <w:color w:val="000000" w:themeColor="text1"/>
    </w:rPr>
  </w:style>
  <w:style w:type="character" w:customStyle="1" w:styleId="Overskrift4Tegn">
    <w:name w:val="Overskrift 4 Tegn"/>
    <w:basedOn w:val="Standardskriftforavsnitt"/>
    <w:link w:val="Overskrift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Overskrift5Tegn">
    <w:name w:val="Overskrift 5 Tegn"/>
    <w:basedOn w:val="Standardskriftforavsnitt"/>
    <w:link w:val="Overskrift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Overskrift6Tegn">
    <w:name w:val="Overskrift 6 Tegn"/>
    <w:basedOn w:val="Standardskriftforavsnitt"/>
    <w:link w:val="Overskrift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Overskrift7Tegn">
    <w:name w:val="Overskrift 7 Tegn"/>
    <w:basedOn w:val="Standardskriftforavsnitt"/>
    <w:link w:val="Overskrift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Overskrift8Tegn">
    <w:name w:val="Overskrift 8 Tegn"/>
    <w:basedOn w:val="Standardskriftforavsnitt"/>
    <w:link w:val="Overskrift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Overskrift9Tegn">
    <w:name w:val="Overskrift 9 Tegn"/>
    <w:basedOn w:val="Standardskriftforavsnitt"/>
    <w:link w:val="Overskrift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Bildetekst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erk">
    <w:name w:val="Strong"/>
    <w:basedOn w:val="Standardskriftforavsnitt"/>
    <w:uiPriority w:val="22"/>
    <w:qFormat/>
    <w:rsid w:val="00FC693F"/>
    <w:rPr>
      <w:b/>
      <w:bCs/>
    </w:rPr>
  </w:style>
  <w:style w:type="character" w:styleId="Utheving">
    <w:name w:val="Emphasis"/>
    <w:basedOn w:val="Standardskriftforavsnitt"/>
    <w:uiPriority w:val="20"/>
    <w:qFormat/>
    <w:rsid w:val="00FC693F"/>
    <w:rPr>
      <w:i/>
      <w:iCs/>
    </w:rPr>
  </w:style>
  <w:style w:type="paragraph" w:styleId="Sterktsitat">
    <w:name w:val="Intense Quote"/>
    <w:basedOn w:val="Normal"/>
    <w:next w:val="Normal"/>
    <w:link w:val="SterktsitatTegn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SterktsitatTegn">
    <w:name w:val="Sterkt sitat Tegn"/>
    <w:basedOn w:val="Standardskriftforavsnitt"/>
    <w:link w:val="Sterktsitat"/>
    <w:uiPriority w:val="30"/>
    <w:rsid w:val="00FC693F"/>
    <w:rPr>
      <w:b/>
      <w:bCs/>
      <w:i/>
      <w:iCs/>
      <w:color w:val="4F81BD" w:themeColor="accent1"/>
    </w:rPr>
  </w:style>
  <w:style w:type="character" w:styleId="Svakutheving">
    <w:name w:val="Subtle Emphasis"/>
    <w:basedOn w:val="Standardskriftforavsnitt"/>
    <w:uiPriority w:val="19"/>
    <w:qFormat/>
    <w:rsid w:val="00FC693F"/>
    <w:rPr>
      <w:i/>
      <w:iCs/>
      <w:color w:val="808080" w:themeColor="text1" w:themeTint="7F"/>
    </w:rPr>
  </w:style>
  <w:style w:type="character" w:styleId="Sterkutheving">
    <w:name w:val="Intense Emphasis"/>
    <w:basedOn w:val="Standardskriftforavsnitt"/>
    <w:uiPriority w:val="21"/>
    <w:qFormat/>
    <w:rsid w:val="00FC693F"/>
    <w:rPr>
      <w:b/>
      <w:bCs/>
      <w:i/>
      <w:iCs/>
      <w:color w:val="4F81BD" w:themeColor="accent1"/>
    </w:rPr>
  </w:style>
  <w:style w:type="character" w:styleId="Svakreferanse">
    <w:name w:val="Subtle Reference"/>
    <w:basedOn w:val="Standardskriftforavsnitt"/>
    <w:uiPriority w:val="31"/>
    <w:qFormat/>
    <w:rsid w:val="00FC693F"/>
    <w:rPr>
      <w:smallCaps/>
      <w:color w:val="C0504D" w:themeColor="accent2"/>
      <w:u w:val="single"/>
    </w:rPr>
  </w:style>
  <w:style w:type="character" w:styleId="Sterkreferanse">
    <w:name w:val="Intense Reference"/>
    <w:basedOn w:val="Standardskriftforavsnit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ktittel">
    <w:name w:val="Book Title"/>
    <w:basedOn w:val="Standardskriftforavsnitt"/>
    <w:uiPriority w:val="33"/>
    <w:qFormat/>
    <w:rsid w:val="00FC693F"/>
    <w:rPr>
      <w:b/>
      <w:bCs/>
      <w:smallCaps/>
      <w:spacing w:val="5"/>
    </w:rPr>
  </w:style>
  <w:style w:type="paragraph" w:styleId="Overskriftforinnholdsfortegnelse">
    <w:name w:val="TOC Heading"/>
    <w:basedOn w:val="Overskrift1"/>
    <w:next w:val="Normal"/>
    <w:uiPriority w:val="39"/>
    <w:semiHidden/>
    <w:unhideWhenUsed/>
    <w:qFormat/>
    <w:rsid w:val="00FC693F"/>
    <w:pPr>
      <w:outlineLvl w:val="9"/>
    </w:pPr>
  </w:style>
  <w:style w:type="table" w:styleId="Tabellrutenett">
    <w:name w:val="Table Grid"/>
    <w:basedOn w:val="Vanligtabell"/>
    <w:uiPriority w:val="59"/>
    <w:rsid w:val="00FC693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Lysskyggelegging">
    <w:name w:val="Light Shading"/>
    <w:basedOn w:val="Vanligtabel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ysskyggelegginguthevingsfarge1">
    <w:name w:val="Light Shading Accent 1"/>
    <w:basedOn w:val="Vanligtabel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ysskyggelegginguthevingsfarge2">
    <w:name w:val="Light Shading Accent 2"/>
    <w:basedOn w:val="Vanligtabel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ysskyggelegginguthevingsfarge3">
    <w:name w:val="Light Shading Accent 3"/>
    <w:basedOn w:val="Vanligtabel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ysskyggelegginguthevingsfarge4">
    <w:name w:val="Light Shading Accent 4"/>
    <w:basedOn w:val="Vanligtabel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ysskyggelegginguthevingsfarge5">
    <w:name w:val="Light Shading Accent 5"/>
    <w:basedOn w:val="Vanligtabel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ysskyggelegginguthevingsfarge6">
    <w:name w:val="Light Shading Accent 6"/>
    <w:basedOn w:val="Vanligtabel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ysliste">
    <w:name w:val="Light List"/>
    <w:basedOn w:val="Vanligtabell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yslisteuthevingsfarge1">
    <w:name w:val="Light List Accent 1"/>
    <w:basedOn w:val="Vanligtabell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yslisteuthevingsfarge2">
    <w:name w:val="Light List Accent 2"/>
    <w:basedOn w:val="Vanligtabel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yslisteuthevingsfarge3">
    <w:name w:val="Light List Accent 3"/>
    <w:basedOn w:val="Vanligtabel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yslisteuthevingsfarge4">
    <w:name w:val="Light List Accent 4"/>
    <w:basedOn w:val="Vanligtabel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yslisteuthevingsfarge5">
    <w:name w:val="Light List Accent 5"/>
    <w:basedOn w:val="Vanligtabel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yslisteuthevingsfarge6">
    <w:name w:val="Light List Accent 6"/>
    <w:basedOn w:val="Vanligtabel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ystrutenett">
    <w:name w:val="Light Grid"/>
    <w:basedOn w:val="Vanligtabel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ystrutenettuthevingsfarge1">
    <w:name w:val="Light Grid Accent 1"/>
    <w:basedOn w:val="Vanligtabel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ystrutenettuthevingsfarge2">
    <w:name w:val="Light Grid Accent 2"/>
    <w:basedOn w:val="Vanligtabel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ystrutenettuthevingsfarge3">
    <w:name w:val="Light Grid Accent 3"/>
    <w:basedOn w:val="Vanligtabel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ystrutenettuthevingsfarge4">
    <w:name w:val="Light Grid Accent 4"/>
    <w:basedOn w:val="Vanligtabel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ystrutenettuthevingsfarge5">
    <w:name w:val="Light Grid Accent 5"/>
    <w:basedOn w:val="Vanligtabel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ystrutenettuthevingsfarge6">
    <w:name w:val="Light Grid Accent 6"/>
    <w:basedOn w:val="Vanligtabel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iddelsskyggelegging1">
    <w:name w:val="Medium Shading 1"/>
    <w:basedOn w:val="Vanligtabel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iddelsskyggelegging1uthevingsfarge1">
    <w:name w:val="Medium Shading 1 Accent 1"/>
    <w:basedOn w:val="Vanligtabel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iddelsskyggelegging1uthevingsfarge2">
    <w:name w:val="Medium Shading 1 Accent 2"/>
    <w:basedOn w:val="Vanligtabel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iddelsskyggelegging1uthevingsfarge3">
    <w:name w:val="Medium Shading 1 Accent 3"/>
    <w:basedOn w:val="Vanligtabel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iddelsskyggelegging1uthevingsfarge4">
    <w:name w:val="Medium Shading 1 Accent 4"/>
    <w:basedOn w:val="Vanligtabel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iddelsskyggelegging1uthevingsfarge5">
    <w:name w:val="Medium Shading 1 Accent 5"/>
    <w:basedOn w:val="Vanligtabel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iddelsskyggelegging1uthevingsfarge6">
    <w:name w:val="Medium Shading 1 Accent 6"/>
    <w:basedOn w:val="Vanligtabel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iddelsskyggelegging2">
    <w:name w:val="Medium Shading 2"/>
    <w:basedOn w:val="Vanligtabel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iddelsskyggelegging2uthevingsfarge1">
    <w:name w:val="Medium Shading 2 Accent 1"/>
    <w:basedOn w:val="Vanligtabel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iddelsskyggelegging2uthevingsfarge2">
    <w:name w:val="Medium Shading 2 Accent 2"/>
    <w:basedOn w:val="Vanligtabel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iddelsskyggelegging2uthevingsfarge3">
    <w:name w:val="Medium Shading 2 Accent 3"/>
    <w:basedOn w:val="Vanligtabel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iddelsskyggelegging2uthevingsfarge4">
    <w:name w:val="Medium Shading 2 Accent 4"/>
    <w:basedOn w:val="Vanligtabel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iddelsskyggelegging2uthevingsfarge5">
    <w:name w:val="Medium Shading 2 Accent 5"/>
    <w:basedOn w:val="Vanligtabel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iddelsskyggelegging2uthevingsfarge6">
    <w:name w:val="Medium Shading 2 Accent 6"/>
    <w:basedOn w:val="Vanligtabel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iddelsliste1">
    <w:name w:val="Medium List 1"/>
    <w:basedOn w:val="Vanligtabel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iddelsliste1uthevingsfarge1">
    <w:name w:val="Medium List 1 Accent 1"/>
    <w:basedOn w:val="Vanligtabel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iddelsliste1uthevingsfarge2">
    <w:name w:val="Medium List 1 Accent 2"/>
    <w:basedOn w:val="Vanligtabel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iddelsliste1uthevingsfarge3">
    <w:name w:val="Medium List 1 Accent 3"/>
    <w:basedOn w:val="Vanligtabel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iddelsliste1uthevingsfarge4">
    <w:name w:val="Medium List 1 Accent 4"/>
    <w:basedOn w:val="Vanligtabel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iddelsliste1uthevingsfarge5">
    <w:name w:val="Medium List 1 Accent 5"/>
    <w:basedOn w:val="Vanligtabel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iddelsliste1uthevingsfarge6">
    <w:name w:val="Medium List 1 Accent 6"/>
    <w:basedOn w:val="Vanligtabel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iddelsliste2">
    <w:name w:val="Medium List 2"/>
    <w:basedOn w:val="Vanligtabel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iddelsliste2uthevingsfarge1">
    <w:name w:val="Medium List 2 Accent 1"/>
    <w:basedOn w:val="Vanligtabel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iddelsliste2uthevingsfarge2">
    <w:name w:val="Medium List 2 Accent 2"/>
    <w:basedOn w:val="Vanligtabel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iddelsliste2uthevingsfarge3">
    <w:name w:val="Medium List 2 Accent 3"/>
    <w:basedOn w:val="Vanligtabel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iddelsliste2uthevingsfarge4">
    <w:name w:val="Medium List 2 Accent 4"/>
    <w:basedOn w:val="Vanligtabel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iddelsliste2uthevingsfarge5">
    <w:name w:val="Medium List 2 Accent 5"/>
    <w:basedOn w:val="Vanligtabel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iddelsliste2uthevingsfarge6">
    <w:name w:val="Medium List 2 Accent 6"/>
    <w:basedOn w:val="Vanligtabel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iddelsrutenett1">
    <w:name w:val="Medium Grid 1"/>
    <w:basedOn w:val="Vanligtabel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iddelsrutenett1uthevingsfarge1">
    <w:name w:val="Medium Grid 1 Accent 1"/>
    <w:basedOn w:val="Vanligtabel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iddelsrutenett1uthevingsfarge2">
    <w:name w:val="Medium Grid 1 Accent 2"/>
    <w:basedOn w:val="Vanligtabel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iddelsrutenett1uthevingsfarge3">
    <w:name w:val="Medium Grid 1 Accent 3"/>
    <w:basedOn w:val="Vanligtabel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iddelsrutenett1uthevingsfarge4">
    <w:name w:val="Medium Grid 1 Accent 4"/>
    <w:basedOn w:val="Vanligtabel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iddelsrutenett1uthevingsfarge5">
    <w:name w:val="Medium Grid 1 Accent 5"/>
    <w:basedOn w:val="Vanligtabel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iddelsrutenett1uthevingsfarge6">
    <w:name w:val="Medium Grid 1 Accent 6"/>
    <w:basedOn w:val="Vanligtabel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iddelsrutenett2">
    <w:name w:val="Medium Grid 2"/>
    <w:basedOn w:val="Vanligtabel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iddelsrutenett2uthevingsfarge1">
    <w:name w:val="Medium Grid 2 Accent 1"/>
    <w:basedOn w:val="Vanligtabel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iddelsrutenett2uthevingsfarge2">
    <w:name w:val="Medium Grid 2 Accent 2"/>
    <w:basedOn w:val="Vanligtabel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iddelsrutenett2uthevingsfarge3">
    <w:name w:val="Medium Grid 2 Accent 3"/>
    <w:basedOn w:val="Vanligtabel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iddelsrutenett2uthevingsfarge4">
    <w:name w:val="Medium Grid 2 Accent 4"/>
    <w:basedOn w:val="Vanligtabel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iddelsrutenett2uthevingsfarge5">
    <w:name w:val="Medium Grid 2 Accent 5"/>
    <w:basedOn w:val="Vanligtabel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iddelsrutenett2uthevingsfarge6">
    <w:name w:val="Medium Grid 2 Accent 6"/>
    <w:basedOn w:val="Vanligtabel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iddelsrutenett3">
    <w:name w:val="Medium Grid 3"/>
    <w:basedOn w:val="Vanligtabel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iddelsrutenett3uthevingsfarge1">
    <w:name w:val="Medium Grid 3 Accent 1"/>
    <w:basedOn w:val="Vanligtabel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iddelsrutenett3uthevingsfarge2">
    <w:name w:val="Medium Grid 3 Accent 2"/>
    <w:basedOn w:val="Vanligtabel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iddelsrutenett3uthevingsfarge3">
    <w:name w:val="Medium Grid 3 Accent 3"/>
    <w:basedOn w:val="Vanligtabel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iddelsrutenett3uthevingsfarge4">
    <w:name w:val="Medium Grid 3 Accent 4"/>
    <w:basedOn w:val="Vanligtabel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iddelsrutenett3uthevingsfarge5">
    <w:name w:val="Medium Grid 3 Accent 5"/>
    <w:basedOn w:val="Vanligtabel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iddelsrutenett3uthevingsfarge6">
    <w:name w:val="Medium Grid 3 Accent 6"/>
    <w:basedOn w:val="Vanligtabel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Mrkliste">
    <w:name w:val="Dark List"/>
    <w:basedOn w:val="Vanligtabel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Mrklisteuthevingsfarge1">
    <w:name w:val="Dark List Accent 1"/>
    <w:basedOn w:val="Vanligtabel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Mrklisteuthevingsfarge2">
    <w:name w:val="Dark List Accent 2"/>
    <w:basedOn w:val="Vanligtabel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Mrklisteuthevingsfarge3">
    <w:name w:val="Dark List Accent 3"/>
    <w:basedOn w:val="Vanligtabel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Mrklisteuthevingsfarge4">
    <w:name w:val="Dark List Accent 4"/>
    <w:basedOn w:val="Vanligtabel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Mrklisteuthevingsfarge5">
    <w:name w:val="Dark List Accent 5"/>
    <w:basedOn w:val="Vanligtabel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Mrklisteuthevingsfarge6">
    <w:name w:val="Dark List Accent 6"/>
    <w:basedOn w:val="Vanligtabel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Fargerikskyggelegging">
    <w:name w:val="Colorful Shading"/>
    <w:basedOn w:val="Vanligtabel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Fargerikskyggelegginguthevingsfarge1">
    <w:name w:val="Colorful Shading Accent 1"/>
    <w:basedOn w:val="Vanligtabel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Fargerikskyggelegginguthevingsfarge2">
    <w:name w:val="Colorful Shading Accent 2"/>
    <w:basedOn w:val="Vanligtabel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Fargerikskyggelegginguthevingsfarge3">
    <w:name w:val="Colorful Shading Accent 3"/>
    <w:basedOn w:val="Vanligtabel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Fargerikskyggelegginguthevingsfarge4">
    <w:name w:val="Colorful Shading Accent 4"/>
    <w:basedOn w:val="Vanligtabel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Fargerikskyggelegginguthevingsfarge5">
    <w:name w:val="Colorful Shading Accent 5"/>
    <w:basedOn w:val="Vanligtabel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Fargerikskyggelegginguthevingsfarge6">
    <w:name w:val="Colorful Shading Accent 6"/>
    <w:basedOn w:val="Vanligtabel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Fargerikliste">
    <w:name w:val="Colorful List"/>
    <w:basedOn w:val="Vanligtabel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Fargeriklisteuthevingsfarge1">
    <w:name w:val="Colorful List Accent 1"/>
    <w:basedOn w:val="Vanligtabel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Fargeriklisteuthevingsfarge2">
    <w:name w:val="Colorful List Accent 2"/>
    <w:basedOn w:val="Vanligtabel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Fargeriklisteuthevingsfarge3">
    <w:name w:val="Colorful List Accent 3"/>
    <w:basedOn w:val="Vanligtabel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Fargeriklisteuthevingsfarge4">
    <w:name w:val="Colorful List Accent 4"/>
    <w:basedOn w:val="Vanligtabel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Fargeriklisteuthevingsfarge5">
    <w:name w:val="Colorful List Accent 5"/>
    <w:basedOn w:val="Vanligtabel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Fargeriklisteuthevingsfarge6">
    <w:name w:val="Colorful List Accent 6"/>
    <w:basedOn w:val="Vanligtabel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Fargeriktrutenett">
    <w:name w:val="Colorful Grid"/>
    <w:basedOn w:val="Vanligtabel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Fargeriktrutenettuthevingsfarge1">
    <w:name w:val="Colorful Grid Accent 1"/>
    <w:basedOn w:val="Vanligtabel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Fargeriktrutenettuthevingsfarge2">
    <w:name w:val="Colorful Grid Accent 2"/>
    <w:basedOn w:val="Vanligtabel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Fargeriktrutenettuthevingsfarge3">
    <w:name w:val="Colorful Grid Accent 3"/>
    <w:basedOn w:val="Vanligtabel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Fargeriktrutenettuthevingsfarge4">
    <w:name w:val="Colorful Grid Accent 4"/>
    <w:basedOn w:val="Vanligtabel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Fargeriktrutenettuthevingsfarge5">
    <w:name w:val="Colorful Grid Accent 5"/>
    <w:basedOn w:val="Vanligtabel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Fargeriktrutenettuthevingsfarge6">
    <w:name w:val="Colorful Grid Accent 6"/>
    <w:basedOn w:val="Vanligtabel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character" w:styleId="Sidetall">
    <w:name w:val="page number"/>
    <w:basedOn w:val="Standardskriftforavsnitt"/>
    <w:uiPriority w:val="99"/>
    <w:semiHidden/>
    <w:unhideWhenUsed/>
    <w:rsid w:val="00242F62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742092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3425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195252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00402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427026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7468017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13866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418865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9765258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</w:divs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5</Pages>
  <Words>569</Words>
  <Characters>3020</Characters>
  <Application>Microsoft Office Word</Application>
  <DocSecurity>0</DocSecurity>
  <Lines>25</Lines>
  <Paragraphs>7</Paragraphs>
  <ScaleCrop>false</ScaleCrop>
  <HeadingPairs>
    <vt:vector size="4" baseType="variant">
      <vt:variant>
        <vt:lpstr>Tittel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Manager/>
  <Company/>
  <LinksUpToDate>false</LinksUpToDate>
  <CharactersWithSpaces>3582</CharactersWithSpaces>
  <SharedDoc>false</SharedDoc>
  <HyperlinkBase/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>Marianne Kleven</cp:lastModifiedBy>
  <cp:revision>4</cp:revision>
  <dcterms:created xsi:type="dcterms:W3CDTF">2025-12-01T14:08:00Z</dcterms:created>
  <dcterms:modified xsi:type="dcterms:W3CDTF">2025-12-01T14:28:00Z</dcterms:modified>
  <cp:category/>
</cp:coreProperties>
</file>