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77A94" w14:textId="476A382B" w:rsidR="009B2D51" w:rsidRPr="004A015F" w:rsidRDefault="009B2D51" w:rsidP="004A015F">
      <w:pPr>
        <w:spacing w:after="0" w:line="276" w:lineRule="auto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proofErr w:type="spellStart"/>
      <w:r w:rsidRPr="004A015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Bokmål</w:t>
      </w:r>
      <w:proofErr w:type="spellEnd"/>
      <w:r w:rsidRPr="004A015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og </w:t>
      </w:r>
      <w:r w:rsidR="00B6058C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kvensk</w:t>
      </w:r>
      <w:r w:rsidRPr="004A015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dialogmanus, episode 4</w:t>
      </w:r>
    </w:p>
    <w:p w14:paraId="1627EBD4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proofErr w:type="spellStart"/>
      <w:r w:rsidRPr="00B6058C">
        <w:rPr>
          <w:rFonts w:asciiTheme="majorHAnsi" w:hAnsiTheme="majorHAnsi" w:cstheme="majorHAnsi"/>
          <w:b/>
          <w:bCs/>
          <w:color w:val="000000" w:themeColor="text1"/>
          <w:lang w:val="nb-NO"/>
        </w:rPr>
        <w:t>Äänestys</w:t>
      </w:r>
      <w:proofErr w:type="spellEnd"/>
      <w:r w:rsidRPr="00B6058C">
        <w:rPr>
          <w:rFonts w:asciiTheme="majorHAnsi" w:hAnsiTheme="majorHAnsi" w:cstheme="majorHAnsi"/>
          <w:b/>
          <w:bCs/>
          <w:color w:val="000000" w:themeColor="text1"/>
          <w:lang w:val="nb-NO"/>
        </w:rPr>
        <w:t xml:space="preserve"> </w:t>
      </w:r>
    </w:p>
    <w:p w14:paraId="10C5F8EB" w14:textId="46B4838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r w:rsidRPr="004A015F">
        <w:rPr>
          <w:rFonts w:asciiTheme="majorHAnsi" w:hAnsiTheme="majorHAnsi" w:cstheme="majorHAnsi"/>
          <w:b/>
          <w:bCs/>
          <w:i/>
          <w:color w:val="000000" w:themeColor="text1"/>
          <w:lang w:val="nb-NO"/>
        </w:rPr>
        <w:t>Avstemming</w:t>
      </w:r>
    </w:p>
    <w:p w14:paraId="15EB08B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992CC5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LÆRER: </w:t>
      </w:r>
    </w:p>
    <w:p w14:paraId="14AF07BC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Hei </w:t>
      </w:r>
      <w:proofErr w:type="spellStart"/>
      <w:r w:rsidRPr="00B6058C">
        <w:rPr>
          <w:rFonts w:asciiTheme="majorHAnsi" w:hAnsiTheme="majorHAnsi" w:cstheme="majorHAnsi"/>
          <w:lang w:val="nb-NO"/>
        </w:rPr>
        <w:t>oppilhaat</w:t>
      </w:r>
      <w:proofErr w:type="spellEnd"/>
    </w:p>
    <w:p w14:paraId="464C53A3" w14:textId="7116D9D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Hei, folkens!</w:t>
      </w:r>
    </w:p>
    <w:p w14:paraId="5FD96823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Uukoo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B6058C">
        <w:rPr>
          <w:rFonts w:asciiTheme="majorHAnsi" w:hAnsiTheme="majorHAnsi" w:cstheme="majorHAnsi"/>
          <w:lang w:val="nb-NO"/>
        </w:rPr>
        <w:t>olettako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puhunheet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tästä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kotona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? </w:t>
      </w:r>
    </w:p>
    <w:p w14:paraId="35CFD2FB" w14:textId="6690E62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Ok, har dere snakket om det hjemme?</w:t>
      </w:r>
    </w:p>
    <w:p w14:paraId="4FFE33EA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Oonko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teiđän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vanhemat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myötä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tässä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? </w:t>
      </w:r>
    </w:p>
    <w:p w14:paraId="64D6A30E" w14:textId="07B89A2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Er foreldrene deres med på dette?</w:t>
      </w:r>
    </w:p>
    <w:p w14:paraId="1CE2549F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Selvä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B6058C">
        <w:rPr>
          <w:rFonts w:asciiTheme="majorHAnsi" w:hAnsiTheme="majorHAnsi" w:cstheme="majorHAnsi"/>
          <w:lang w:val="nb-NO"/>
        </w:rPr>
        <w:t>äänestämmä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sitte. </w:t>
      </w:r>
    </w:p>
    <w:p w14:paraId="18112ED1" w14:textId="61F8B270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Ok, da skal vi stemme.</w:t>
      </w:r>
    </w:p>
    <w:p w14:paraId="663DD0F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C870AD7" w14:textId="72E5B152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4750A2C7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Oliko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B6058C">
        <w:rPr>
          <w:rFonts w:asciiTheme="majorHAnsi" w:hAnsiTheme="majorHAnsi" w:cstheme="majorHAnsi"/>
          <w:lang w:val="nb-NO"/>
        </w:rPr>
        <w:t>meininki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met </w:t>
      </w:r>
      <w:proofErr w:type="spellStart"/>
      <w:r w:rsidRPr="00B6058C">
        <w:rPr>
          <w:rFonts w:asciiTheme="majorHAnsi" w:hAnsiTheme="majorHAnsi" w:cstheme="majorHAnsi"/>
          <w:lang w:val="nb-NO"/>
        </w:rPr>
        <w:t>tekisimmä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sen jo nyt? </w:t>
      </w:r>
    </w:p>
    <w:p w14:paraId="0F899716" w14:textId="0B75F550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Skulle vi gjøre det allerede nå?</w:t>
      </w:r>
    </w:p>
    <w:p w14:paraId="2C75E8EE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275C64E" w14:textId="211006A2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NILS: </w:t>
      </w:r>
    </w:p>
    <w:p w14:paraId="1AAE9C3B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Olemahan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tienheet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sen jo </w:t>
      </w:r>
      <w:proofErr w:type="spellStart"/>
      <w:r w:rsidRPr="00B6058C">
        <w:rPr>
          <w:rFonts w:asciiTheme="majorHAnsi" w:hAnsiTheme="majorHAnsi" w:cstheme="majorHAnsi"/>
          <w:lang w:val="nb-NO"/>
        </w:rPr>
        <w:t>hyvän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aikkaa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7498B713" w14:textId="54389B6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Det har vi visst en </w:t>
      </w:r>
      <w:proofErr w:type="gramStart"/>
      <w:r w:rsidRPr="004A015F">
        <w:rPr>
          <w:rFonts w:asciiTheme="majorHAnsi" w:hAnsiTheme="majorHAnsi" w:cstheme="majorHAnsi"/>
          <w:i/>
          <w:lang w:val="nb-NO"/>
        </w:rPr>
        <w:t>stund...</w:t>
      </w:r>
      <w:proofErr w:type="gramEnd"/>
    </w:p>
    <w:p w14:paraId="21B450E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36FE34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69C83F2D" w14:textId="42C8EC38" w:rsidR="00B6058C" w:rsidRDefault="00B6058C" w:rsidP="00B6058C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Nostakkaa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käđen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jokka </w:t>
      </w:r>
      <w:proofErr w:type="spellStart"/>
      <w:r w:rsidRPr="00B6058C">
        <w:rPr>
          <w:rFonts w:asciiTheme="majorHAnsi" w:hAnsiTheme="majorHAnsi" w:cstheme="majorHAnsi"/>
          <w:lang w:val="nb-NO"/>
        </w:rPr>
        <w:t>aikkoovat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B6058C">
        <w:rPr>
          <w:rFonts w:asciiTheme="majorHAnsi" w:hAnsiTheme="majorHAnsi" w:cstheme="majorHAnsi"/>
          <w:lang w:val="nb-NO"/>
        </w:rPr>
        <w:t xml:space="preserve">olla </w:t>
      </w:r>
      <w:proofErr w:type="spellStart"/>
      <w:r w:rsidRPr="00B6058C">
        <w:rPr>
          <w:rFonts w:asciiTheme="majorHAnsi" w:hAnsiTheme="majorHAnsi" w:cstheme="majorHAnsi"/>
          <w:lang w:val="nb-NO"/>
        </w:rPr>
        <w:t>viikon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ilman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sosiaalisitta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meedioitta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68D77F68" w14:textId="4A459093" w:rsidR="006622A0" w:rsidRPr="004A015F" w:rsidRDefault="00000000" w:rsidP="00B6058C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Rekk opp hånda de som vil gjennomføre en uke uten sosiale medier.</w:t>
      </w:r>
    </w:p>
    <w:p w14:paraId="2E3FA8E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5C24987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4B733B4B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Mitä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jos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meilä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pakko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muistela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jolleki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jotaki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tärkkeetä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? </w:t>
      </w:r>
    </w:p>
    <w:p w14:paraId="088D5CEE" w14:textId="052A866A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Hva om vi må gi beskjed til noen om noe viktig?</w:t>
      </w:r>
    </w:p>
    <w:p w14:paraId="3232D819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99156A" w14:textId="18C47AE3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76D0EC5A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tyhä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ringata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toinen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toisele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niin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ennen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aikhaan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1F15E39D" w14:textId="3AFF7FA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Bare ring hverandre som vi gjorde før i tiden.</w:t>
      </w:r>
    </w:p>
    <w:p w14:paraId="7FF144DA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Eli </w:t>
      </w:r>
      <w:proofErr w:type="spellStart"/>
      <w:r w:rsidRPr="00B6058C">
        <w:rPr>
          <w:rFonts w:asciiTheme="majorHAnsi" w:hAnsiTheme="majorHAnsi" w:cstheme="majorHAnsi"/>
          <w:lang w:val="nb-NO"/>
        </w:rPr>
        <w:t>lähättäkkää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tavalisen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tekstimellingin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356F74FF" w14:textId="0FBDD06B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Eller send en vanlig tekstmelding.</w:t>
      </w:r>
    </w:p>
    <w:p w14:paraId="3699FD32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B6058C">
        <w:rPr>
          <w:rFonts w:asciiTheme="majorHAnsi" w:hAnsiTheme="majorHAnsi" w:cstheme="majorHAnsi"/>
          <w:lang w:val="nb-NO"/>
        </w:rPr>
        <w:t>harjoitelkkaa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sopimhaan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etukätheen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ja sitte </w:t>
      </w:r>
      <w:proofErr w:type="spellStart"/>
      <w:r w:rsidRPr="00B6058C">
        <w:rPr>
          <w:rFonts w:asciiTheme="majorHAnsi" w:hAnsiTheme="majorHAnsi" w:cstheme="majorHAnsi"/>
          <w:lang w:val="nb-NO"/>
        </w:rPr>
        <w:t>pitämhään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sopimukset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! </w:t>
      </w:r>
    </w:p>
    <w:p w14:paraId="0B868B6C" w14:textId="5C1BEE83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Øv på å gjøre avtaler på forhånd og å holde avtaler!</w:t>
      </w:r>
    </w:p>
    <w:p w14:paraId="67C050EA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Selvä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! </w:t>
      </w:r>
      <w:proofErr w:type="spellStart"/>
      <w:r w:rsidRPr="00B6058C">
        <w:rPr>
          <w:rFonts w:asciiTheme="majorHAnsi" w:hAnsiTheme="majorHAnsi" w:cstheme="majorHAnsi"/>
          <w:lang w:val="nb-NO"/>
        </w:rPr>
        <w:t>Kaikki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yhtä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mieltä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0DDF102D" w14:textId="2CA8EE0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Ok! Enstemmig.</w:t>
      </w:r>
    </w:p>
    <w:p w14:paraId="7CBA0317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Sitte </w:t>
      </w:r>
      <w:proofErr w:type="spellStart"/>
      <w:r w:rsidRPr="00B6058C">
        <w:rPr>
          <w:rFonts w:asciiTheme="majorHAnsi" w:hAnsiTheme="majorHAnsi" w:cstheme="majorHAnsi"/>
          <w:lang w:val="nb-NO"/>
        </w:rPr>
        <w:t>lastaatta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pois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teiđän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sosiaalisen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meedian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äpit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604A4C93" w14:textId="333E6BCA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Da sletter dere sosiale media-appene.</w:t>
      </w:r>
    </w:p>
    <w:p w14:paraId="18CFA909" w14:textId="7194829A" w:rsidR="00B6058C" w:rsidRDefault="00B6058C" w:rsidP="00B6058C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Yksi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konsti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B6058C">
        <w:rPr>
          <w:rFonts w:asciiTheme="majorHAnsi" w:hAnsiTheme="majorHAnsi" w:cstheme="majorHAnsi"/>
          <w:lang w:val="nb-NO"/>
        </w:rPr>
        <w:t>siirättä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äpit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pois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etulaiđalta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B6058C">
        <w:rPr>
          <w:rFonts w:asciiTheme="majorHAnsi" w:hAnsiTheme="majorHAnsi" w:cstheme="majorHAnsi"/>
          <w:lang w:val="nb-NO"/>
        </w:rPr>
        <w:t>että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paina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niitä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vahingossa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78651A90" w14:textId="6616EEAF" w:rsidR="006622A0" w:rsidRPr="004A015F" w:rsidRDefault="00000000" w:rsidP="00B6058C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lastRenderedPageBreak/>
        <w:t>Et tips er å flytte appene vekk fra forsiden, så du ikke trykker på dem av gammel vane.</w:t>
      </w:r>
    </w:p>
    <w:p w14:paraId="59B90A69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AD140FA" w14:textId="27AAEBE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5A998F99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Saanko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ođottaat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ilthaan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? </w:t>
      </w:r>
    </w:p>
    <w:p w14:paraId="4C74309D" w14:textId="0EE74D9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Kan jeg gjøre det i kveld?</w:t>
      </w:r>
    </w:p>
    <w:p w14:paraId="2079CBD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8E5BB5" w14:textId="38816651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0CE94116" w14:textId="2A6D30CA" w:rsidR="00B6058C" w:rsidRDefault="00B6058C" w:rsidP="00B6058C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tärkee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B6058C">
        <w:rPr>
          <w:rFonts w:asciiTheme="majorHAnsi" w:hAnsiTheme="majorHAnsi" w:cstheme="majorHAnsi"/>
          <w:lang w:val="nb-NO"/>
        </w:rPr>
        <w:t>tehemä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sen </w:t>
      </w:r>
      <w:proofErr w:type="spellStart"/>
      <w:r w:rsidRPr="00B6058C">
        <w:rPr>
          <w:rFonts w:asciiTheme="majorHAnsi" w:hAnsiTheme="majorHAnsi" w:cstheme="majorHAnsi"/>
          <w:lang w:val="nb-NO"/>
        </w:rPr>
        <w:t>yhđessä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B6058C">
        <w:rPr>
          <w:rFonts w:asciiTheme="majorHAnsi" w:hAnsiTheme="majorHAnsi" w:cstheme="majorHAnsi"/>
          <w:lang w:val="nb-NO"/>
        </w:rPr>
        <w:t>samhaan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aikhaan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B6058C">
        <w:rPr>
          <w:rFonts w:asciiTheme="majorHAnsi" w:hAnsiTheme="majorHAnsi" w:cstheme="majorHAnsi"/>
          <w:lang w:val="nb-NO"/>
        </w:rPr>
        <w:t>niin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olema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sopinheet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6F645289" w14:textId="0BB07E48" w:rsidR="006622A0" w:rsidRPr="004A015F" w:rsidRDefault="00000000" w:rsidP="00B6058C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Det er viktig å gjøre dette sammen og samtidig, slik vi har snakket om.</w:t>
      </w:r>
    </w:p>
    <w:p w14:paraId="0CD2FFA8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Ei se </w:t>
      </w:r>
      <w:proofErr w:type="spellStart"/>
      <w:r w:rsidRPr="00B6058C">
        <w:rPr>
          <w:rFonts w:asciiTheme="majorHAnsi" w:hAnsiTheme="majorHAnsi" w:cstheme="majorHAnsi"/>
          <w:lang w:val="nb-NO"/>
        </w:rPr>
        <w:t>tule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olemhaan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vähhääkhään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kevveempi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illala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301A9053" w14:textId="713EAF2B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Det blir ikke noe lettere i kveld.</w:t>
      </w:r>
    </w:p>
    <w:p w14:paraId="066D85F9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B6058C">
        <w:rPr>
          <w:rFonts w:asciiTheme="majorHAnsi" w:hAnsiTheme="majorHAnsi" w:cstheme="majorHAnsi"/>
          <w:lang w:val="nb-NO"/>
        </w:rPr>
        <w:t>jos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B6058C">
        <w:rPr>
          <w:rFonts w:asciiTheme="majorHAnsi" w:hAnsiTheme="majorHAnsi" w:cstheme="majorHAnsi"/>
          <w:lang w:val="nb-NO"/>
        </w:rPr>
        <w:t>kaikki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jaksama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tehđä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sen, sitte tet </w:t>
      </w:r>
      <w:proofErr w:type="spellStart"/>
      <w:r w:rsidRPr="00B6058C">
        <w:rPr>
          <w:rFonts w:asciiTheme="majorHAnsi" w:hAnsiTheme="majorHAnsi" w:cstheme="majorHAnsi"/>
          <w:lang w:val="nb-NO"/>
        </w:rPr>
        <w:t>saatta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palkinon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3B952A48" w14:textId="55ED29E8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Og hvis vi alle klarer det, blir det premie.</w:t>
      </w:r>
    </w:p>
    <w:p w14:paraId="6483D6D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A23A202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iCs/>
          <w:lang w:val="nb-NO"/>
        </w:rPr>
      </w:pPr>
      <w:r w:rsidRPr="004A015F">
        <w:rPr>
          <w:rFonts w:asciiTheme="majorHAnsi" w:hAnsiTheme="majorHAnsi" w:cstheme="majorHAnsi"/>
          <w:iCs/>
          <w:lang w:val="nb-NO"/>
        </w:rPr>
        <w:t>KAISA:</w:t>
      </w:r>
    </w:p>
    <w:p w14:paraId="0AEA8D43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B6058C">
        <w:rPr>
          <w:rFonts w:asciiTheme="majorHAnsi" w:hAnsiTheme="majorHAnsi" w:cstheme="majorHAnsi"/>
          <w:lang w:val="nb-NO"/>
        </w:rPr>
        <w:t>tehin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sen!</w:t>
      </w:r>
    </w:p>
    <w:p w14:paraId="68DD49DB" w14:textId="4B5805FD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</w:t>
      </w:r>
      <w:proofErr w:type="spellEnd"/>
      <w:r w:rsidRPr="004A015F">
        <w:rPr>
          <w:rFonts w:asciiTheme="majorHAnsi" w:hAnsiTheme="majorHAnsi" w:cstheme="majorHAnsi"/>
          <w:i/>
          <w:lang w:val="nb-NO"/>
        </w:rPr>
        <w:t>g gjorde det!</w:t>
      </w:r>
    </w:p>
    <w:p w14:paraId="4400A8D8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Mie olen </w:t>
      </w:r>
      <w:proofErr w:type="spellStart"/>
      <w:r w:rsidRPr="00B6058C">
        <w:rPr>
          <w:rFonts w:asciiTheme="majorHAnsi" w:hAnsiTheme="majorHAnsi" w:cstheme="majorHAnsi"/>
          <w:lang w:val="nb-NO"/>
        </w:rPr>
        <w:t>poistanu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50B66431" w14:textId="7D5F16F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Slettet!</w:t>
      </w:r>
    </w:p>
    <w:p w14:paraId="002E93F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5EEBD8D" w14:textId="5FF4B60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6D114FF9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Hyvästi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B6058C">
        <w:rPr>
          <w:rFonts w:asciiTheme="majorHAnsi" w:hAnsiTheme="majorHAnsi" w:cstheme="majorHAnsi"/>
          <w:lang w:val="nb-NO"/>
        </w:rPr>
        <w:t>mailma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! </w:t>
      </w:r>
    </w:p>
    <w:p w14:paraId="7B99DCE5" w14:textId="60245658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Adjø, verden!</w:t>
      </w:r>
    </w:p>
    <w:p w14:paraId="0DDE456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31872CE" w14:textId="7DBB5D5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6507E726" w14:textId="77777777" w:rsidR="00B6058C" w:rsidRDefault="00B6058C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B6058C">
        <w:rPr>
          <w:rFonts w:asciiTheme="majorHAnsi" w:hAnsiTheme="majorHAnsi" w:cstheme="majorHAnsi"/>
          <w:lang w:val="nb-NO"/>
        </w:rPr>
        <w:t>näjen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lissää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kuolheita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kalloi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! </w:t>
      </w:r>
    </w:p>
    <w:p w14:paraId="1DF96C70" w14:textId="49FC099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Jeg ser flere døde fisk!</w:t>
      </w:r>
    </w:p>
    <w:p w14:paraId="2F23B7F5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Mie unistelen ette </w:t>
      </w:r>
      <w:proofErr w:type="spellStart"/>
      <w:r w:rsidRPr="002B3410">
        <w:rPr>
          <w:rFonts w:asciiTheme="majorHAnsi" w:hAnsiTheme="majorHAnsi" w:cstheme="majorHAnsi"/>
          <w:lang w:val="nb-NO"/>
        </w:rPr>
        <w:t>saisin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pyyttäät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jovessa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0989DB94" w14:textId="0930C5D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Jeg drømmer om å kunne fiske i elva.</w:t>
      </w:r>
    </w:p>
    <w:p w14:paraId="08B9635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E6E66BA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6CBC35CC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proofErr w:type="gramStart"/>
      <w:r w:rsidRPr="002B3410">
        <w:rPr>
          <w:rFonts w:asciiTheme="majorHAnsi" w:hAnsiTheme="majorHAnsi" w:cstheme="majorHAnsi"/>
          <w:lang w:val="nb-NO"/>
        </w:rPr>
        <w:t>Mieki</w:t>
      </w:r>
      <w:proofErr w:type="spellEnd"/>
      <w:r w:rsidRPr="002B3410">
        <w:rPr>
          <w:rFonts w:asciiTheme="majorHAnsi" w:hAnsiTheme="majorHAnsi" w:cstheme="majorHAnsi"/>
          <w:lang w:val="nb-NO"/>
        </w:rPr>
        <w:t>…</w:t>
      </w:r>
      <w:proofErr w:type="gramEnd"/>
      <w:r w:rsidRPr="002B3410">
        <w:rPr>
          <w:rFonts w:asciiTheme="majorHAnsi" w:hAnsiTheme="majorHAnsi" w:cstheme="majorHAnsi"/>
          <w:lang w:val="nb-NO"/>
        </w:rPr>
        <w:t xml:space="preserve"> </w:t>
      </w:r>
    </w:p>
    <w:p w14:paraId="1550F9F0" w14:textId="33E17E6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Jeg </w:t>
      </w:r>
      <w:proofErr w:type="gramStart"/>
      <w:r w:rsidRPr="004A015F">
        <w:rPr>
          <w:rFonts w:asciiTheme="majorHAnsi" w:hAnsiTheme="majorHAnsi" w:cstheme="majorHAnsi"/>
          <w:i/>
          <w:lang w:val="nb-NO"/>
        </w:rPr>
        <w:t>også...</w:t>
      </w:r>
      <w:proofErr w:type="gramEnd"/>
    </w:p>
    <w:p w14:paraId="736548F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FAC7DA7" w14:textId="3D04EC54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3B934B19" w14:textId="5E81E4CA" w:rsidR="002B3410" w:rsidRDefault="002B3410" w:rsidP="002B3410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2B3410">
        <w:rPr>
          <w:rFonts w:asciiTheme="majorHAnsi" w:hAnsiTheme="majorHAnsi" w:cstheme="majorHAnsi"/>
          <w:lang w:val="nb-NO"/>
        </w:rPr>
        <w:t>päätimä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assuut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täälä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justhiin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sillä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2B3410">
        <w:rPr>
          <w:rFonts w:asciiTheme="majorHAnsi" w:hAnsiTheme="majorHAnsi" w:cstheme="majorHAnsi"/>
          <w:lang w:val="nb-NO"/>
        </w:rPr>
        <w:t xml:space="preserve">ette </w:t>
      </w:r>
      <w:proofErr w:type="spellStart"/>
      <w:r w:rsidRPr="002B3410">
        <w:rPr>
          <w:rFonts w:asciiTheme="majorHAnsi" w:hAnsiTheme="majorHAnsi" w:cstheme="majorHAnsi"/>
          <w:lang w:val="nb-NO"/>
        </w:rPr>
        <w:t>paikan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asukkhaila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oli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lupa </w:t>
      </w:r>
      <w:proofErr w:type="spellStart"/>
      <w:r w:rsidRPr="002B3410">
        <w:rPr>
          <w:rFonts w:asciiTheme="majorHAnsi" w:hAnsiTheme="majorHAnsi" w:cstheme="majorHAnsi"/>
          <w:lang w:val="nb-NO"/>
        </w:rPr>
        <w:t>pyyttäät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jovessa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7CC940B6" w14:textId="71B8048B" w:rsidR="006622A0" w:rsidRPr="004A015F" w:rsidRDefault="00000000" w:rsidP="002B3410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Vi valgte å bo akkurat her fordi innbyggerne hadde rett til å fiske i elva.</w:t>
      </w:r>
    </w:p>
    <w:p w14:paraId="4FC48186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E1DD4CE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759BB10F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Eikö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meilä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ennää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ole lupa </w:t>
      </w:r>
      <w:proofErr w:type="spellStart"/>
      <w:r w:rsidRPr="002B3410">
        <w:rPr>
          <w:rFonts w:asciiTheme="majorHAnsi" w:hAnsiTheme="majorHAnsi" w:cstheme="majorHAnsi"/>
          <w:lang w:val="nb-NO"/>
        </w:rPr>
        <w:t>pyyttäät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jovessa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16BC481E" w14:textId="7E53F2E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Har vi ikke rett til å fiske i elva lenger?</w:t>
      </w:r>
    </w:p>
    <w:p w14:paraId="50276E3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9EC757F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</w:rPr>
      </w:pPr>
      <w:proofErr w:type="spellStart"/>
      <w:r w:rsidRPr="004A015F">
        <w:rPr>
          <w:rFonts w:asciiTheme="majorHAnsi" w:hAnsiTheme="majorHAnsi" w:cstheme="majorHAnsi"/>
        </w:rPr>
        <w:lastRenderedPageBreak/>
        <w:t>BESSA</w:t>
      </w:r>
      <w:proofErr w:type="spellEnd"/>
      <w:r w:rsidRPr="004A015F">
        <w:rPr>
          <w:rFonts w:asciiTheme="majorHAnsi" w:hAnsiTheme="majorHAnsi" w:cstheme="majorHAnsi"/>
        </w:rPr>
        <w:t>:</w:t>
      </w:r>
    </w:p>
    <w:p w14:paraId="57761960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</w:rPr>
      </w:pPr>
      <w:proofErr w:type="spellStart"/>
      <w:r w:rsidRPr="002B3410">
        <w:rPr>
          <w:rFonts w:asciiTheme="majorHAnsi" w:hAnsiTheme="majorHAnsi" w:cstheme="majorHAnsi"/>
        </w:rPr>
        <w:t>Joo</w:t>
      </w:r>
      <w:proofErr w:type="spellEnd"/>
      <w:r w:rsidRPr="002B3410">
        <w:rPr>
          <w:rFonts w:asciiTheme="majorHAnsi" w:hAnsiTheme="majorHAnsi" w:cstheme="majorHAnsi"/>
        </w:rPr>
        <w:t xml:space="preserve">, </w:t>
      </w:r>
      <w:proofErr w:type="spellStart"/>
      <w:r w:rsidRPr="002B3410">
        <w:rPr>
          <w:rFonts w:asciiTheme="majorHAnsi" w:hAnsiTheme="majorHAnsi" w:cstheme="majorHAnsi"/>
        </w:rPr>
        <w:t>oon</w:t>
      </w:r>
      <w:proofErr w:type="spellEnd"/>
      <w:r w:rsidRPr="002B3410">
        <w:rPr>
          <w:rFonts w:asciiTheme="majorHAnsi" w:hAnsiTheme="majorHAnsi" w:cstheme="majorHAnsi"/>
        </w:rPr>
        <w:t xml:space="preserve">, </w:t>
      </w:r>
      <w:proofErr w:type="spellStart"/>
      <w:r w:rsidRPr="002B3410">
        <w:rPr>
          <w:rFonts w:asciiTheme="majorHAnsi" w:hAnsiTheme="majorHAnsi" w:cstheme="majorHAnsi"/>
        </w:rPr>
        <w:t>mutta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nyt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oon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liijan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vähä</w:t>
      </w:r>
      <w:proofErr w:type="spellEnd"/>
      <w:r w:rsidRPr="002B3410">
        <w:rPr>
          <w:rFonts w:asciiTheme="majorHAnsi" w:hAnsiTheme="majorHAnsi" w:cstheme="majorHAnsi"/>
        </w:rPr>
        <w:t xml:space="preserve"> </w:t>
      </w:r>
      <w:proofErr w:type="spellStart"/>
      <w:r w:rsidRPr="002B3410">
        <w:rPr>
          <w:rFonts w:asciiTheme="majorHAnsi" w:hAnsiTheme="majorHAnsi" w:cstheme="majorHAnsi"/>
        </w:rPr>
        <w:t>kallaa</w:t>
      </w:r>
      <w:proofErr w:type="spellEnd"/>
      <w:r w:rsidRPr="002B3410">
        <w:rPr>
          <w:rFonts w:asciiTheme="majorHAnsi" w:hAnsiTheme="majorHAnsi" w:cstheme="majorHAnsi"/>
        </w:rPr>
        <w:t xml:space="preserve">. </w:t>
      </w:r>
    </w:p>
    <w:p w14:paraId="3533EA13" w14:textId="52B07B46" w:rsidR="009B2D51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Jo, men nå er det for lite fisk.</w:t>
      </w:r>
    </w:p>
    <w:p w14:paraId="6FC172E8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Ennen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kallaa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oli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paljo</w:t>
      </w:r>
      <w:proofErr w:type="spellEnd"/>
      <w:r w:rsidRPr="002B3410">
        <w:rPr>
          <w:rFonts w:asciiTheme="majorHAnsi" w:hAnsiTheme="majorHAnsi" w:cstheme="majorHAnsi"/>
          <w:lang w:val="nb-NO"/>
        </w:rPr>
        <w:t>.</w:t>
      </w:r>
    </w:p>
    <w:p w14:paraId="4355704D" w14:textId="65B87084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Før var det store stammer.</w:t>
      </w:r>
    </w:p>
    <w:p w14:paraId="49174BA0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Villilohta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merirauttuu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2B3410">
        <w:rPr>
          <w:rFonts w:asciiTheme="majorHAnsi" w:hAnsiTheme="majorHAnsi" w:cstheme="majorHAnsi"/>
          <w:lang w:val="nb-NO"/>
        </w:rPr>
        <w:t>merikuujaa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02D419D6" w14:textId="7BA376F3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Villaks, sjørøye og sjøørret.</w:t>
      </w:r>
    </w:p>
    <w:p w14:paraId="3A1D67FA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569C5E8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0FAFEC8F" w14:textId="6B12F360" w:rsidR="002B3410" w:rsidRDefault="002B3410" w:rsidP="002B3410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Ilman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kala </w:t>
      </w:r>
      <w:proofErr w:type="spellStart"/>
      <w:r w:rsidRPr="002B3410">
        <w:rPr>
          <w:rFonts w:asciiTheme="majorHAnsi" w:hAnsiTheme="majorHAnsi" w:cstheme="majorHAnsi"/>
          <w:lang w:val="nb-NO"/>
        </w:rPr>
        <w:t>tullee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takaisin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nyt </w:t>
      </w:r>
      <w:proofErr w:type="spellStart"/>
      <w:r w:rsidRPr="002B3410">
        <w:rPr>
          <w:rFonts w:asciiTheme="majorHAnsi" w:hAnsiTheme="majorHAnsi" w:cstheme="majorHAnsi"/>
          <w:lang w:val="nb-NO"/>
        </w:rPr>
        <w:t>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jokifiskun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kielletty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7E9FF975" w14:textId="66EC3B68" w:rsidR="006622A0" w:rsidRPr="004A015F" w:rsidRDefault="00000000" w:rsidP="002B3410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Fisken kommer vel tilbake nå som elva er stengt for fiske?</w:t>
      </w:r>
    </w:p>
    <w:p w14:paraId="7B4B1C0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B26B731" w14:textId="57874411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274EB841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proofErr w:type="gramStart"/>
      <w:r w:rsidRPr="004A015F">
        <w:rPr>
          <w:rFonts w:asciiTheme="majorHAnsi" w:hAnsiTheme="majorHAnsi" w:cstheme="majorHAnsi"/>
          <w:lang w:val="nb-NO"/>
        </w:rPr>
        <w:t>Joo</w:t>
      </w:r>
      <w:proofErr w:type="spellEnd"/>
      <w:r w:rsidRPr="004A015F">
        <w:rPr>
          <w:rFonts w:asciiTheme="majorHAnsi" w:hAnsiTheme="majorHAnsi" w:cstheme="majorHAnsi"/>
          <w:lang w:val="nb-NO"/>
        </w:rPr>
        <w:t>…</w:t>
      </w:r>
      <w:proofErr w:type="gramEnd"/>
    </w:p>
    <w:p w14:paraId="11FF6D35" w14:textId="0B7F79A3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gramStart"/>
      <w:r w:rsidRPr="004A015F">
        <w:rPr>
          <w:rFonts w:asciiTheme="majorHAnsi" w:hAnsiTheme="majorHAnsi" w:cstheme="majorHAnsi"/>
          <w:i/>
          <w:lang w:val="nb-NO"/>
        </w:rPr>
        <w:t>Jo...</w:t>
      </w:r>
      <w:proofErr w:type="gramEnd"/>
    </w:p>
    <w:p w14:paraId="0F0D4AB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BF74A3C" w14:textId="7D2E0B9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1BF0043F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Kuitenki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kalat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2B3410">
        <w:rPr>
          <w:rFonts w:asciiTheme="majorHAnsi" w:hAnsiTheme="majorHAnsi" w:cstheme="majorHAnsi"/>
          <w:lang w:val="nb-NO"/>
        </w:rPr>
        <w:t>kuolhaan</w:t>
      </w:r>
      <w:proofErr w:type="spellEnd"/>
      <w:r w:rsidRPr="002B3410">
        <w:rPr>
          <w:rFonts w:asciiTheme="majorHAnsi" w:hAnsiTheme="majorHAnsi" w:cstheme="majorHAnsi"/>
          <w:lang w:val="nb-NO"/>
        </w:rPr>
        <w:t>…</w:t>
      </w:r>
      <w:proofErr w:type="gramEnd"/>
      <w:r w:rsidRPr="002B3410">
        <w:rPr>
          <w:rFonts w:asciiTheme="majorHAnsi" w:hAnsiTheme="majorHAnsi" w:cstheme="majorHAnsi"/>
          <w:lang w:val="nb-NO"/>
        </w:rPr>
        <w:t xml:space="preserve"> </w:t>
      </w:r>
    </w:p>
    <w:p w14:paraId="595CBB54" w14:textId="5BE9305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Likevel dør </w:t>
      </w:r>
      <w:proofErr w:type="gramStart"/>
      <w:r w:rsidRPr="004A015F">
        <w:rPr>
          <w:rFonts w:asciiTheme="majorHAnsi" w:hAnsiTheme="majorHAnsi" w:cstheme="majorHAnsi"/>
          <w:i/>
          <w:lang w:val="nb-NO"/>
        </w:rPr>
        <w:t>fisken...</w:t>
      </w:r>
      <w:proofErr w:type="gramEnd"/>
    </w:p>
    <w:p w14:paraId="5CA31859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Mitä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2B3410">
        <w:rPr>
          <w:rFonts w:asciiTheme="majorHAnsi" w:hAnsiTheme="majorHAnsi" w:cstheme="majorHAnsi"/>
          <w:lang w:val="nb-NO"/>
        </w:rPr>
        <w:t>saatama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tehđä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362ACE72" w14:textId="20183B2E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Hva kan vi gjøre?</w:t>
      </w:r>
    </w:p>
    <w:p w14:paraId="227F1CE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1844F04" w14:textId="3B33E25D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18A40DA1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2B3410">
        <w:rPr>
          <w:rFonts w:asciiTheme="majorHAnsi" w:hAnsiTheme="majorHAnsi" w:cstheme="majorHAnsi"/>
          <w:lang w:val="nb-NO"/>
        </w:rPr>
        <w:t>niin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se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täälä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ette tet </w:t>
      </w:r>
      <w:proofErr w:type="spellStart"/>
      <w:r w:rsidRPr="002B3410">
        <w:rPr>
          <w:rFonts w:asciiTheme="majorHAnsi" w:hAnsiTheme="majorHAnsi" w:cstheme="majorHAnsi"/>
          <w:lang w:val="nb-NO"/>
        </w:rPr>
        <w:t>istutta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verentoppaajat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! </w:t>
      </w:r>
    </w:p>
    <w:p w14:paraId="3A8787DB" w14:textId="0C684EC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Så det er her dere sitter, blodstoppere!</w:t>
      </w:r>
    </w:p>
    <w:p w14:paraId="7C73B48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489122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61A6EEFD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Eikä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teilä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ole </w:t>
      </w:r>
      <w:proofErr w:type="spellStart"/>
      <w:r w:rsidRPr="002B3410">
        <w:rPr>
          <w:rFonts w:asciiTheme="majorHAnsi" w:hAnsiTheme="majorHAnsi" w:cstheme="majorHAnsi"/>
          <w:lang w:val="nb-NO"/>
        </w:rPr>
        <w:t>mithään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henkkee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pitäisitttä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pärjätä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21838383" w14:textId="459E36BE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Har dere ikke noen liv å redde?</w:t>
      </w:r>
    </w:p>
    <w:p w14:paraId="5D94679A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Meiđän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pääle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hyökäthään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4836D4F8" w14:textId="224F76FC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Vi er under angrep.</w:t>
      </w:r>
    </w:p>
    <w:p w14:paraId="7A951CAF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57A69AC" w14:textId="262F00DF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NILS: </w:t>
      </w:r>
    </w:p>
    <w:p w14:paraId="4A7FF5B1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Usheemppii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henkkii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2B3410">
        <w:rPr>
          <w:rFonts w:asciiTheme="majorHAnsi" w:hAnsiTheme="majorHAnsi" w:cstheme="majorHAnsi"/>
          <w:lang w:val="nb-NO"/>
        </w:rPr>
        <w:t>valitettavasti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mistanettu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78DBC34D" w14:textId="70B77E94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Flere liv har dessverre gått tapt.</w:t>
      </w:r>
    </w:p>
    <w:p w14:paraId="21E064E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88C86A1" w14:textId="0E7E848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50475BA6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2B3410">
        <w:rPr>
          <w:rFonts w:asciiTheme="majorHAnsi" w:hAnsiTheme="majorHAnsi" w:cstheme="majorHAnsi"/>
          <w:lang w:val="nb-NO"/>
        </w:rPr>
        <w:t>otan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vaarin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ruumhiista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12BF5D83" w14:textId="1E94DF4D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Jeg skal ta meg av likene.</w:t>
      </w:r>
    </w:p>
    <w:p w14:paraId="7B21269E" w14:textId="2EB1C96B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Hyvästi</w:t>
      </w:r>
      <w:proofErr w:type="spellEnd"/>
      <w:r w:rsidRPr="002B3410">
        <w:rPr>
          <w:rFonts w:asciiTheme="majorHAnsi" w:hAnsiTheme="majorHAnsi" w:cstheme="majorHAnsi"/>
          <w:lang w:val="nb-NO"/>
        </w:rPr>
        <w:t>,</w:t>
      </w:r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tronninki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hyvästi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0D6A8BD8" w14:textId="3E09056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Farvel, min dronning.</w:t>
      </w:r>
    </w:p>
    <w:p w14:paraId="0F924FCB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0BC5A1" w14:textId="5E644646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lastRenderedPageBreak/>
        <w:t>BESSA:</w:t>
      </w:r>
    </w:p>
    <w:p w14:paraId="0DA9BC1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Hei </w:t>
      </w:r>
      <w:proofErr w:type="spellStart"/>
      <w:r w:rsidRPr="004A015F">
        <w:rPr>
          <w:rFonts w:asciiTheme="majorHAnsi" w:hAnsiTheme="majorHAnsi" w:cstheme="majorHAnsi"/>
          <w:lang w:val="nb-NO"/>
        </w:rPr>
        <w:t>hei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43A23325" w14:textId="47E8DFF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Hei!</w:t>
      </w:r>
    </w:p>
    <w:p w14:paraId="4090FC6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9AA77DC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12C26EA7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Viholinen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likelä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3609749A" w14:textId="3334FC5E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Fienden er nær.</w:t>
      </w:r>
    </w:p>
    <w:p w14:paraId="23CB0DD1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0177711" w14:textId="23C2EE5C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BESSA, </w:t>
      </w: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OG KAISA:</w:t>
      </w:r>
    </w:p>
    <w:p w14:paraId="39C9FC7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Päivää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. </w:t>
      </w:r>
      <w:proofErr w:type="spellStart"/>
      <w:r w:rsidRPr="004A015F">
        <w:rPr>
          <w:rFonts w:asciiTheme="majorHAnsi" w:hAnsiTheme="majorHAnsi" w:cstheme="majorHAnsi"/>
          <w:lang w:val="nb-NO"/>
        </w:rPr>
        <w:t>Päivää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14E801C8" w14:textId="7715186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Hei! Hei!</w:t>
      </w:r>
    </w:p>
    <w:p w14:paraId="4267F88D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A46DC74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2CA8C638" w14:textId="61C9201E" w:rsidR="002B3410" w:rsidRDefault="002B3410" w:rsidP="002B3410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Olettako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tet </w:t>
      </w:r>
      <w:proofErr w:type="spellStart"/>
      <w:r w:rsidRPr="002B3410">
        <w:rPr>
          <w:rFonts w:asciiTheme="majorHAnsi" w:hAnsiTheme="majorHAnsi" w:cstheme="majorHAnsi"/>
          <w:lang w:val="nb-NO"/>
        </w:rPr>
        <w:t>tyhä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sammakonpoikassii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klasimaljassa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vain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pystyttäkö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ottamhaan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minun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kiini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?! </w:t>
      </w:r>
    </w:p>
    <w:p w14:paraId="23797E5F" w14:textId="0505054B" w:rsidR="006622A0" w:rsidRPr="004A015F" w:rsidRDefault="00000000" w:rsidP="002B3410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Er dere bare rumpetroll i en skål, eller klarer dere å ta meg?!</w:t>
      </w:r>
    </w:p>
    <w:p w14:paraId="59FBA2DF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Voimavaimon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! </w:t>
      </w:r>
    </w:p>
    <w:p w14:paraId="4F821BAE" w14:textId="7B85E052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Kraftkjærring!</w:t>
      </w:r>
    </w:p>
    <w:p w14:paraId="4D6CD4C7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2BA5B7" w14:textId="3C69C8A8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7F27C194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Vaimovoimaa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Anna! </w:t>
      </w:r>
    </w:p>
    <w:p w14:paraId="274D72C5" w14:textId="1A1A547B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Kvinnekraft, Anna!</w:t>
      </w:r>
    </w:p>
    <w:p w14:paraId="6138B01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6C7D82A" w14:textId="0326D76E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4BBCA87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Oo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gramStart"/>
      <w:r w:rsidRPr="004A015F">
        <w:rPr>
          <w:rFonts w:asciiTheme="majorHAnsi" w:hAnsiTheme="majorHAnsi" w:cstheme="majorHAnsi"/>
          <w:lang w:val="nb-NO"/>
        </w:rPr>
        <w:t>jaa…</w:t>
      </w:r>
      <w:proofErr w:type="gramEnd"/>
    </w:p>
    <w:p w14:paraId="1F988619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Å, </w:t>
      </w:r>
      <w:proofErr w:type="gramStart"/>
      <w:r w:rsidRPr="004A015F">
        <w:rPr>
          <w:rFonts w:asciiTheme="majorHAnsi" w:hAnsiTheme="majorHAnsi" w:cstheme="majorHAnsi"/>
          <w:i/>
          <w:lang w:val="nb-NO"/>
        </w:rPr>
        <w:t>ja...</w:t>
      </w:r>
      <w:proofErr w:type="gramEnd"/>
    </w:p>
    <w:p w14:paraId="03AE0F9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59304F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29637CC6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Oonko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2B3410">
        <w:rPr>
          <w:rFonts w:asciiTheme="majorHAnsi" w:hAnsiTheme="majorHAnsi" w:cstheme="majorHAnsi"/>
          <w:lang w:val="nb-NO"/>
        </w:rPr>
        <w:t>oikkee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miekka</w:t>
      </w:r>
      <w:proofErr w:type="spellEnd"/>
      <w:r w:rsidRPr="002B3410">
        <w:rPr>
          <w:rFonts w:asciiTheme="majorHAnsi" w:hAnsiTheme="majorHAnsi" w:cstheme="majorHAnsi"/>
          <w:lang w:val="nb-NO"/>
        </w:rPr>
        <w:t>?</w:t>
      </w:r>
    </w:p>
    <w:p w14:paraId="1687E0C3" w14:textId="76E424C4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Er det et ekte sverd?</w:t>
      </w:r>
    </w:p>
    <w:p w14:paraId="75C6656A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EE36464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2D151819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Teaatterijoukon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seenitaistelumiekka</w:t>
      </w:r>
      <w:proofErr w:type="spellEnd"/>
      <w:r w:rsidRPr="002B3410">
        <w:rPr>
          <w:rFonts w:asciiTheme="majorHAnsi" w:hAnsiTheme="majorHAnsi" w:cstheme="majorHAnsi"/>
          <w:lang w:val="nb-NO"/>
        </w:rPr>
        <w:t>.</w:t>
      </w:r>
    </w:p>
    <w:p w14:paraId="124ED4FC" w14:textId="1E0125D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Scenekampsverd fra teatergruppa.</w:t>
      </w:r>
    </w:p>
    <w:p w14:paraId="754D725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727F5DB" w14:textId="02E60C2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6FD22E3D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Eikö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se ole </w:t>
      </w:r>
      <w:proofErr w:type="spellStart"/>
      <w:r w:rsidRPr="002B3410">
        <w:rPr>
          <w:rFonts w:asciiTheme="majorHAnsi" w:hAnsiTheme="majorHAnsi" w:cstheme="majorHAnsi"/>
          <w:lang w:val="nb-NO"/>
        </w:rPr>
        <w:t>lastenteaatterii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5830BAF0" w14:textId="778CCE4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Er det ikke barneteater?</w:t>
      </w:r>
    </w:p>
    <w:p w14:paraId="6080659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3F3F355" w14:textId="14AC66E0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55212700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Mitä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sie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meinaat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68F449A1" w14:textId="3956E1CC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Hva mener du?</w:t>
      </w:r>
    </w:p>
    <w:p w14:paraId="7EB992F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047A94E" w14:textId="07F11966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lastRenderedPageBreak/>
        <w:t>NILS:</w:t>
      </w:r>
    </w:p>
    <w:p w14:paraId="163C6259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Luulitko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sie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2B3410">
        <w:rPr>
          <w:rFonts w:asciiTheme="majorHAnsi" w:hAnsiTheme="majorHAnsi" w:cstheme="majorHAnsi"/>
          <w:lang w:val="nb-NO"/>
        </w:rPr>
        <w:t>lastenteaatteri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lapselista? </w:t>
      </w:r>
    </w:p>
    <w:p w14:paraId="7D9C6D5D" w14:textId="5A12971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Trodde du barneteater var barnslig?</w:t>
      </w:r>
    </w:p>
    <w:p w14:paraId="751C78F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058FF55" w14:textId="49D5B293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2894AC7D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Ei </w:t>
      </w:r>
      <w:proofErr w:type="spellStart"/>
      <w:r w:rsidRPr="002B3410">
        <w:rPr>
          <w:rFonts w:asciiTheme="majorHAnsi" w:hAnsiTheme="majorHAnsi" w:cstheme="majorHAnsi"/>
          <w:lang w:val="nb-NO"/>
        </w:rPr>
        <w:t>Yksikhään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teistä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sammakonpojista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tohđi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haastaat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minnuu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! </w:t>
      </w:r>
    </w:p>
    <w:p w14:paraId="5BC6CEE9" w14:textId="14F2257B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Ingen av dere rumpetroll tør å utfordre meg!</w:t>
      </w:r>
    </w:p>
    <w:p w14:paraId="74FCA16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AC7CCD3" w14:textId="11FDC175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56F3E982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2B3410">
        <w:rPr>
          <w:rFonts w:asciiTheme="majorHAnsi" w:hAnsiTheme="majorHAnsi" w:cstheme="majorHAnsi"/>
          <w:lang w:val="nb-NO"/>
        </w:rPr>
        <w:t>saatan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haastaat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sinun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! </w:t>
      </w:r>
    </w:p>
    <w:p w14:paraId="4B73B26B" w14:textId="60C74020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Jeg kan utfordre deg!</w:t>
      </w:r>
    </w:p>
    <w:p w14:paraId="30908BD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4507558" w14:textId="1028010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63218799" w14:textId="77777777" w:rsidR="002B3410" w:rsidRDefault="002B341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Varo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käsivartta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Kaisa!</w:t>
      </w:r>
    </w:p>
    <w:p w14:paraId="115C68BA" w14:textId="6C285A6A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Pas</w:t>
      </w:r>
      <w:proofErr w:type="spellEnd"/>
      <w:r w:rsidRPr="004A015F">
        <w:rPr>
          <w:rFonts w:asciiTheme="majorHAnsi" w:hAnsiTheme="majorHAnsi" w:cstheme="majorHAnsi"/>
          <w:i/>
          <w:lang w:val="nb-NO"/>
        </w:rPr>
        <w:t>s på armen, Kaisa!</w:t>
      </w:r>
    </w:p>
    <w:p w14:paraId="212A50D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09AED2F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sectPr w:rsidR="006622A0" w:rsidRPr="004A015F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608E3" w14:textId="77777777" w:rsidR="00EA1315" w:rsidRDefault="00EA1315" w:rsidP="009B2D51">
      <w:pPr>
        <w:spacing w:after="0" w:line="240" w:lineRule="auto"/>
      </w:pPr>
      <w:r>
        <w:separator/>
      </w:r>
    </w:p>
  </w:endnote>
  <w:endnote w:type="continuationSeparator" w:id="0">
    <w:p w14:paraId="28A464A1" w14:textId="77777777" w:rsidR="00EA1315" w:rsidRDefault="00EA1315" w:rsidP="009B2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835037363"/>
      <w:docPartObj>
        <w:docPartGallery w:val="Page Numbers (Bottom of Page)"/>
        <w:docPartUnique/>
      </w:docPartObj>
    </w:sdtPr>
    <w:sdtContent>
      <w:p w14:paraId="0CD41D5D" w14:textId="360C81F9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5208D28" w14:textId="77777777" w:rsidR="009B2D51" w:rsidRDefault="009B2D51" w:rsidP="009B2D51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261870523"/>
      <w:docPartObj>
        <w:docPartGallery w:val="Page Numbers (Bottom of Page)"/>
        <w:docPartUnique/>
      </w:docPartObj>
    </w:sdtPr>
    <w:sdtContent>
      <w:p w14:paraId="28FDFEE6" w14:textId="31C9A7AF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61F9033C" w14:textId="77777777" w:rsidR="009B2D51" w:rsidRDefault="009B2D51" w:rsidP="009B2D51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9756F" w14:textId="77777777" w:rsidR="00EA1315" w:rsidRDefault="00EA1315" w:rsidP="009B2D51">
      <w:pPr>
        <w:spacing w:after="0" w:line="240" w:lineRule="auto"/>
      </w:pPr>
      <w:r>
        <w:separator/>
      </w:r>
    </w:p>
  </w:footnote>
  <w:footnote w:type="continuationSeparator" w:id="0">
    <w:p w14:paraId="6BE62A40" w14:textId="77777777" w:rsidR="00EA1315" w:rsidRDefault="00EA1315" w:rsidP="009B2D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1109152">
    <w:abstractNumId w:val="8"/>
  </w:num>
  <w:num w:numId="2" w16cid:durableId="1221862484">
    <w:abstractNumId w:val="6"/>
  </w:num>
  <w:num w:numId="3" w16cid:durableId="1044255951">
    <w:abstractNumId w:val="5"/>
  </w:num>
  <w:num w:numId="4" w16cid:durableId="129133149">
    <w:abstractNumId w:val="4"/>
  </w:num>
  <w:num w:numId="5" w16cid:durableId="417868786">
    <w:abstractNumId w:val="7"/>
  </w:num>
  <w:num w:numId="6" w16cid:durableId="870260495">
    <w:abstractNumId w:val="3"/>
  </w:num>
  <w:num w:numId="7" w16cid:durableId="205795547">
    <w:abstractNumId w:val="2"/>
  </w:num>
  <w:num w:numId="8" w16cid:durableId="960646720">
    <w:abstractNumId w:val="1"/>
  </w:num>
  <w:num w:numId="9" w16cid:durableId="2013332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B3410"/>
    <w:rsid w:val="00326F90"/>
    <w:rsid w:val="00336EE9"/>
    <w:rsid w:val="004A015F"/>
    <w:rsid w:val="006622A0"/>
    <w:rsid w:val="00937697"/>
    <w:rsid w:val="009B2D51"/>
    <w:rsid w:val="00AA1D8D"/>
    <w:rsid w:val="00B47730"/>
    <w:rsid w:val="00B6058C"/>
    <w:rsid w:val="00BA6BE7"/>
    <w:rsid w:val="00CB0664"/>
    <w:rsid w:val="00E92C87"/>
    <w:rsid w:val="00EA1315"/>
    <w:rsid w:val="00F705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71E79D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line="240" w:lineRule="exact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2D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664</Words>
  <Characters>3525</Characters>
  <Application>Microsoft Office Word</Application>
  <DocSecurity>0</DocSecurity>
  <Lines>29</Lines>
  <Paragraphs>8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4181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2025-12-02T12:03:00Z</dcterms:created>
  <dcterms:modified xsi:type="dcterms:W3CDTF">2025-12-02T12:22:00Z</dcterms:modified>
  <cp:category/>
</cp:coreProperties>
</file>