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64D5C" w14:textId="77FCCD53" w:rsidR="00CA1A1C" w:rsidRPr="00CA1A1C" w:rsidRDefault="00CA1A1C" w:rsidP="00CA1A1C">
      <w:pPr>
        <w:spacing w:after="0" w:line="240" w:lineRule="auto"/>
        <w:rPr>
          <w:b/>
          <w:bCs/>
          <w:lang w:val="nb-NO"/>
        </w:rPr>
      </w:pPr>
      <w:r w:rsidRPr="00CA1A1C">
        <w:rPr>
          <w:b/>
          <w:bCs/>
          <w:lang w:val="nb-NO"/>
        </w:rPr>
        <w:t xml:space="preserve">Bokmål og </w:t>
      </w:r>
      <w:r w:rsidR="001F1041">
        <w:rPr>
          <w:b/>
          <w:bCs/>
          <w:lang w:val="nb-NO"/>
        </w:rPr>
        <w:t>kvensk</w:t>
      </w:r>
      <w:r w:rsidRPr="00CA1A1C">
        <w:rPr>
          <w:b/>
          <w:bCs/>
          <w:lang w:val="nb-NO"/>
        </w:rPr>
        <w:t xml:space="preserve"> dialogmanus, episode 6</w:t>
      </w:r>
    </w:p>
    <w:p w14:paraId="7F2B4558" w14:textId="77777777" w:rsidR="001F1041" w:rsidRDefault="001F1041" w:rsidP="00CA1A1C">
      <w:pPr>
        <w:spacing w:after="0" w:line="240" w:lineRule="auto"/>
        <w:rPr>
          <w:b/>
          <w:bCs/>
          <w:lang w:val="nb-NO"/>
        </w:rPr>
      </w:pPr>
      <w:proofErr w:type="spellStart"/>
      <w:r w:rsidRPr="001F1041">
        <w:rPr>
          <w:b/>
          <w:bCs/>
          <w:lang w:val="nb-NO"/>
        </w:rPr>
        <w:t>Kvääniruusukoru</w:t>
      </w:r>
      <w:proofErr w:type="spellEnd"/>
      <w:r w:rsidRPr="001F1041">
        <w:rPr>
          <w:b/>
          <w:bCs/>
          <w:lang w:val="nb-NO"/>
        </w:rPr>
        <w:t xml:space="preserve"> </w:t>
      </w:r>
    </w:p>
    <w:p w14:paraId="313D2A9B" w14:textId="02EDFDB9" w:rsidR="00CA1A1C" w:rsidRPr="00CA1A1C" w:rsidRDefault="00CA1A1C" w:rsidP="00CA1A1C">
      <w:pPr>
        <w:spacing w:after="0" w:line="240" w:lineRule="auto"/>
        <w:rPr>
          <w:b/>
          <w:bCs/>
          <w:i/>
          <w:iCs/>
          <w:lang w:val="nb-NO"/>
        </w:rPr>
      </w:pPr>
      <w:r>
        <w:rPr>
          <w:b/>
          <w:bCs/>
          <w:i/>
          <w:iCs/>
          <w:lang w:val="nb-NO"/>
        </w:rPr>
        <w:t>Kvenrosesmykke</w:t>
      </w:r>
    </w:p>
    <w:p w14:paraId="3540A69E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AA12528" w14:textId="77777777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599F1F94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Paska</w:t>
      </w:r>
      <w:proofErr w:type="spellEnd"/>
      <w:r>
        <w:rPr>
          <w:lang w:val="nb-NO"/>
        </w:rPr>
        <w:t>.</w:t>
      </w:r>
    </w:p>
    <w:p w14:paraId="18339515" w14:textId="488B4F53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Skitt</w:t>
      </w:r>
      <w:r w:rsidR="001F1041">
        <w:rPr>
          <w:i/>
          <w:lang w:val="nb-NO"/>
        </w:rPr>
        <w:t>.</w:t>
      </w:r>
    </w:p>
    <w:p w14:paraId="4DCDC997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Hei </w:t>
      </w:r>
      <w:proofErr w:type="spellStart"/>
      <w:r w:rsidRPr="001F1041">
        <w:rPr>
          <w:lang w:val="nb-NO"/>
        </w:rPr>
        <w:t>Eeva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saattaako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etiäinen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assuut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sinun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tykönä?</w:t>
      </w:r>
    </w:p>
    <w:p w14:paraId="0D35D0B4" w14:textId="150722C6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He</w:t>
      </w:r>
      <w:proofErr w:type="spellEnd"/>
      <w:r w:rsidRPr="00CA1A1C">
        <w:rPr>
          <w:i/>
          <w:lang w:val="nb-NO"/>
        </w:rPr>
        <w:t xml:space="preserve">i </w:t>
      </w:r>
      <w:proofErr w:type="spellStart"/>
      <w:r w:rsidRPr="00CA1A1C">
        <w:rPr>
          <w:i/>
          <w:lang w:val="nb-NO"/>
        </w:rPr>
        <w:t>Eeva</w:t>
      </w:r>
      <w:proofErr w:type="spellEnd"/>
      <w:r w:rsidRPr="00CA1A1C">
        <w:rPr>
          <w:i/>
          <w:lang w:val="nb-NO"/>
        </w:rPr>
        <w:t>, kan vardøger bo hos deg?</w:t>
      </w:r>
    </w:p>
    <w:p w14:paraId="2163B6FF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Haloo</w:t>
      </w:r>
      <w:proofErr w:type="spellEnd"/>
      <w:r w:rsidRPr="001F1041">
        <w:rPr>
          <w:lang w:val="nb-NO"/>
        </w:rPr>
        <w:t>?</w:t>
      </w:r>
    </w:p>
    <w:p w14:paraId="285CC663" w14:textId="66929B7B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Hallo?</w:t>
      </w:r>
    </w:p>
    <w:p w14:paraId="5460A61A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2263F695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04B259CA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Hei, </w:t>
      </w:r>
      <w:proofErr w:type="spellStart"/>
      <w:r w:rsidRPr="001F1041">
        <w:rPr>
          <w:lang w:val="nb-NO"/>
        </w:rPr>
        <w:t>Jussa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tarttetko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appuu</w:t>
      </w:r>
      <w:proofErr w:type="spellEnd"/>
      <w:r w:rsidRPr="001F1041">
        <w:rPr>
          <w:lang w:val="nb-NO"/>
        </w:rPr>
        <w:t>?</w:t>
      </w:r>
    </w:p>
    <w:p w14:paraId="77FD87BB" w14:textId="1854B50C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 xml:space="preserve">Hei, </w:t>
      </w:r>
      <w:proofErr w:type="spellStart"/>
      <w:r w:rsidRPr="00CA1A1C">
        <w:rPr>
          <w:i/>
          <w:lang w:val="nb-NO"/>
        </w:rPr>
        <w:t>Jussa</w:t>
      </w:r>
      <w:proofErr w:type="spellEnd"/>
      <w:r w:rsidRPr="00CA1A1C">
        <w:rPr>
          <w:i/>
          <w:lang w:val="nb-NO"/>
        </w:rPr>
        <w:t>, trenger du hjelp?</w:t>
      </w:r>
    </w:p>
    <w:p w14:paraId="789E0FA4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1A92806B" w14:textId="2C775253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17108A9C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Ei </w:t>
      </w:r>
      <w:proofErr w:type="spellStart"/>
      <w:r w:rsidRPr="001F1041">
        <w:rPr>
          <w:lang w:val="nb-NO"/>
        </w:rPr>
        <w:t>kiitos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Eeva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mie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aijon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tyhä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kattoot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yhtä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korruu</w:t>
      </w:r>
      <w:proofErr w:type="spellEnd"/>
      <w:r w:rsidRPr="001F1041">
        <w:rPr>
          <w:lang w:val="nb-NO"/>
        </w:rPr>
        <w:t xml:space="preserve">. </w:t>
      </w:r>
    </w:p>
    <w:p w14:paraId="544D09A4" w14:textId="69059ACD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 xml:space="preserve">Nei takk, </w:t>
      </w:r>
      <w:proofErr w:type="spellStart"/>
      <w:r w:rsidRPr="00CA1A1C">
        <w:rPr>
          <w:i/>
          <w:lang w:val="nb-NO"/>
        </w:rPr>
        <w:t>Eeva</w:t>
      </w:r>
      <w:proofErr w:type="spellEnd"/>
      <w:r w:rsidRPr="00CA1A1C">
        <w:rPr>
          <w:i/>
          <w:lang w:val="nb-NO"/>
        </w:rPr>
        <w:t>, jeg skal bare se på et smykke.</w:t>
      </w:r>
    </w:p>
    <w:p w14:paraId="7220040B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Raissiin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ko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tullee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suomen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mies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kysythän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hältä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mihinkä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oon</w:t>
      </w:r>
      <w:proofErr w:type="spellEnd"/>
      <w:r w:rsidRPr="001F1041">
        <w:rPr>
          <w:lang w:val="nb-NO"/>
        </w:rPr>
        <w:t xml:space="preserve"> ties.</w:t>
      </w:r>
    </w:p>
    <w:p w14:paraId="509C5B28" w14:textId="2DC82429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Når det kommer en finlender til Reisa, spør man hvor han skal.</w:t>
      </w:r>
    </w:p>
    <w:p w14:paraId="654AD4DF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Mie </w:t>
      </w:r>
      <w:proofErr w:type="spellStart"/>
      <w:r w:rsidRPr="001F1041">
        <w:rPr>
          <w:lang w:val="nb-NO"/>
        </w:rPr>
        <w:t>tieđän</w:t>
      </w:r>
      <w:proofErr w:type="spellEnd"/>
      <w:r w:rsidRPr="001F1041">
        <w:rPr>
          <w:lang w:val="nb-NO"/>
        </w:rPr>
        <w:t xml:space="preserve"> ette </w:t>
      </w:r>
      <w:proofErr w:type="spellStart"/>
      <w:r w:rsidRPr="001F1041">
        <w:rPr>
          <w:lang w:val="nb-NO"/>
        </w:rPr>
        <w:t>sie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saatat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tämän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laulun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Eeva</w:t>
      </w:r>
      <w:proofErr w:type="spellEnd"/>
      <w:r w:rsidRPr="001F1041">
        <w:rPr>
          <w:lang w:val="nb-NO"/>
        </w:rPr>
        <w:t>.</w:t>
      </w:r>
    </w:p>
    <w:p w14:paraId="1961FEE7" w14:textId="7B221349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 xml:space="preserve">Jeg vet at du kan sangen, </w:t>
      </w:r>
      <w:proofErr w:type="spellStart"/>
      <w:r w:rsidRPr="00CA1A1C">
        <w:rPr>
          <w:i/>
          <w:lang w:val="nb-NO"/>
        </w:rPr>
        <w:t>Eeva</w:t>
      </w:r>
      <w:proofErr w:type="spellEnd"/>
      <w:r w:rsidRPr="00CA1A1C">
        <w:rPr>
          <w:i/>
          <w:lang w:val="nb-NO"/>
        </w:rPr>
        <w:t>.</w:t>
      </w:r>
    </w:p>
    <w:p w14:paraId="4BC3D318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58EF117A" w14:textId="77777777" w:rsidR="00CA1A1C" w:rsidRPr="00CA1A1C" w:rsidRDefault="00CA1A1C" w:rsidP="00CA1A1C">
      <w:pPr>
        <w:spacing w:after="0" w:line="240" w:lineRule="auto"/>
      </w:pPr>
      <w:proofErr w:type="spellStart"/>
      <w:r w:rsidRPr="00CA1A1C">
        <w:t>EEVA</w:t>
      </w:r>
      <w:proofErr w:type="spellEnd"/>
      <w:r w:rsidRPr="00CA1A1C">
        <w:t>:</w:t>
      </w:r>
    </w:p>
    <w:p w14:paraId="5F7C9093" w14:textId="667E664F" w:rsidR="00C545AE" w:rsidRPr="00CA1A1C" w:rsidRDefault="00000000" w:rsidP="00CA1A1C">
      <w:pPr>
        <w:spacing w:after="0" w:line="240" w:lineRule="auto"/>
      </w:pPr>
      <w:proofErr w:type="spellStart"/>
      <w:r w:rsidRPr="00CA1A1C">
        <w:t>Ohoh</w:t>
      </w:r>
      <w:proofErr w:type="spellEnd"/>
      <w:r w:rsidRPr="00CA1A1C">
        <w:t>.</w:t>
      </w:r>
      <w:r w:rsidRPr="00CA1A1C">
        <w:br/>
      </w:r>
      <w:r w:rsidRPr="00CA1A1C">
        <w:rPr>
          <w:i/>
        </w:rPr>
        <w:t xml:space="preserve">Oh </w:t>
      </w:r>
      <w:proofErr w:type="spellStart"/>
      <w:r w:rsidRPr="00CA1A1C">
        <w:rPr>
          <w:i/>
        </w:rPr>
        <w:t>oh</w:t>
      </w:r>
      <w:proofErr w:type="spellEnd"/>
      <w:r w:rsidRPr="00CA1A1C">
        <w:rPr>
          <w:i/>
        </w:rPr>
        <w:t>.</w:t>
      </w:r>
    </w:p>
    <w:p w14:paraId="2A649E0F" w14:textId="77777777" w:rsidR="00CA1A1C" w:rsidRPr="00CA1A1C" w:rsidRDefault="00CA1A1C" w:rsidP="00CA1A1C">
      <w:pPr>
        <w:spacing w:after="0" w:line="240" w:lineRule="auto"/>
      </w:pPr>
    </w:p>
    <w:p w14:paraId="7948D31B" w14:textId="77777777" w:rsidR="00CA1A1C" w:rsidRPr="00CA1A1C" w:rsidRDefault="00CA1A1C" w:rsidP="00CA1A1C">
      <w:pPr>
        <w:spacing w:after="0" w:line="240" w:lineRule="auto"/>
      </w:pPr>
      <w:proofErr w:type="spellStart"/>
      <w:r w:rsidRPr="00CA1A1C">
        <w:t>JUSSA</w:t>
      </w:r>
      <w:proofErr w:type="spellEnd"/>
      <w:r w:rsidRPr="00CA1A1C">
        <w:t>:</w:t>
      </w:r>
    </w:p>
    <w:p w14:paraId="1C7A75BE" w14:textId="77777777" w:rsidR="001F1041" w:rsidRDefault="001F1041" w:rsidP="00CA1A1C">
      <w:pPr>
        <w:spacing w:after="0" w:line="240" w:lineRule="auto"/>
      </w:pPr>
      <w:proofErr w:type="spellStart"/>
      <w:r w:rsidRPr="001F1041">
        <w:t>Aivan</w:t>
      </w:r>
      <w:proofErr w:type="spellEnd"/>
      <w:r w:rsidRPr="001F1041">
        <w:t xml:space="preserve"> </w:t>
      </w:r>
      <w:proofErr w:type="spellStart"/>
      <w:r w:rsidRPr="001F1041">
        <w:t>pirun</w:t>
      </w:r>
      <w:proofErr w:type="spellEnd"/>
      <w:r w:rsidRPr="001F1041">
        <w:t xml:space="preserve"> </w:t>
      </w:r>
      <w:proofErr w:type="spellStart"/>
      <w:r w:rsidRPr="001F1041">
        <w:t>haamulla</w:t>
      </w:r>
      <w:proofErr w:type="spellEnd"/>
      <w:r w:rsidRPr="001F1041">
        <w:t xml:space="preserve">… </w:t>
      </w:r>
      <w:proofErr w:type="spellStart"/>
      <w:r w:rsidRPr="001F1041">
        <w:t>komentaa</w:t>
      </w:r>
      <w:proofErr w:type="spellEnd"/>
      <w:r w:rsidRPr="001F1041">
        <w:t xml:space="preserve"> </w:t>
      </w:r>
      <w:proofErr w:type="spellStart"/>
      <w:r w:rsidRPr="001F1041">
        <w:t>väkee</w:t>
      </w:r>
      <w:proofErr w:type="spellEnd"/>
      <w:r w:rsidRPr="001F1041">
        <w:t>… </w:t>
      </w:r>
      <w:proofErr w:type="spellStart"/>
      <w:r w:rsidRPr="001F1041">
        <w:t>haualleki</w:t>
      </w:r>
      <w:proofErr w:type="spellEnd"/>
      <w:r w:rsidRPr="001F1041">
        <w:t xml:space="preserve"> </w:t>
      </w:r>
      <w:proofErr w:type="spellStart"/>
      <w:r w:rsidRPr="001F1041">
        <w:t>hihtamhaan</w:t>
      </w:r>
      <w:proofErr w:type="spellEnd"/>
      <w:r w:rsidRPr="001F1041">
        <w:t>.</w:t>
      </w:r>
    </w:p>
    <w:p w14:paraId="04C05821" w14:textId="213229CE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 xml:space="preserve">Ser ut som fanden </w:t>
      </w:r>
      <w:proofErr w:type="gramStart"/>
      <w:r w:rsidRPr="00CA1A1C">
        <w:rPr>
          <w:i/>
          <w:lang w:val="nb-NO"/>
        </w:rPr>
        <w:t>selv…</w:t>
      </w:r>
      <w:proofErr w:type="gramEnd"/>
      <w:r w:rsidRPr="00CA1A1C">
        <w:rPr>
          <w:i/>
          <w:lang w:val="nb-NO"/>
        </w:rPr>
        <w:t xml:space="preserve"> han kommanderer folk… gå på ski til tjæremila.</w:t>
      </w:r>
    </w:p>
    <w:p w14:paraId="41FFCF6D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33DD271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 xml:space="preserve">: </w:t>
      </w:r>
    </w:p>
    <w:p w14:paraId="5EED7468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Pakkaanko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mie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tämän</w:t>
      </w:r>
      <w:proofErr w:type="spellEnd"/>
      <w:r w:rsidRPr="001F1041">
        <w:rPr>
          <w:lang w:val="nb-NO"/>
        </w:rPr>
        <w:t xml:space="preserve"> sulle? </w:t>
      </w:r>
    </w:p>
    <w:p w14:paraId="122E8107" w14:textId="44071640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Skal jeg pakke det inn?</w:t>
      </w:r>
    </w:p>
    <w:p w14:paraId="0E25E3ED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7DC69A74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 xml:space="preserve">: </w:t>
      </w:r>
    </w:p>
    <w:p w14:paraId="1D189321" w14:textId="781FF9FF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Joo</w:t>
      </w:r>
      <w:proofErr w:type="spellEnd"/>
      <w:r w:rsidRPr="00CA1A1C">
        <w:rPr>
          <w:lang w:val="nb-NO"/>
        </w:rPr>
        <w:t xml:space="preserve">, </w:t>
      </w:r>
      <w:proofErr w:type="spellStart"/>
      <w:r w:rsidRPr="00CA1A1C">
        <w:rPr>
          <w:lang w:val="nb-NO"/>
        </w:rPr>
        <w:t>kiitos</w:t>
      </w:r>
      <w:proofErr w:type="spellEnd"/>
      <w:r w:rsidRPr="00CA1A1C">
        <w:rPr>
          <w:lang w:val="nb-NO"/>
        </w:rPr>
        <w:t>!</w:t>
      </w:r>
      <w:r w:rsidRPr="00CA1A1C">
        <w:rPr>
          <w:lang w:val="nb-NO"/>
        </w:rPr>
        <w:br/>
      </w:r>
      <w:r w:rsidRPr="00CA1A1C">
        <w:rPr>
          <w:i/>
          <w:lang w:val="nb-NO"/>
        </w:rPr>
        <w:t>Ja, takk!</w:t>
      </w:r>
    </w:p>
    <w:p w14:paraId="463153DB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Syntymäpäiväskenkki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Annale</w:t>
      </w:r>
      <w:proofErr w:type="spellEnd"/>
      <w:r w:rsidRPr="001F1041">
        <w:rPr>
          <w:lang w:val="nb-NO"/>
        </w:rPr>
        <w:t>.</w:t>
      </w:r>
    </w:p>
    <w:p w14:paraId="52D12B8F" w14:textId="061747FC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Bursdagsgave til Anna.</w:t>
      </w:r>
    </w:p>
    <w:p w14:paraId="7D13B044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Kunka se </w:t>
      </w:r>
      <w:proofErr w:type="spellStart"/>
      <w:r w:rsidRPr="001F1041">
        <w:rPr>
          <w:lang w:val="nb-NO"/>
        </w:rPr>
        <w:t>mennee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sinun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ämmin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kansa</w:t>
      </w:r>
      <w:proofErr w:type="spellEnd"/>
      <w:r w:rsidRPr="001F1041">
        <w:rPr>
          <w:lang w:val="nb-NO"/>
        </w:rPr>
        <w:t xml:space="preserve"> nyt? </w:t>
      </w:r>
    </w:p>
    <w:p w14:paraId="3D80ED3C" w14:textId="690EEFD5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Hvordan går det med mormoren din nå?</w:t>
      </w:r>
    </w:p>
    <w:p w14:paraId="04DD7454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8BD381E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4125F14D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Se ei </w:t>
      </w:r>
      <w:proofErr w:type="spellStart"/>
      <w:r w:rsidRPr="001F1041">
        <w:rPr>
          <w:lang w:val="nb-NO"/>
        </w:rPr>
        <w:t>muista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ennää</w:t>
      </w:r>
      <w:proofErr w:type="spellEnd"/>
      <w:r w:rsidRPr="001F1041">
        <w:rPr>
          <w:lang w:val="nb-NO"/>
        </w:rPr>
        <w:t xml:space="preserve"> </w:t>
      </w:r>
      <w:proofErr w:type="spellStart"/>
      <w:proofErr w:type="gramStart"/>
      <w:r w:rsidRPr="001F1041">
        <w:rPr>
          <w:lang w:val="nb-NO"/>
        </w:rPr>
        <w:t>minnuu</w:t>
      </w:r>
      <w:proofErr w:type="spellEnd"/>
      <w:r w:rsidRPr="001F1041">
        <w:rPr>
          <w:lang w:val="nb-NO"/>
        </w:rPr>
        <w:t>…</w:t>
      </w:r>
      <w:proofErr w:type="gramEnd"/>
      <w:r w:rsidRPr="001F1041">
        <w:rPr>
          <w:lang w:val="nb-NO"/>
        </w:rPr>
        <w:t xml:space="preserve"> </w:t>
      </w:r>
    </w:p>
    <w:p w14:paraId="1619D9EF" w14:textId="74C4E8DA" w:rsidR="00C545AE" w:rsidRDefault="00000000" w:rsidP="00CA1A1C">
      <w:pPr>
        <w:spacing w:after="0" w:line="240" w:lineRule="auto"/>
        <w:rPr>
          <w:i/>
          <w:lang w:val="nb-NO"/>
        </w:rPr>
      </w:pPr>
      <w:r w:rsidRPr="00CA1A1C">
        <w:rPr>
          <w:i/>
          <w:lang w:val="nb-NO"/>
        </w:rPr>
        <w:t xml:space="preserve">Hun husker meg ikke </w:t>
      </w:r>
      <w:proofErr w:type="gramStart"/>
      <w:r w:rsidRPr="00CA1A1C">
        <w:rPr>
          <w:i/>
          <w:lang w:val="nb-NO"/>
        </w:rPr>
        <w:t>lenger…</w:t>
      </w:r>
      <w:proofErr w:type="gramEnd"/>
    </w:p>
    <w:p w14:paraId="2C4C5B61" w14:textId="77777777" w:rsidR="006409A0" w:rsidRPr="00CA1A1C" w:rsidRDefault="006409A0" w:rsidP="00CA1A1C">
      <w:pPr>
        <w:spacing w:after="0" w:line="240" w:lineRule="auto"/>
        <w:rPr>
          <w:lang w:val="nb-NO"/>
        </w:rPr>
      </w:pPr>
    </w:p>
    <w:p w14:paraId="2366682F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lastRenderedPageBreak/>
        <w:t>JUSSA</w:t>
      </w:r>
      <w:proofErr w:type="spellEnd"/>
      <w:r>
        <w:rPr>
          <w:lang w:val="nb-NO"/>
        </w:rPr>
        <w:t xml:space="preserve">: </w:t>
      </w:r>
    </w:p>
    <w:p w14:paraId="33ED265F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Se </w:t>
      </w:r>
      <w:proofErr w:type="spellStart"/>
      <w:r w:rsidRPr="001F1041">
        <w:rPr>
          <w:lang w:val="nb-NO"/>
        </w:rPr>
        <w:t>oli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surulista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kuula</w:t>
      </w:r>
      <w:proofErr w:type="spellEnd"/>
      <w:r w:rsidRPr="001F1041">
        <w:rPr>
          <w:lang w:val="nb-NO"/>
        </w:rPr>
        <w:t>.</w:t>
      </w:r>
    </w:p>
    <w:p w14:paraId="78CA7612" w14:textId="4C42A628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Det er trist å høre.</w:t>
      </w:r>
    </w:p>
    <w:p w14:paraId="6E787916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01CD8B98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21A1E2B9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Miksi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sie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tasan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laulat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Jussa</w:t>
      </w:r>
      <w:proofErr w:type="spellEnd"/>
      <w:r w:rsidRPr="001F1041">
        <w:rPr>
          <w:lang w:val="nb-NO"/>
        </w:rPr>
        <w:t xml:space="preserve">? </w:t>
      </w:r>
    </w:p>
    <w:p w14:paraId="0A207EFD" w14:textId="50427C28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 xml:space="preserve">Hvorfor synger du alltid, </w:t>
      </w:r>
      <w:proofErr w:type="spellStart"/>
      <w:r w:rsidRPr="00CA1A1C">
        <w:rPr>
          <w:i/>
          <w:lang w:val="nb-NO"/>
        </w:rPr>
        <w:t>Jussa</w:t>
      </w:r>
      <w:proofErr w:type="spellEnd"/>
      <w:r w:rsidRPr="00CA1A1C">
        <w:rPr>
          <w:i/>
          <w:lang w:val="nb-NO"/>
        </w:rPr>
        <w:t>?</w:t>
      </w:r>
    </w:p>
    <w:p w14:paraId="0BD438EA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25985348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4A6EED4F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Kaunis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laulu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harjaa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tomun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syđämestä</w:t>
      </w:r>
      <w:proofErr w:type="spellEnd"/>
      <w:r w:rsidRPr="001F1041">
        <w:rPr>
          <w:lang w:val="nb-NO"/>
        </w:rPr>
        <w:t xml:space="preserve">. </w:t>
      </w:r>
    </w:p>
    <w:p w14:paraId="1BB4597F" w14:textId="5F188338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En vakker sang børster støvet av hjertet.</w:t>
      </w:r>
    </w:p>
    <w:p w14:paraId="083C32A7" w14:textId="46260169" w:rsidR="001F1041" w:rsidRPr="001F1041" w:rsidRDefault="001F1041" w:rsidP="001F1041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Ilman</w:t>
      </w:r>
      <w:proofErr w:type="spellEnd"/>
      <w:r w:rsidRPr="001F1041">
        <w:rPr>
          <w:lang w:val="nb-NO"/>
        </w:rPr>
        <w:t xml:space="preserve"> se </w:t>
      </w:r>
      <w:proofErr w:type="spellStart"/>
      <w:r w:rsidRPr="001F1041">
        <w:rPr>
          <w:lang w:val="nb-NO"/>
        </w:rPr>
        <w:t>oon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parempi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sannoot</w:t>
      </w:r>
      <w:proofErr w:type="spellEnd"/>
      <w:r w:rsidRPr="001F1041">
        <w:rPr>
          <w:lang w:val="nb-NO"/>
        </w:rPr>
        <w:t xml:space="preserve"> ette</w:t>
      </w:r>
      <w:r>
        <w:rPr>
          <w:lang w:val="nb-NO"/>
        </w:rPr>
        <w:t xml:space="preserve"> </w:t>
      </w:r>
      <w:proofErr w:type="spellStart"/>
      <w:r w:rsidRPr="001F1041">
        <w:t>laulaminen</w:t>
      </w:r>
      <w:proofErr w:type="spellEnd"/>
      <w:r w:rsidRPr="001F1041">
        <w:t xml:space="preserve"> </w:t>
      </w:r>
      <w:proofErr w:type="spellStart"/>
      <w:r w:rsidRPr="001F1041">
        <w:t>pittää</w:t>
      </w:r>
      <w:proofErr w:type="spellEnd"/>
      <w:r w:rsidRPr="001F1041">
        <w:t xml:space="preserve"> </w:t>
      </w:r>
      <w:proofErr w:type="spellStart"/>
      <w:r w:rsidRPr="001F1041">
        <w:t>tomun</w:t>
      </w:r>
      <w:proofErr w:type="spellEnd"/>
      <w:r w:rsidRPr="001F1041">
        <w:t xml:space="preserve"> </w:t>
      </w:r>
      <w:proofErr w:type="spellStart"/>
      <w:r w:rsidRPr="001F1041">
        <w:t>poissa</w:t>
      </w:r>
      <w:proofErr w:type="spellEnd"/>
      <w:r w:rsidRPr="001F1041">
        <w:t xml:space="preserve"> </w:t>
      </w:r>
      <w:proofErr w:type="spellStart"/>
      <w:r w:rsidRPr="001F1041">
        <w:t>aivoista</w:t>
      </w:r>
      <w:proofErr w:type="spellEnd"/>
      <w:r w:rsidRPr="001F1041">
        <w:t xml:space="preserve">. </w:t>
      </w:r>
    </w:p>
    <w:p w14:paraId="70DA2FB4" w14:textId="3320B13D" w:rsidR="00C545AE" w:rsidRPr="00CA1A1C" w:rsidRDefault="00000000" w:rsidP="001F1041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Det er vel mer riktig å si at å synge holder støvet vekk fra hjernen.</w:t>
      </w:r>
    </w:p>
    <w:p w14:paraId="7BB61CBB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Pää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selvii</w:t>
      </w:r>
      <w:proofErr w:type="spellEnd"/>
      <w:r w:rsidRPr="001F1041">
        <w:rPr>
          <w:lang w:val="nb-NO"/>
        </w:rPr>
        <w:t xml:space="preserve"> ja </w:t>
      </w:r>
      <w:proofErr w:type="spellStart"/>
      <w:r w:rsidRPr="001F1041">
        <w:rPr>
          <w:lang w:val="nb-NO"/>
        </w:rPr>
        <w:t>mieli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kevenee</w:t>
      </w:r>
      <w:proofErr w:type="spellEnd"/>
      <w:r w:rsidRPr="001F1041">
        <w:rPr>
          <w:lang w:val="nb-NO"/>
        </w:rPr>
        <w:t>.</w:t>
      </w:r>
    </w:p>
    <w:p w14:paraId="7D651309" w14:textId="7DFD5BC2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Man blir klar i hodet og lettere til sinns.</w:t>
      </w:r>
    </w:p>
    <w:p w14:paraId="73FBBCC3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09CEB811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299829D8" w14:textId="3AD14848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Oo</w:t>
      </w:r>
      <w:proofErr w:type="spellEnd"/>
      <w:r w:rsidRPr="00CA1A1C">
        <w:rPr>
          <w:lang w:val="nb-NO"/>
        </w:rPr>
        <w:t xml:space="preserve"> </w:t>
      </w:r>
      <w:proofErr w:type="spellStart"/>
      <w:r w:rsidRPr="00CA1A1C">
        <w:rPr>
          <w:lang w:val="nb-NO"/>
        </w:rPr>
        <w:t>joo</w:t>
      </w:r>
      <w:proofErr w:type="spellEnd"/>
      <w:r w:rsidRPr="00CA1A1C">
        <w:rPr>
          <w:lang w:val="nb-NO"/>
        </w:rPr>
        <w:t>!</w:t>
      </w:r>
      <w:r w:rsidRPr="00CA1A1C">
        <w:rPr>
          <w:lang w:val="nb-NO"/>
        </w:rPr>
        <w:br/>
      </w:r>
      <w:r w:rsidRPr="00CA1A1C">
        <w:rPr>
          <w:i/>
          <w:lang w:val="nb-NO"/>
        </w:rPr>
        <w:t>Å, ja!</w:t>
      </w:r>
    </w:p>
    <w:p w14:paraId="407819A5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53C47575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427B57D3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Mie olen </w:t>
      </w:r>
      <w:proofErr w:type="spellStart"/>
      <w:r w:rsidRPr="001F1041">
        <w:rPr>
          <w:lang w:val="nb-NO"/>
        </w:rPr>
        <w:t>neuroloogi</w:t>
      </w:r>
      <w:proofErr w:type="spellEnd"/>
      <w:r w:rsidRPr="001F1041">
        <w:rPr>
          <w:lang w:val="nb-NO"/>
        </w:rPr>
        <w:t xml:space="preserve"> ja </w:t>
      </w:r>
      <w:proofErr w:type="spellStart"/>
      <w:r w:rsidRPr="001F1041">
        <w:rPr>
          <w:lang w:val="nb-NO"/>
        </w:rPr>
        <w:t>tutkin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aivoi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siehän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tieđät</w:t>
      </w:r>
      <w:proofErr w:type="spellEnd"/>
      <w:r w:rsidRPr="001F1041">
        <w:rPr>
          <w:lang w:val="nb-NO"/>
        </w:rPr>
        <w:t xml:space="preserve">. </w:t>
      </w:r>
    </w:p>
    <w:p w14:paraId="4D8A1AC2" w14:textId="5735B55B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Jeg er nevrolog og forsker på hjernen, vet du.</w:t>
      </w:r>
    </w:p>
    <w:p w14:paraId="0B93F83C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Fiini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tuli</w:t>
      </w:r>
      <w:proofErr w:type="spellEnd"/>
      <w:r w:rsidRPr="001F1041">
        <w:rPr>
          <w:lang w:val="nb-NO"/>
        </w:rPr>
        <w:t xml:space="preserve">. </w:t>
      </w:r>
      <w:proofErr w:type="spellStart"/>
      <w:r w:rsidRPr="001F1041">
        <w:rPr>
          <w:lang w:val="nb-NO"/>
        </w:rPr>
        <w:t>Kiitos</w:t>
      </w:r>
      <w:proofErr w:type="spellEnd"/>
      <w:r w:rsidRPr="001F1041">
        <w:rPr>
          <w:lang w:val="nb-NO"/>
        </w:rPr>
        <w:t xml:space="preserve">!  </w:t>
      </w:r>
    </w:p>
    <w:p w14:paraId="463175C5" w14:textId="3E66DF5E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Så fint. Takk!</w:t>
      </w:r>
    </w:p>
    <w:p w14:paraId="3565E6D1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48761C40" w14:textId="381CFBB5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727FD29E" w14:textId="42AB0183" w:rsidR="00C545AE" w:rsidRPr="00CA1A1C" w:rsidRDefault="00000000" w:rsidP="00CA1A1C">
      <w:pPr>
        <w:spacing w:after="0" w:line="240" w:lineRule="auto"/>
        <w:rPr>
          <w:lang w:val="nb-NO"/>
        </w:rPr>
      </w:pPr>
      <w:proofErr w:type="spellStart"/>
      <w:r w:rsidRPr="00CA1A1C">
        <w:rPr>
          <w:lang w:val="nb-NO"/>
        </w:rPr>
        <w:t>Kiitos</w:t>
      </w:r>
      <w:proofErr w:type="spellEnd"/>
      <w:r w:rsidRPr="00CA1A1C">
        <w:rPr>
          <w:lang w:val="nb-NO"/>
        </w:rPr>
        <w:t>.</w:t>
      </w:r>
      <w:r w:rsidRPr="00CA1A1C">
        <w:rPr>
          <w:lang w:val="nb-NO"/>
        </w:rPr>
        <w:br/>
      </w:r>
      <w:r w:rsidRPr="00CA1A1C">
        <w:rPr>
          <w:i/>
          <w:lang w:val="nb-NO"/>
        </w:rPr>
        <w:t>Takk.</w:t>
      </w:r>
    </w:p>
    <w:p w14:paraId="48AB1E72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7139E71E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10F72182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Hyvästi</w:t>
      </w:r>
      <w:proofErr w:type="spellEnd"/>
      <w:r w:rsidRPr="001F1041">
        <w:rPr>
          <w:lang w:val="nb-NO"/>
        </w:rPr>
        <w:t xml:space="preserve">! </w:t>
      </w:r>
    </w:p>
    <w:p w14:paraId="2CBFDF40" w14:textId="11980B53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Ha det!</w:t>
      </w:r>
    </w:p>
    <w:p w14:paraId="39C34D5B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3C10A0B9" w14:textId="7777777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EEVA</w:t>
      </w:r>
      <w:proofErr w:type="spellEnd"/>
      <w:r>
        <w:rPr>
          <w:lang w:val="nb-NO"/>
        </w:rPr>
        <w:t>:</w:t>
      </w:r>
    </w:p>
    <w:p w14:paraId="22370379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Hyvästi</w:t>
      </w:r>
      <w:proofErr w:type="spellEnd"/>
      <w:r w:rsidRPr="001F1041">
        <w:rPr>
          <w:lang w:val="nb-NO"/>
        </w:rPr>
        <w:t xml:space="preserve">! </w:t>
      </w:r>
    </w:p>
    <w:p w14:paraId="57E46ACC" w14:textId="524AFF75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Ha det!</w:t>
      </w:r>
    </w:p>
    <w:p w14:paraId="3C19469F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7BE9F1C5" w14:textId="4B73AAB7" w:rsidR="00CA1A1C" w:rsidRDefault="00CA1A1C" w:rsidP="00CA1A1C">
      <w:pPr>
        <w:spacing w:after="0" w:line="240" w:lineRule="auto"/>
        <w:rPr>
          <w:lang w:val="nb-NO"/>
        </w:rPr>
      </w:pPr>
      <w:proofErr w:type="spellStart"/>
      <w:r>
        <w:rPr>
          <w:lang w:val="nb-NO"/>
        </w:rPr>
        <w:t>JUSSA</w:t>
      </w:r>
      <w:proofErr w:type="spellEnd"/>
      <w:r>
        <w:rPr>
          <w:lang w:val="nb-NO"/>
        </w:rPr>
        <w:t>:</w:t>
      </w:r>
    </w:p>
    <w:p w14:paraId="714C4AAA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Ylös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Sapphen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työtä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hakheen</w:t>
      </w:r>
      <w:proofErr w:type="spellEnd"/>
      <w:r w:rsidRPr="001F1041">
        <w:rPr>
          <w:lang w:val="nb-NO"/>
        </w:rPr>
        <w:t xml:space="preserve">, </w:t>
      </w:r>
      <w:proofErr w:type="spellStart"/>
      <w:r w:rsidRPr="001F1041">
        <w:rPr>
          <w:lang w:val="nb-NO"/>
        </w:rPr>
        <w:t>luulen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että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löyän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vaan</w:t>
      </w:r>
      <w:proofErr w:type="spellEnd"/>
      <w:r w:rsidRPr="001F1041">
        <w:rPr>
          <w:lang w:val="nb-NO"/>
        </w:rPr>
        <w:t>.</w:t>
      </w:r>
    </w:p>
    <w:p w14:paraId="70E1F810" w14:textId="4C0B8724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Opp til Sappen for å finne arbeid, jeg tror jeg finner noe.</w:t>
      </w:r>
    </w:p>
    <w:p w14:paraId="4FC00163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2CF734EA" w14:textId="5E7FD9FD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RADIOSTEMME:</w:t>
      </w:r>
    </w:p>
    <w:p w14:paraId="2A52C480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Raisinjovesta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oon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löytyny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kuolheita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kalloi</w:t>
      </w:r>
      <w:proofErr w:type="spellEnd"/>
      <w:r w:rsidRPr="001F1041">
        <w:rPr>
          <w:lang w:val="nb-NO"/>
        </w:rPr>
        <w:t xml:space="preserve">, ja </w:t>
      </w:r>
      <w:proofErr w:type="spellStart"/>
      <w:r w:rsidRPr="001F1041">
        <w:rPr>
          <w:lang w:val="nb-NO"/>
        </w:rPr>
        <w:t>ko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kaloista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oon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otettu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pröövii</w:t>
      </w:r>
      <w:proofErr w:type="spellEnd"/>
      <w:r w:rsidRPr="001F1041">
        <w:rPr>
          <w:lang w:val="nb-NO"/>
        </w:rPr>
        <w:t xml:space="preserve">, se </w:t>
      </w:r>
      <w:proofErr w:type="spellStart"/>
      <w:r w:rsidRPr="001F1041">
        <w:rPr>
          <w:lang w:val="nb-NO"/>
        </w:rPr>
        <w:t>näyttää</w:t>
      </w:r>
      <w:proofErr w:type="spellEnd"/>
      <w:r w:rsidRPr="001F1041">
        <w:rPr>
          <w:lang w:val="nb-NO"/>
        </w:rPr>
        <w:t xml:space="preserve"> ette </w:t>
      </w:r>
      <w:proofErr w:type="spellStart"/>
      <w:r w:rsidRPr="001F1041">
        <w:rPr>
          <w:lang w:val="nb-NO"/>
        </w:rPr>
        <w:t>net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oon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kuolheet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furunkulooshiin</w:t>
      </w:r>
      <w:proofErr w:type="spellEnd"/>
      <w:r w:rsidRPr="001F1041">
        <w:rPr>
          <w:lang w:val="nb-NO"/>
        </w:rPr>
        <w:t>.</w:t>
      </w:r>
    </w:p>
    <w:p w14:paraId="32539EFB" w14:textId="6C6CF07C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 xml:space="preserve">I </w:t>
      </w:r>
      <w:proofErr w:type="spellStart"/>
      <w:r w:rsidRPr="00CA1A1C">
        <w:rPr>
          <w:i/>
          <w:lang w:val="nb-NO"/>
        </w:rPr>
        <w:t>Reisaelva</w:t>
      </w:r>
      <w:proofErr w:type="spellEnd"/>
      <w:r w:rsidRPr="00CA1A1C">
        <w:rPr>
          <w:i/>
          <w:lang w:val="nb-NO"/>
        </w:rPr>
        <w:t xml:space="preserve"> er det funnet død fisk, og prøver tatt av fiskene viser at de døde av furunkulose.</w:t>
      </w:r>
    </w:p>
    <w:p w14:paraId="65200F07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t>Furunkuloosi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oon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tarttuuva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tauti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mikä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tappaa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lohhii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ko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vesi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lämpenee</w:t>
      </w:r>
      <w:proofErr w:type="spellEnd"/>
      <w:r w:rsidRPr="001F1041">
        <w:rPr>
          <w:lang w:val="nb-NO"/>
        </w:rPr>
        <w:t>.</w:t>
      </w:r>
    </w:p>
    <w:p w14:paraId="4D06E497" w14:textId="38A9CCBC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Furunkulose er en smittsom sykdom som dreper laks når vannet blir varmt.</w:t>
      </w:r>
    </w:p>
    <w:p w14:paraId="0883E9BD" w14:textId="77777777" w:rsidR="001F1041" w:rsidRDefault="001F1041" w:rsidP="00CA1A1C">
      <w:pPr>
        <w:spacing w:after="0" w:line="240" w:lineRule="auto"/>
        <w:rPr>
          <w:lang w:val="nb-NO"/>
        </w:rPr>
      </w:pPr>
      <w:proofErr w:type="spellStart"/>
      <w:r w:rsidRPr="001F1041">
        <w:rPr>
          <w:lang w:val="nb-NO"/>
        </w:rPr>
        <w:lastRenderedPageBreak/>
        <w:t>Määtän</w:t>
      </w:r>
      <w:proofErr w:type="spellEnd"/>
      <w:r w:rsidRPr="001F1041">
        <w:rPr>
          <w:lang w:val="nb-NO"/>
        </w:rPr>
        <w:t xml:space="preserve"> lapset Anna ja Nils </w:t>
      </w:r>
      <w:proofErr w:type="spellStart"/>
      <w:r w:rsidRPr="001F1041">
        <w:rPr>
          <w:lang w:val="nb-NO"/>
        </w:rPr>
        <w:t>löyđethiin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kalat</w:t>
      </w:r>
      <w:proofErr w:type="spellEnd"/>
      <w:r w:rsidRPr="001F1041">
        <w:rPr>
          <w:lang w:val="nb-NO"/>
        </w:rPr>
        <w:t xml:space="preserve"> ja </w:t>
      </w:r>
      <w:proofErr w:type="spellStart"/>
      <w:r w:rsidRPr="001F1041">
        <w:rPr>
          <w:lang w:val="nb-NO"/>
        </w:rPr>
        <w:t>oon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assiin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tähđen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epätoivossa.</w:t>
      </w:r>
    </w:p>
    <w:p w14:paraId="1C7C53CB" w14:textId="565EA8F0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Barn</w:t>
      </w:r>
      <w:proofErr w:type="spellEnd"/>
      <w:r w:rsidRPr="00CA1A1C">
        <w:rPr>
          <w:i/>
          <w:lang w:val="nb-NO"/>
        </w:rPr>
        <w:t>a Anna og Nils, fant fiskene og har vært fortvilet siden.</w:t>
      </w:r>
    </w:p>
    <w:p w14:paraId="0BABA280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6ED13FC4" w14:textId="195B1658" w:rsidR="00CA1A1C" w:rsidRDefault="00CA1A1C" w:rsidP="00CA1A1C">
      <w:pPr>
        <w:spacing w:after="0" w:line="240" w:lineRule="auto"/>
        <w:rPr>
          <w:lang w:val="nb-NO"/>
        </w:rPr>
      </w:pPr>
      <w:r>
        <w:rPr>
          <w:lang w:val="nb-NO"/>
        </w:rPr>
        <w:t>ANNA PÅ RADIO:</w:t>
      </w:r>
    </w:p>
    <w:p w14:paraId="24C6B616" w14:textId="32670583" w:rsidR="001F1041" w:rsidRDefault="001F1041" w:rsidP="001F1041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Mie </w:t>
      </w:r>
      <w:proofErr w:type="spellStart"/>
      <w:r w:rsidRPr="001F1041">
        <w:rPr>
          <w:lang w:val="nb-NO"/>
        </w:rPr>
        <w:t>hämmästyin</w:t>
      </w:r>
      <w:proofErr w:type="spellEnd"/>
      <w:r w:rsidRPr="001F1041">
        <w:rPr>
          <w:lang w:val="nb-NO"/>
        </w:rPr>
        <w:t xml:space="preserve"> ja </w:t>
      </w:r>
      <w:proofErr w:type="spellStart"/>
      <w:r w:rsidRPr="001F1041">
        <w:rPr>
          <w:lang w:val="nb-NO"/>
        </w:rPr>
        <w:t>tulin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suruliseksi</w:t>
      </w:r>
      <w:proofErr w:type="spellEnd"/>
      <w:r>
        <w:rPr>
          <w:lang w:val="nb-NO"/>
        </w:rPr>
        <w:t xml:space="preserve"> </w:t>
      </w:r>
      <w:proofErr w:type="spellStart"/>
      <w:r w:rsidRPr="001F1041">
        <w:rPr>
          <w:lang w:val="nb-NO"/>
        </w:rPr>
        <w:t>ko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löysin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sieltä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kuolheita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kalloi</w:t>
      </w:r>
      <w:proofErr w:type="spellEnd"/>
      <w:r w:rsidRPr="001F1041">
        <w:rPr>
          <w:lang w:val="nb-NO"/>
        </w:rPr>
        <w:t xml:space="preserve">. </w:t>
      </w:r>
    </w:p>
    <w:p w14:paraId="68A74B8A" w14:textId="301EB306" w:rsidR="00C545AE" w:rsidRPr="00CA1A1C" w:rsidRDefault="00000000" w:rsidP="001F1041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Jeg ble overrasket og trist når jeg fant døde fisk der.</w:t>
      </w:r>
    </w:p>
    <w:p w14:paraId="49D10659" w14:textId="77777777" w:rsidR="00CA1A1C" w:rsidRDefault="00CA1A1C" w:rsidP="00CA1A1C">
      <w:pPr>
        <w:spacing w:after="0" w:line="240" w:lineRule="auto"/>
        <w:rPr>
          <w:lang w:val="nb-NO"/>
        </w:rPr>
      </w:pPr>
    </w:p>
    <w:p w14:paraId="2DF5E0BE" w14:textId="77777777" w:rsidR="000D3B94" w:rsidRDefault="000D3B94" w:rsidP="00CA1A1C">
      <w:pPr>
        <w:spacing w:after="0" w:line="240" w:lineRule="auto"/>
        <w:rPr>
          <w:lang w:val="nb-NO"/>
        </w:rPr>
      </w:pPr>
      <w:r>
        <w:rPr>
          <w:lang w:val="nb-NO"/>
        </w:rPr>
        <w:t>NILS PÅ RADIO:</w:t>
      </w:r>
    </w:p>
    <w:p w14:paraId="0A48E828" w14:textId="77777777" w:rsidR="001F1041" w:rsidRDefault="001F1041" w:rsidP="00CA1A1C">
      <w:pPr>
        <w:spacing w:after="0" w:line="240" w:lineRule="auto"/>
        <w:rPr>
          <w:lang w:val="nb-NO"/>
        </w:rPr>
      </w:pPr>
      <w:r w:rsidRPr="001F1041">
        <w:rPr>
          <w:lang w:val="nb-NO"/>
        </w:rPr>
        <w:t xml:space="preserve">Nyt </w:t>
      </w:r>
      <w:proofErr w:type="spellStart"/>
      <w:r w:rsidRPr="001F1041">
        <w:rPr>
          <w:lang w:val="nb-NO"/>
        </w:rPr>
        <w:t>meilä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oon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vielä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liikamuret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mikä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uhkaa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joven</w:t>
      </w:r>
      <w:proofErr w:type="spellEnd"/>
      <w:r w:rsidRPr="001F1041">
        <w:rPr>
          <w:lang w:val="nb-NO"/>
        </w:rPr>
        <w:t xml:space="preserve"> </w:t>
      </w:r>
      <w:proofErr w:type="spellStart"/>
      <w:r w:rsidRPr="001F1041">
        <w:rPr>
          <w:lang w:val="nb-NO"/>
        </w:rPr>
        <w:t>kalloi</w:t>
      </w:r>
      <w:proofErr w:type="spellEnd"/>
      <w:r w:rsidRPr="001F1041">
        <w:rPr>
          <w:lang w:val="nb-NO"/>
        </w:rPr>
        <w:t>.</w:t>
      </w:r>
    </w:p>
    <w:p w14:paraId="01058DAE" w14:textId="378F29F2" w:rsidR="000D3B94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Nå har vi fått enda en trussel mot fisken i elva.</w:t>
      </w:r>
    </w:p>
    <w:p w14:paraId="6D0B48B9" w14:textId="2CBD9DC6" w:rsidR="00381126" w:rsidRDefault="00381126" w:rsidP="00381126">
      <w:pPr>
        <w:spacing w:after="0" w:line="240" w:lineRule="auto"/>
        <w:rPr>
          <w:lang w:val="nb-NO"/>
        </w:rPr>
      </w:pPr>
      <w:proofErr w:type="spellStart"/>
      <w:r w:rsidRPr="00381126">
        <w:rPr>
          <w:lang w:val="nb-NO"/>
        </w:rPr>
        <w:t>Oon</w:t>
      </w:r>
      <w:proofErr w:type="spellEnd"/>
      <w:r w:rsidRPr="00381126">
        <w:rPr>
          <w:lang w:val="nb-NO"/>
        </w:rPr>
        <w:t xml:space="preserve"> se nyt </w:t>
      </w:r>
      <w:proofErr w:type="spellStart"/>
      <w:r w:rsidRPr="00381126">
        <w:rPr>
          <w:lang w:val="nb-NO"/>
        </w:rPr>
        <w:t>aika</w:t>
      </w:r>
      <w:proofErr w:type="spellEnd"/>
      <w:r w:rsidRPr="00381126">
        <w:rPr>
          <w:lang w:val="nb-NO"/>
        </w:rPr>
        <w:t xml:space="preserve"> ette </w:t>
      </w:r>
      <w:proofErr w:type="spellStart"/>
      <w:r w:rsidRPr="00381126">
        <w:rPr>
          <w:lang w:val="nb-NO"/>
        </w:rPr>
        <w:t>kaikin</w:t>
      </w:r>
      <w:proofErr w:type="spellEnd"/>
      <w:r w:rsidRPr="00381126">
        <w:rPr>
          <w:lang w:val="nb-NO"/>
        </w:rPr>
        <w:t xml:space="preserve"> </w:t>
      </w:r>
      <w:proofErr w:type="spellStart"/>
      <w:r w:rsidRPr="00381126">
        <w:rPr>
          <w:lang w:val="nb-NO"/>
        </w:rPr>
        <w:t>yhđessä</w:t>
      </w:r>
      <w:proofErr w:type="spellEnd"/>
      <w:r>
        <w:rPr>
          <w:lang w:val="nb-NO"/>
        </w:rPr>
        <w:t xml:space="preserve"> </w:t>
      </w:r>
      <w:proofErr w:type="spellStart"/>
      <w:r w:rsidRPr="00381126">
        <w:rPr>
          <w:lang w:val="nb-NO"/>
        </w:rPr>
        <w:t>freistaama</w:t>
      </w:r>
      <w:proofErr w:type="spellEnd"/>
      <w:r w:rsidRPr="00381126">
        <w:rPr>
          <w:lang w:val="nb-NO"/>
        </w:rPr>
        <w:t xml:space="preserve"> </w:t>
      </w:r>
      <w:proofErr w:type="spellStart"/>
      <w:r w:rsidRPr="00381126">
        <w:rPr>
          <w:lang w:val="nb-NO"/>
        </w:rPr>
        <w:t>pelastaat</w:t>
      </w:r>
      <w:proofErr w:type="spellEnd"/>
      <w:r w:rsidRPr="00381126">
        <w:rPr>
          <w:lang w:val="nb-NO"/>
        </w:rPr>
        <w:t xml:space="preserve"> </w:t>
      </w:r>
      <w:proofErr w:type="spellStart"/>
      <w:r w:rsidRPr="00381126">
        <w:rPr>
          <w:lang w:val="nb-NO"/>
        </w:rPr>
        <w:t>meiđän</w:t>
      </w:r>
      <w:proofErr w:type="spellEnd"/>
      <w:r w:rsidRPr="00381126">
        <w:rPr>
          <w:lang w:val="nb-NO"/>
        </w:rPr>
        <w:t xml:space="preserve"> </w:t>
      </w:r>
      <w:proofErr w:type="spellStart"/>
      <w:r w:rsidRPr="00381126">
        <w:rPr>
          <w:lang w:val="nb-NO"/>
        </w:rPr>
        <w:t>joven</w:t>
      </w:r>
      <w:proofErr w:type="spellEnd"/>
      <w:r w:rsidRPr="00381126">
        <w:rPr>
          <w:lang w:val="nb-NO"/>
        </w:rPr>
        <w:t xml:space="preserve">. </w:t>
      </w:r>
    </w:p>
    <w:p w14:paraId="171122DE" w14:textId="17AD43B6" w:rsidR="00C545AE" w:rsidRPr="00CA1A1C" w:rsidRDefault="00000000" w:rsidP="00381126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Det er på tide at vi samler oss om å redde elva vår!</w:t>
      </w:r>
    </w:p>
    <w:p w14:paraId="6DF712F5" w14:textId="77777777" w:rsidR="000D3B94" w:rsidRPr="001F1041" w:rsidRDefault="000D3B94" w:rsidP="00CA1A1C">
      <w:pPr>
        <w:spacing w:after="0" w:line="240" w:lineRule="auto"/>
        <w:rPr>
          <w:lang w:val="nb-NO"/>
        </w:rPr>
      </w:pPr>
    </w:p>
    <w:p w14:paraId="37CE00AB" w14:textId="77777777" w:rsidR="000D3B94" w:rsidRDefault="000D3B94" w:rsidP="00CA1A1C">
      <w:pPr>
        <w:spacing w:after="0" w:line="240" w:lineRule="auto"/>
      </w:pPr>
      <w:r>
        <w:t>AARON:</w:t>
      </w:r>
    </w:p>
    <w:p w14:paraId="7FC40081" w14:textId="77777777" w:rsidR="00381126" w:rsidRDefault="00381126" w:rsidP="00CA1A1C">
      <w:pPr>
        <w:spacing w:after="0" w:line="240" w:lineRule="auto"/>
      </w:pPr>
      <w:r w:rsidRPr="00381126">
        <w:t xml:space="preserve">Mie </w:t>
      </w:r>
      <w:proofErr w:type="spellStart"/>
      <w:r w:rsidRPr="00381126">
        <w:t>kuulin</w:t>
      </w:r>
      <w:proofErr w:type="spellEnd"/>
      <w:r w:rsidRPr="00381126">
        <w:t xml:space="preserve"> </w:t>
      </w:r>
      <w:proofErr w:type="spellStart"/>
      <w:r w:rsidRPr="00381126">
        <w:t>sinun</w:t>
      </w:r>
      <w:proofErr w:type="spellEnd"/>
      <w:r w:rsidRPr="00381126">
        <w:t xml:space="preserve"> </w:t>
      </w:r>
      <w:proofErr w:type="spellStart"/>
      <w:r w:rsidRPr="00381126">
        <w:t>raatiossa</w:t>
      </w:r>
      <w:proofErr w:type="spellEnd"/>
      <w:r w:rsidRPr="00381126">
        <w:t>, Nils!</w:t>
      </w:r>
    </w:p>
    <w:p w14:paraId="5FE46221" w14:textId="47811CA6" w:rsidR="00C545AE" w:rsidRPr="00CA1A1C" w:rsidRDefault="00000000" w:rsidP="00CA1A1C">
      <w:pPr>
        <w:spacing w:after="0" w:line="240" w:lineRule="auto"/>
        <w:rPr>
          <w:lang w:val="nb-NO"/>
        </w:rPr>
      </w:pPr>
      <w:r w:rsidRPr="00CA1A1C">
        <w:rPr>
          <w:i/>
          <w:lang w:val="nb-NO"/>
        </w:rPr>
        <w:t>Jeg hørte deg på radioen, Nils!</w:t>
      </w:r>
    </w:p>
    <w:p w14:paraId="05A5E27F" w14:textId="77777777" w:rsidR="00381126" w:rsidRDefault="00381126" w:rsidP="00CA1A1C">
      <w:pPr>
        <w:spacing w:after="0" w:line="240" w:lineRule="auto"/>
        <w:rPr>
          <w:lang w:val="nb-NO"/>
        </w:rPr>
      </w:pPr>
      <w:r w:rsidRPr="00381126">
        <w:rPr>
          <w:lang w:val="nb-NO"/>
        </w:rPr>
        <w:t xml:space="preserve">Mie </w:t>
      </w:r>
      <w:proofErr w:type="spellStart"/>
      <w:r w:rsidRPr="00381126">
        <w:rPr>
          <w:lang w:val="nb-NO"/>
        </w:rPr>
        <w:t>tulen</w:t>
      </w:r>
      <w:proofErr w:type="spellEnd"/>
      <w:r w:rsidRPr="00381126">
        <w:rPr>
          <w:lang w:val="nb-NO"/>
        </w:rPr>
        <w:t xml:space="preserve"> </w:t>
      </w:r>
      <w:proofErr w:type="spellStart"/>
      <w:proofErr w:type="gramStart"/>
      <w:r w:rsidRPr="00381126">
        <w:rPr>
          <w:lang w:val="nb-NO"/>
        </w:rPr>
        <w:t>kylhään</w:t>
      </w:r>
      <w:proofErr w:type="spellEnd"/>
      <w:r w:rsidRPr="00381126">
        <w:rPr>
          <w:lang w:val="nb-NO"/>
        </w:rPr>
        <w:t xml:space="preserve">  –</w:t>
      </w:r>
      <w:proofErr w:type="gramEnd"/>
      <w:r w:rsidRPr="00381126">
        <w:rPr>
          <w:lang w:val="nb-NO"/>
        </w:rPr>
        <w:t xml:space="preserve"> olen </w:t>
      </w:r>
      <w:proofErr w:type="spellStart"/>
      <w:r w:rsidRPr="00381126">
        <w:rPr>
          <w:lang w:val="nb-NO"/>
        </w:rPr>
        <w:t>ostanu</w:t>
      </w:r>
      <w:proofErr w:type="spellEnd"/>
      <w:r w:rsidRPr="00381126">
        <w:rPr>
          <w:lang w:val="nb-NO"/>
        </w:rPr>
        <w:t xml:space="preserve"> </w:t>
      </w:r>
      <w:proofErr w:type="spellStart"/>
      <w:r w:rsidRPr="00381126">
        <w:rPr>
          <w:lang w:val="nb-NO"/>
        </w:rPr>
        <w:t>pyssipiletin</w:t>
      </w:r>
      <w:proofErr w:type="spellEnd"/>
      <w:r w:rsidRPr="00381126">
        <w:rPr>
          <w:lang w:val="nb-NO"/>
        </w:rPr>
        <w:t>!</w:t>
      </w:r>
    </w:p>
    <w:p w14:paraId="57957EDA" w14:textId="7862E987" w:rsidR="00C545AE" w:rsidRPr="000D3B94" w:rsidRDefault="00000000" w:rsidP="00CA1A1C">
      <w:pPr>
        <w:spacing w:after="0" w:line="240" w:lineRule="auto"/>
        <w:rPr>
          <w:lang w:val="nb-NO"/>
        </w:rPr>
      </w:pPr>
      <w:r w:rsidRPr="000D3B94">
        <w:rPr>
          <w:i/>
          <w:lang w:val="nb-NO"/>
        </w:rPr>
        <w:t>Jeg kommer til bygda – jeg har kjøpt bussbillett!</w:t>
      </w:r>
    </w:p>
    <w:sectPr w:rsidR="00C545AE" w:rsidRPr="000D3B94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8B8F7" w14:textId="77777777" w:rsidR="00D722AA" w:rsidRDefault="00D722AA" w:rsidP="00CA1A1C">
      <w:pPr>
        <w:spacing w:after="0" w:line="240" w:lineRule="auto"/>
      </w:pPr>
      <w:r>
        <w:separator/>
      </w:r>
    </w:p>
  </w:endnote>
  <w:endnote w:type="continuationSeparator" w:id="0">
    <w:p w14:paraId="3D39B721" w14:textId="77777777" w:rsidR="00D722AA" w:rsidRDefault="00D722AA" w:rsidP="00CA1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163890352"/>
      <w:docPartObj>
        <w:docPartGallery w:val="Page Numbers (Bottom of Page)"/>
        <w:docPartUnique/>
      </w:docPartObj>
    </w:sdtPr>
    <w:sdtContent>
      <w:p w14:paraId="76D7EEC6" w14:textId="18522705" w:rsidR="00CA1A1C" w:rsidRDefault="00CA1A1C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261DAF2" w14:textId="77777777" w:rsidR="00CA1A1C" w:rsidRDefault="00CA1A1C" w:rsidP="00CA1A1C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2137986440"/>
      <w:docPartObj>
        <w:docPartGallery w:val="Page Numbers (Bottom of Page)"/>
        <w:docPartUnique/>
      </w:docPartObj>
    </w:sdtPr>
    <w:sdtContent>
      <w:p w14:paraId="21050508" w14:textId="016B7D9A" w:rsidR="00CA1A1C" w:rsidRDefault="00CA1A1C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5AA4FECF" w14:textId="77777777" w:rsidR="00CA1A1C" w:rsidRDefault="00CA1A1C" w:rsidP="00CA1A1C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E4A1F2" w14:textId="77777777" w:rsidR="00D722AA" w:rsidRDefault="00D722AA" w:rsidP="00CA1A1C">
      <w:pPr>
        <w:spacing w:after="0" w:line="240" w:lineRule="auto"/>
      </w:pPr>
      <w:r>
        <w:separator/>
      </w:r>
    </w:p>
  </w:footnote>
  <w:footnote w:type="continuationSeparator" w:id="0">
    <w:p w14:paraId="20041282" w14:textId="77777777" w:rsidR="00D722AA" w:rsidRDefault="00D722AA" w:rsidP="00CA1A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84789354">
    <w:abstractNumId w:val="8"/>
  </w:num>
  <w:num w:numId="2" w16cid:durableId="690958310">
    <w:abstractNumId w:val="6"/>
  </w:num>
  <w:num w:numId="3" w16cid:durableId="1830441198">
    <w:abstractNumId w:val="5"/>
  </w:num>
  <w:num w:numId="4" w16cid:durableId="241110222">
    <w:abstractNumId w:val="4"/>
  </w:num>
  <w:num w:numId="5" w16cid:durableId="502857794">
    <w:abstractNumId w:val="7"/>
  </w:num>
  <w:num w:numId="6" w16cid:durableId="865290430">
    <w:abstractNumId w:val="3"/>
  </w:num>
  <w:num w:numId="7" w16cid:durableId="381441628">
    <w:abstractNumId w:val="2"/>
  </w:num>
  <w:num w:numId="8" w16cid:durableId="1798599124">
    <w:abstractNumId w:val="1"/>
  </w:num>
  <w:num w:numId="9" w16cid:durableId="2118792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D3B94"/>
    <w:rsid w:val="001255E5"/>
    <w:rsid w:val="0015074B"/>
    <w:rsid w:val="001F1041"/>
    <w:rsid w:val="0029639D"/>
    <w:rsid w:val="00326F90"/>
    <w:rsid w:val="00366BEB"/>
    <w:rsid w:val="00381126"/>
    <w:rsid w:val="006409A0"/>
    <w:rsid w:val="00A426FB"/>
    <w:rsid w:val="00AA1D8D"/>
    <w:rsid w:val="00B47730"/>
    <w:rsid w:val="00C545AE"/>
    <w:rsid w:val="00CA1A1C"/>
    <w:rsid w:val="00CB0664"/>
    <w:rsid w:val="00CF5447"/>
    <w:rsid w:val="00D722AA"/>
    <w:rsid w:val="00FC693F"/>
    <w:rsid w:val="00FD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592BCE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CA1A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459</Words>
  <Characters>2433</Characters>
  <Application>Microsoft Office Word</Application>
  <DocSecurity>0</DocSecurity>
  <Lines>20</Lines>
  <Paragraphs>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2887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3</cp:revision>
  <dcterms:created xsi:type="dcterms:W3CDTF">2025-12-02T12:26:00Z</dcterms:created>
  <dcterms:modified xsi:type="dcterms:W3CDTF">2025-12-02T12:38:00Z</dcterms:modified>
  <cp:category/>
</cp:coreProperties>
</file>