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DBEADA" w14:textId="6F7C6ACC" w:rsidR="00E32A31" w:rsidRPr="00E32A31" w:rsidRDefault="00EB424A" w:rsidP="00E32A31">
      <w:pPr>
        <w:spacing w:after="0" w:line="240" w:lineRule="auto"/>
        <w:rPr>
          <w:b/>
          <w:bCs/>
          <w:lang w:val="nb-NO"/>
        </w:rPr>
      </w:pPr>
      <w:r>
        <w:rPr>
          <w:b/>
          <w:bCs/>
          <w:lang w:val="nb-NO"/>
        </w:rPr>
        <w:t>Bokmål og kvensk dialogmanus</w:t>
      </w:r>
      <w:r w:rsidR="00E32A31" w:rsidRPr="00E32A31">
        <w:rPr>
          <w:b/>
          <w:bCs/>
          <w:lang w:val="nb-NO"/>
        </w:rPr>
        <w:t xml:space="preserve">, </w:t>
      </w:r>
      <w:r>
        <w:rPr>
          <w:b/>
          <w:bCs/>
          <w:lang w:val="nb-NO"/>
        </w:rPr>
        <w:t>episode</w:t>
      </w:r>
      <w:r w:rsidR="00E32A31" w:rsidRPr="00E32A31">
        <w:rPr>
          <w:b/>
          <w:bCs/>
          <w:lang w:val="nb-NO"/>
        </w:rPr>
        <w:t xml:space="preserve"> 8</w:t>
      </w:r>
    </w:p>
    <w:p w14:paraId="64553221" w14:textId="77777777" w:rsidR="00C20BF2" w:rsidRDefault="00C20BF2" w:rsidP="00E32A31">
      <w:pPr>
        <w:spacing w:after="0" w:line="240" w:lineRule="auto"/>
        <w:rPr>
          <w:b/>
          <w:bCs/>
          <w:lang w:val="nb-NO"/>
        </w:rPr>
      </w:pPr>
      <w:r w:rsidRPr="00C20BF2">
        <w:rPr>
          <w:b/>
          <w:bCs/>
          <w:lang w:val="nb-NO"/>
        </w:rPr>
        <w:t xml:space="preserve">Sinni </w:t>
      </w:r>
    </w:p>
    <w:p w14:paraId="3890687E" w14:textId="73A38C95" w:rsidR="00E32A31" w:rsidRPr="00E32A31" w:rsidRDefault="00E32A31" w:rsidP="00E32A31">
      <w:pPr>
        <w:spacing w:after="0" w:line="240" w:lineRule="auto"/>
        <w:rPr>
          <w:b/>
          <w:bCs/>
          <w:i/>
          <w:iCs/>
          <w:lang w:val="nb-NO"/>
        </w:rPr>
      </w:pPr>
      <w:r w:rsidRPr="00E32A31">
        <w:rPr>
          <w:b/>
          <w:bCs/>
          <w:i/>
          <w:iCs/>
          <w:lang w:val="nb-NO"/>
        </w:rPr>
        <w:t>Sinni</w:t>
      </w:r>
    </w:p>
    <w:p w14:paraId="5B8B6829" w14:textId="77777777" w:rsidR="00E32A31" w:rsidRPr="00E32A31" w:rsidRDefault="00E32A31" w:rsidP="00E32A31">
      <w:pPr>
        <w:spacing w:after="0" w:line="240" w:lineRule="auto"/>
        <w:rPr>
          <w:b/>
          <w:bCs/>
          <w:lang w:val="nb-NO"/>
        </w:rPr>
      </w:pPr>
    </w:p>
    <w:p w14:paraId="0606817B" w14:textId="77777777" w:rsidR="00E32A31" w:rsidRDefault="00E32A31" w:rsidP="00E32A31">
      <w:pPr>
        <w:spacing w:after="0" w:line="240" w:lineRule="auto"/>
        <w:rPr>
          <w:lang w:val="nb-NO"/>
        </w:rPr>
      </w:pPr>
      <w:r>
        <w:rPr>
          <w:lang w:val="nb-NO"/>
        </w:rPr>
        <w:t xml:space="preserve">KAISA: </w:t>
      </w:r>
    </w:p>
    <w:p w14:paraId="4152D312" w14:textId="77777777" w:rsidR="00C20BF2" w:rsidRDefault="00C20BF2" w:rsidP="00E32A31">
      <w:pPr>
        <w:spacing w:after="0" w:line="240" w:lineRule="auto"/>
        <w:rPr>
          <w:lang w:val="nb-NO"/>
        </w:rPr>
      </w:pPr>
      <w:proofErr w:type="spellStart"/>
      <w:r w:rsidRPr="00C20BF2">
        <w:rPr>
          <w:lang w:val="nb-NO"/>
        </w:rPr>
        <w:t>Päivää</w:t>
      </w:r>
      <w:proofErr w:type="spellEnd"/>
      <w:r w:rsidRPr="00C20BF2">
        <w:rPr>
          <w:lang w:val="nb-NO"/>
        </w:rPr>
        <w:t xml:space="preserve">! </w:t>
      </w:r>
    </w:p>
    <w:p w14:paraId="3C574C4E" w14:textId="5CF1BFAA" w:rsidR="00356C56" w:rsidRDefault="00000000" w:rsidP="00E32A31">
      <w:pPr>
        <w:spacing w:after="0" w:line="240" w:lineRule="auto"/>
        <w:rPr>
          <w:i/>
          <w:lang w:val="nb-NO"/>
        </w:rPr>
      </w:pPr>
      <w:r w:rsidRPr="00E32A31">
        <w:rPr>
          <w:i/>
          <w:lang w:val="nb-NO"/>
        </w:rPr>
        <w:t>Hei!</w:t>
      </w:r>
    </w:p>
    <w:p w14:paraId="16643BB1" w14:textId="77777777" w:rsidR="00E32A31" w:rsidRDefault="00E32A31" w:rsidP="00E32A31">
      <w:pPr>
        <w:spacing w:after="0" w:line="240" w:lineRule="auto"/>
        <w:rPr>
          <w:i/>
          <w:lang w:val="nb-NO"/>
        </w:rPr>
      </w:pPr>
    </w:p>
    <w:p w14:paraId="66CAED50" w14:textId="712F2C2A" w:rsidR="00E32A31" w:rsidRPr="00E32A31" w:rsidRDefault="00E32A31" w:rsidP="00E32A31">
      <w:pPr>
        <w:spacing w:after="0" w:line="240" w:lineRule="auto"/>
        <w:rPr>
          <w:iCs/>
          <w:lang w:val="nb-NO"/>
        </w:rPr>
      </w:pPr>
      <w:r>
        <w:rPr>
          <w:iCs/>
          <w:lang w:val="nb-NO"/>
        </w:rPr>
        <w:t xml:space="preserve">TEATERLEDER: </w:t>
      </w:r>
    </w:p>
    <w:p w14:paraId="7C172486" w14:textId="4FA67B35" w:rsidR="00356C56" w:rsidRPr="00E32A31" w:rsidRDefault="00000000" w:rsidP="00E32A31">
      <w:pPr>
        <w:spacing w:after="0" w:line="240" w:lineRule="auto"/>
        <w:rPr>
          <w:lang w:val="nb-NO"/>
        </w:rPr>
      </w:pPr>
      <w:proofErr w:type="spellStart"/>
      <w:r w:rsidRPr="00E32A31">
        <w:rPr>
          <w:lang w:val="nb-NO"/>
        </w:rPr>
        <w:t>Päivää</w:t>
      </w:r>
      <w:proofErr w:type="spellEnd"/>
      <w:r w:rsidRPr="00E32A31">
        <w:rPr>
          <w:lang w:val="nb-NO"/>
        </w:rPr>
        <w:t>!</w:t>
      </w:r>
      <w:r w:rsidRPr="00E32A31">
        <w:rPr>
          <w:lang w:val="nb-NO"/>
        </w:rPr>
        <w:br/>
      </w:r>
      <w:r w:rsidRPr="00E32A31">
        <w:rPr>
          <w:i/>
          <w:lang w:val="nb-NO"/>
        </w:rPr>
        <w:t>Hei!</w:t>
      </w:r>
    </w:p>
    <w:p w14:paraId="1EE120DE" w14:textId="3D8DF02E" w:rsidR="00356C56" w:rsidRPr="00E32A31" w:rsidRDefault="00000000" w:rsidP="00E32A31">
      <w:pPr>
        <w:spacing w:after="0" w:line="240" w:lineRule="auto"/>
        <w:rPr>
          <w:lang w:val="nb-NO"/>
        </w:rPr>
      </w:pPr>
      <w:proofErr w:type="spellStart"/>
      <w:r w:rsidRPr="00E32A31">
        <w:rPr>
          <w:lang w:val="nb-NO"/>
        </w:rPr>
        <w:t>Päivää</w:t>
      </w:r>
      <w:proofErr w:type="spellEnd"/>
      <w:r w:rsidRPr="00E32A31">
        <w:rPr>
          <w:lang w:val="nb-NO"/>
        </w:rPr>
        <w:t xml:space="preserve"> Kaisa.</w:t>
      </w:r>
      <w:r w:rsidRPr="00E32A31">
        <w:rPr>
          <w:lang w:val="nb-NO"/>
        </w:rPr>
        <w:br/>
      </w:r>
      <w:r w:rsidRPr="00E32A31">
        <w:rPr>
          <w:i/>
          <w:lang w:val="nb-NO"/>
        </w:rPr>
        <w:t>Hei, Kaisa.</w:t>
      </w:r>
    </w:p>
    <w:p w14:paraId="0AD36F0D" w14:textId="77777777" w:rsidR="00E32A31" w:rsidRDefault="00E32A31" w:rsidP="00E32A31">
      <w:pPr>
        <w:spacing w:after="0" w:line="240" w:lineRule="auto"/>
        <w:rPr>
          <w:lang w:val="nb-NO"/>
        </w:rPr>
      </w:pPr>
    </w:p>
    <w:p w14:paraId="0EDA2A43" w14:textId="77777777" w:rsidR="00E32A31" w:rsidRDefault="00E32A31" w:rsidP="00E32A31">
      <w:pPr>
        <w:spacing w:after="0" w:line="240" w:lineRule="auto"/>
        <w:rPr>
          <w:lang w:val="nb-NO"/>
        </w:rPr>
      </w:pPr>
      <w:r>
        <w:rPr>
          <w:lang w:val="nb-NO"/>
        </w:rPr>
        <w:t>KAISA:</w:t>
      </w:r>
    </w:p>
    <w:p w14:paraId="3D8D67E2" w14:textId="77777777" w:rsidR="00C20BF2" w:rsidRDefault="00C20BF2" w:rsidP="00E32A31">
      <w:pPr>
        <w:spacing w:after="0" w:line="240" w:lineRule="auto"/>
        <w:rPr>
          <w:lang w:val="nb-NO"/>
        </w:rPr>
      </w:pPr>
      <w:proofErr w:type="spellStart"/>
      <w:r w:rsidRPr="00C20BF2">
        <w:rPr>
          <w:lang w:val="nb-NO"/>
        </w:rPr>
        <w:t>Oonko</w:t>
      </w:r>
      <w:proofErr w:type="spellEnd"/>
      <w:r w:rsidRPr="00C20BF2">
        <w:rPr>
          <w:lang w:val="nb-NO"/>
        </w:rPr>
        <w:t xml:space="preserve"> sulla </w:t>
      </w:r>
      <w:proofErr w:type="spellStart"/>
      <w:r w:rsidRPr="00C20BF2">
        <w:rPr>
          <w:lang w:val="nb-NO"/>
        </w:rPr>
        <w:t>rollii</w:t>
      </w:r>
      <w:proofErr w:type="spellEnd"/>
      <w:r w:rsidRPr="00C20BF2">
        <w:rPr>
          <w:lang w:val="nb-NO"/>
        </w:rPr>
        <w:t xml:space="preserve"> mulle? </w:t>
      </w:r>
    </w:p>
    <w:p w14:paraId="3DB6A59D" w14:textId="01D0AD1A" w:rsidR="00356C56" w:rsidRPr="00E32A31" w:rsidRDefault="00000000" w:rsidP="00E32A31">
      <w:pPr>
        <w:spacing w:after="0" w:line="240" w:lineRule="auto"/>
        <w:rPr>
          <w:lang w:val="nb-NO"/>
        </w:rPr>
      </w:pPr>
      <w:r w:rsidRPr="00E32A31">
        <w:rPr>
          <w:i/>
          <w:lang w:val="nb-NO"/>
        </w:rPr>
        <w:t>Har du en rolle til meg?</w:t>
      </w:r>
    </w:p>
    <w:p w14:paraId="642596F3" w14:textId="77777777" w:rsidR="00E32A31" w:rsidRDefault="00E32A31" w:rsidP="00E32A31">
      <w:pPr>
        <w:spacing w:after="0" w:line="240" w:lineRule="auto"/>
        <w:rPr>
          <w:lang w:val="nb-NO"/>
        </w:rPr>
      </w:pPr>
    </w:p>
    <w:p w14:paraId="111CC1BF" w14:textId="77777777" w:rsidR="00E32A31" w:rsidRPr="00E32A31" w:rsidRDefault="00E32A31" w:rsidP="00E32A31">
      <w:pPr>
        <w:spacing w:after="0" w:line="240" w:lineRule="auto"/>
        <w:rPr>
          <w:iCs/>
          <w:lang w:val="nb-NO"/>
        </w:rPr>
      </w:pPr>
      <w:r>
        <w:rPr>
          <w:iCs/>
          <w:lang w:val="nb-NO"/>
        </w:rPr>
        <w:t xml:space="preserve">TEATERLEDER: </w:t>
      </w:r>
    </w:p>
    <w:p w14:paraId="3BAC8D03" w14:textId="77777777" w:rsidR="00C20BF2" w:rsidRDefault="00C20BF2" w:rsidP="00E32A31">
      <w:pPr>
        <w:spacing w:after="0" w:line="240" w:lineRule="auto"/>
        <w:rPr>
          <w:lang w:val="nb-NO"/>
        </w:rPr>
      </w:pPr>
      <w:proofErr w:type="spellStart"/>
      <w:r w:rsidRPr="00C20BF2">
        <w:rPr>
          <w:lang w:val="nb-NO"/>
        </w:rPr>
        <w:t>Tervettulemaa</w:t>
      </w:r>
      <w:proofErr w:type="spellEnd"/>
      <w:r w:rsidRPr="00C20BF2">
        <w:rPr>
          <w:lang w:val="nb-NO"/>
        </w:rPr>
        <w:t xml:space="preserve">, Kaisa. </w:t>
      </w:r>
    </w:p>
    <w:p w14:paraId="22FC3E05" w14:textId="326083C9" w:rsidR="00356C56" w:rsidRPr="00E32A31" w:rsidRDefault="00000000" w:rsidP="00E32A31">
      <w:pPr>
        <w:spacing w:after="0" w:line="240" w:lineRule="auto"/>
        <w:rPr>
          <w:lang w:val="nb-NO"/>
        </w:rPr>
      </w:pPr>
      <w:r w:rsidRPr="00E32A31">
        <w:rPr>
          <w:i/>
          <w:lang w:val="nb-NO"/>
        </w:rPr>
        <w:t>Velkommen, Kaisa.</w:t>
      </w:r>
    </w:p>
    <w:p w14:paraId="4A5F29C5" w14:textId="77777777" w:rsidR="00C20BF2" w:rsidRDefault="00C20BF2" w:rsidP="00E32A31">
      <w:pPr>
        <w:spacing w:after="0" w:line="240" w:lineRule="auto"/>
        <w:rPr>
          <w:lang w:val="nb-NO"/>
        </w:rPr>
      </w:pPr>
      <w:proofErr w:type="spellStart"/>
      <w:r w:rsidRPr="00C20BF2">
        <w:rPr>
          <w:lang w:val="nb-NO"/>
        </w:rPr>
        <w:t>Meilä</w:t>
      </w:r>
      <w:proofErr w:type="spellEnd"/>
      <w:r w:rsidRPr="00C20BF2">
        <w:rPr>
          <w:lang w:val="nb-NO"/>
        </w:rPr>
        <w:t xml:space="preserve"> </w:t>
      </w:r>
      <w:proofErr w:type="spellStart"/>
      <w:r w:rsidRPr="00C20BF2">
        <w:rPr>
          <w:lang w:val="nb-NO"/>
        </w:rPr>
        <w:t>oon</w:t>
      </w:r>
      <w:proofErr w:type="spellEnd"/>
      <w:r w:rsidRPr="00C20BF2">
        <w:rPr>
          <w:lang w:val="nb-NO"/>
        </w:rPr>
        <w:t xml:space="preserve"> </w:t>
      </w:r>
      <w:proofErr w:type="spellStart"/>
      <w:r w:rsidRPr="00C20BF2">
        <w:rPr>
          <w:lang w:val="nb-NO"/>
        </w:rPr>
        <w:t>kyllä</w:t>
      </w:r>
      <w:proofErr w:type="spellEnd"/>
      <w:r w:rsidRPr="00C20BF2">
        <w:rPr>
          <w:lang w:val="nb-NO"/>
        </w:rPr>
        <w:t xml:space="preserve"> </w:t>
      </w:r>
      <w:proofErr w:type="spellStart"/>
      <w:r w:rsidRPr="00C20BF2">
        <w:rPr>
          <w:lang w:val="nb-NO"/>
        </w:rPr>
        <w:t>rolli</w:t>
      </w:r>
      <w:proofErr w:type="spellEnd"/>
      <w:r w:rsidRPr="00C20BF2">
        <w:rPr>
          <w:lang w:val="nb-NO"/>
        </w:rPr>
        <w:t xml:space="preserve"> </w:t>
      </w:r>
      <w:proofErr w:type="spellStart"/>
      <w:r w:rsidRPr="00C20BF2">
        <w:rPr>
          <w:lang w:val="nb-NO"/>
        </w:rPr>
        <w:t>jokhaiselle</w:t>
      </w:r>
      <w:proofErr w:type="spellEnd"/>
      <w:r w:rsidRPr="00C20BF2">
        <w:rPr>
          <w:lang w:val="nb-NO"/>
        </w:rPr>
        <w:t xml:space="preserve">. </w:t>
      </w:r>
    </w:p>
    <w:p w14:paraId="41E41252" w14:textId="11C84080" w:rsidR="00356C56" w:rsidRPr="00E32A31" w:rsidRDefault="00000000" w:rsidP="00E32A31">
      <w:pPr>
        <w:spacing w:after="0" w:line="240" w:lineRule="auto"/>
        <w:rPr>
          <w:lang w:val="nb-NO"/>
        </w:rPr>
      </w:pPr>
      <w:r w:rsidRPr="00E32A31">
        <w:rPr>
          <w:i/>
          <w:lang w:val="nb-NO"/>
        </w:rPr>
        <w:t>Vi har en rolle til alle.</w:t>
      </w:r>
    </w:p>
    <w:p w14:paraId="6EDC9425" w14:textId="77777777" w:rsidR="00E32A31" w:rsidRDefault="00E32A31" w:rsidP="00E32A31">
      <w:pPr>
        <w:spacing w:after="0" w:line="240" w:lineRule="auto"/>
        <w:rPr>
          <w:lang w:val="nb-NO"/>
        </w:rPr>
      </w:pPr>
    </w:p>
    <w:p w14:paraId="6EB87177" w14:textId="34E5CC54" w:rsidR="00E32A31" w:rsidRDefault="00E32A31" w:rsidP="00E32A31">
      <w:pPr>
        <w:spacing w:after="0" w:line="240" w:lineRule="auto"/>
        <w:rPr>
          <w:lang w:val="nb-NO"/>
        </w:rPr>
      </w:pPr>
      <w:r>
        <w:rPr>
          <w:lang w:val="nb-NO"/>
        </w:rPr>
        <w:t>KAISA:</w:t>
      </w:r>
    </w:p>
    <w:p w14:paraId="6344394A" w14:textId="77777777" w:rsidR="00C20BF2" w:rsidRPr="00C20BF2" w:rsidRDefault="00C20BF2" w:rsidP="00C20BF2">
      <w:pPr>
        <w:spacing w:after="0" w:line="240" w:lineRule="auto"/>
        <w:rPr>
          <w:lang w:val="nb-NO"/>
        </w:rPr>
      </w:pPr>
      <w:r w:rsidRPr="00C20BF2">
        <w:rPr>
          <w:lang w:val="nb-NO"/>
        </w:rPr>
        <w:t xml:space="preserve">Mie </w:t>
      </w:r>
      <w:proofErr w:type="spellStart"/>
      <w:r w:rsidRPr="00C20BF2">
        <w:rPr>
          <w:lang w:val="nb-NO"/>
        </w:rPr>
        <w:t>halluun</w:t>
      </w:r>
      <w:proofErr w:type="spellEnd"/>
      <w:r w:rsidRPr="00C20BF2">
        <w:rPr>
          <w:lang w:val="nb-NO"/>
        </w:rPr>
        <w:t xml:space="preserve"> olla </w:t>
      </w:r>
      <w:proofErr w:type="spellStart"/>
      <w:r w:rsidRPr="00C20BF2">
        <w:rPr>
          <w:lang w:val="nb-NO"/>
        </w:rPr>
        <w:t>myötä</w:t>
      </w:r>
      <w:proofErr w:type="spellEnd"/>
      <w:r w:rsidRPr="00C20BF2">
        <w:rPr>
          <w:lang w:val="nb-NO"/>
        </w:rPr>
        <w:t xml:space="preserve"> </w:t>
      </w:r>
      <w:proofErr w:type="spellStart"/>
      <w:r w:rsidRPr="00C20BF2">
        <w:rPr>
          <w:lang w:val="nb-NO"/>
        </w:rPr>
        <w:t>miekkataistelussa</w:t>
      </w:r>
      <w:proofErr w:type="spellEnd"/>
      <w:r w:rsidRPr="00C20BF2">
        <w:rPr>
          <w:lang w:val="nb-NO"/>
        </w:rPr>
        <w:t xml:space="preserve">, </w:t>
      </w:r>
    </w:p>
    <w:p w14:paraId="7F4FCDFC" w14:textId="77777777" w:rsidR="00C20BF2" w:rsidRDefault="00C20BF2" w:rsidP="00C20BF2">
      <w:pPr>
        <w:spacing w:after="0" w:line="240" w:lineRule="auto"/>
        <w:rPr>
          <w:lang w:val="nb-NO"/>
        </w:rPr>
      </w:pPr>
      <w:proofErr w:type="spellStart"/>
      <w:r w:rsidRPr="00C20BF2">
        <w:rPr>
          <w:lang w:val="nb-NO"/>
        </w:rPr>
        <w:t>mie</w:t>
      </w:r>
      <w:proofErr w:type="spellEnd"/>
      <w:r w:rsidRPr="00C20BF2">
        <w:rPr>
          <w:lang w:val="nb-NO"/>
        </w:rPr>
        <w:t xml:space="preserve"> </w:t>
      </w:r>
      <w:proofErr w:type="spellStart"/>
      <w:r w:rsidRPr="00C20BF2">
        <w:rPr>
          <w:lang w:val="nb-NO"/>
        </w:rPr>
        <w:t>tykkään</w:t>
      </w:r>
      <w:proofErr w:type="spellEnd"/>
      <w:r w:rsidRPr="00C20BF2">
        <w:rPr>
          <w:lang w:val="nb-NO"/>
        </w:rPr>
        <w:t xml:space="preserve"> </w:t>
      </w:r>
      <w:proofErr w:type="spellStart"/>
      <w:r w:rsidRPr="00C20BF2">
        <w:rPr>
          <w:lang w:val="nb-NO"/>
        </w:rPr>
        <w:t>kickboksingista</w:t>
      </w:r>
      <w:proofErr w:type="spellEnd"/>
      <w:r w:rsidRPr="00C20BF2">
        <w:rPr>
          <w:lang w:val="nb-NO"/>
        </w:rPr>
        <w:t xml:space="preserve"> ja sen </w:t>
      </w:r>
      <w:proofErr w:type="spellStart"/>
      <w:r w:rsidRPr="00C20BF2">
        <w:rPr>
          <w:lang w:val="nb-NO"/>
        </w:rPr>
        <w:t>semmoisesta</w:t>
      </w:r>
      <w:proofErr w:type="spellEnd"/>
      <w:r w:rsidRPr="00C20BF2">
        <w:rPr>
          <w:lang w:val="nb-NO"/>
        </w:rPr>
        <w:t xml:space="preserve">. </w:t>
      </w:r>
    </w:p>
    <w:p w14:paraId="659F98B9" w14:textId="5ADD854D" w:rsidR="00356C56" w:rsidRPr="00E32A31" w:rsidRDefault="00000000" w:rsidP="00C20BF2">
      <w:pPr>
        <w:spacing w:after="0" w:line="240" w:lineRule="auto"/>
        <w:rPr>
          <w:lang w:val="nb-NO"/>
        </w:rPr>
      </w:pPr>
      <w:r w:rsidRPr="00E32A31">
        <w:rPr>
          <w:i/>
          <w:lang w:val="nb-NO"/>
        </w:rPr>
        <w:t>Jeg vil være med på sverdkamp, jeg liker kickboksing og sånn.</w:t>
      </w:r>
    </w:p>
    <w:p w14:paraId="182A6636" w14:textId="77777777" w:rsidR="00E32A31" w:rsidRDefault="00E32A31" w:rsidP="00E32A31">
      <w:pPr>
        <w:spacing w:after="0" w:line="240" w:lineRule="auto"/>
        <w:rPr>
          <w:lang w:val="nb-NO"/>
        </w:rPr>
      </w:pPr>
    </w:p>
    <w:p w14:paraId="2D9FD427" w14:textId="77777777" w:rsidR="00E32A31" w:rsidRPr="00E32A31" w:rsidRDefault="00E32A31" w:rsidP="00E32A31">
      <w:pPr>
        <w:spacing w:after="0" w:line="240" w:lineRule="auto"/>
        <w:rPr>
          <w:iCs/>
          <w:lang w:val="nb-NO"/>
        </w:rPr>
      </w:pPr>
      <w:r>
        <w:rPr>
          <w:iCs/>
          <w:lang w:val="nb-NO"/>
        </w:rPr>
        <w:t xml:space="preserve">TEATERLEDER: </w:t>
      </w:r>
    </w:p>
    <w:p w14:paraId="7667D942" w14:textId="77777777" w:rsidR="00C20BF2" w:rsidRDefault="00C20BF2" w:rsidP="00E32A31">
      <w:pPr>
        <w:spacing w:after="0" w:line="240" w:lineRule="auto"/>
        <w:rPr>
          <w:lang w:val="nb-NO"/>
        </w:rPr>
      </w:pPr>
      <w:proofErr w:type="spellStart"/>
      <w:r w:rsidRPr="00C20BF2">
        <w:rPr>
          <w:lang w:val="nb-NO"/>
        </w:rPr>
        <w:t>Varo</w:t>
      </w:r>
      <w:proofErr w:type="spellEnd"/>
      <w:r w:rsidRPr="00C20BF2">
        <w:rPr>
          <w:lang w:val="nb-NO"/>
        </w:rPr>
        <w:t xml:space="preserve">, </w:t>
      </w:r>
      <w:proofErr w:type="spellStart"/>
      <w:r w:rsidRPr="00C20BF2">
        <w:rPr>
          <w:lang w:val="nb-NO"/>
        </w:rPr>
        <w:t>varo</w:t>
      </w:r>
      <w:proofErr w:type="spellEnd"/>
      <w:r w:rsidRPr="00C20BF2">
        <w:rPr>
          <w:lang w:val="nb-NO"/>
        </w:rPr>
        <w:t xml:space="preserve"> </w:t>
      </w:r>
      <w:proofErr w:type="spellStart"/>
      <w:r w:rsidRPr="00C20BF2">
        <w:rPr>
          <w:lang w:val="nb-NO"/>
        </w:rPr>
        <w:t>vähän</w:t>
      </w:r>
      <w:proofErr w:type="spellEnd"/>
      <w:r>
        <w:rPr>
          <w:lang w:val="nb-NO"/>
        </w:rPr>
        <w:t>.</w:t>
      </w:r>
    </w:p>
    <w:p w14:paraId="04C555CB" w14:textId="1C2945CF" w:rsidR="00356C56" w:rsidRPr="00E32A31" w:rsidRDefault="00000000" w:rsidP="00E32A31">
      <w:pPr>
        <w:spacing w:after="0" w:line="240" w:lineRule="auto"/>
        <w:rPr>
          <w:lang w:val="nb-NO"/>
        </w:rPr>
      </w:pPr>
      <w:r w:rsidRPr="00E32A31">
        <w:rPr>
          <w:i/>
          <w:lang w:val="nb-NO"/>
        </w:rPr>
        <w:t>Forsiktig</w:t>
      </w:r>
      <w:r w:rsidR="00E32A31">
        <w:rPr>
          <w:i/>
          <w:lang w:val="nb-NO"/>
        </w:rPr>
        <w:t>.</w:t>
      </w:r>
    </w:p>
    <w:p w14:paraId="4CB60695" w14:textId="04E7205F" w:rsidR="00C20BF2" w:rsidRDefault="00C20BF2" w:rsidP="00C20BF2">
      <w:pPr>
        <w:spacing w:after="0" w:line="240" w:lineRule="auto"/>
        <w:rPr>
          <w:lang w:val="nb-NO"/>
        </w:rPr>
      </w:pPr>
      <w:r w:rsidRPr="00C20BF2">
        <w:rPr>
          <w:lang w:val="nb-NO"/>
        </w:rPr>
        <w:t xml:space="preserve">Met </w:t>
      </w:r>
      <w:proofErr w:type="spellStart"/>
      <w:r w:rsidRPr="00C20BF2">
        <w:rPr>
          <w:lang w:val="nb-NO"/>
        </w:rPr>
        <w:t>emmä</w:t>
      </w:r>
      <w:proofErr w:type="spellEnd"/>
      <w:r w:rsidRPr="00C20BF2">
        <w:rPr>
          <w:lang w:val="nb-NO"/>
        </w:rPr>
        <w:t xml:space="preserve"> </w:t>
      </w:r>
      <w:proofErr w:type="spellStart"/>
      <w:r w:rsidRPr="00C20BF2">
        <w:rPr>
          <w:lang w:val="nb-NO"/>
        </w:rPr>
        <w:t>tappele</w:t>
      </w:r>
      <w:proofErr w:type="spellEnd"/>
      <w:r w:rsidRPr="00C20BF2">
        <w:rPr>
          <w:lang w:val="nb-NO"/>
        </w:rPr>
        <w:t xml:space="preserve"> </w:t>
      </w:r>
      <w:proofErr w:type="spellStart"/>
      <w:r w:rsidRPr="00C20BF2">
        <w:rPr>
          <w:lang w:val="nb-NO"/>
        </w:rPr>
        <w:t>täälä</w:t>
      </w:r>
      <w:proofErr w:type="spellEnd"/>
      <w:r w:rsidRPr="00C20BF2">
        <w:rPr>
          <w:lang w:val="nb-NO"/>
        </w:rPr>
        <w:t xml:space="preserve">, met </w:t>
      </w:r>
      <w:proofErr w:type="spellStart"/>
      <w:r w:rsidRPr="00C20BF2">
        <w:rPr>
          <w:lang w:val="nb-NO"/>
        </w:rPr>
        <w:t>tyhä</w:t>
      </w:r>
      <w:proofErr w:type="spellEnd"/>
      <w:r w:rsidRPr="00C20BF2">
        <w:rPr>
          <w:lang w:val="nb-NO"/>
        </w:rPr>
        <w:t xml:space="preserve"> </w:t>
      </w:r>
      <w:proofErr w:type="spellStart"/>
      <w:r w:rsidRPr="00C20BF2">
        <w:rPr>
          <w:lang w:val="nb-NO"/>
        </w:rPr>
        <w:t>pellaama</w:t>
      </w:r>
      <w:proofErr w:type="spellEnd"/>
      <w:r w:rsidRPr="00C20BF2">
        <w:rPr>
          <w:lang w:val="nb-NO"/>
        </w:rPr>
        <w:t xml:space="preserve"> taistelemista. </w:t>
      </w:r>
    </w:p>
    <w:p w14:paraId="39E21E31" w14:textId="403F052B" w:rsidR="00356C56" w:rsidRPr="00E32A31" w:rsidRDefault="00000000" w:rsidP="00C20BF2">
      <w:pPr>
        <w:spacing w:after="0" w:line="240" w:lineRule="auto"/>
        <w:rPr>
          <w:lang w:val="nb-NO"/>
        </w:rPr>
      </w:pPr>
      <w:r w:rsidRPr="00E32A31">
        <w:rPr>
          <w:i/>
          <w:lang w:val="nb-NO"/>
        </w:rPr>
        <w:t>Vi sloss ikke her, vi lager en illusjon av kamp.</w:t>
      </w:r>
    </w:p>
    <w:p w14:paraId="0FE643FC" w14:textId="77777777" w:rsidR="00E32A31" w:rsidRDefault="00E32A31" w:rsidP="00E32A31">
      <w:pPr>
        <w:spacing w:after="0" w:line="240" w:lineRule="auto"/>
        <w:rPr>
          <w:lang w:val="nb-NO"/>
        </w:rPr>
      </w:pPr>
    </w:p>
    <w:p w14:paraId="4DEA26B3" w14:textId="77777777" w:rsidR="00E32A31" w:rsidRDefault="00E32A31" w:rsidP="00E32A31">
      <w:pPr>
        <w:spacing w:after="0" w:line="240" w:lineRule="auto"/>
        <w:rPr>
          <w:lang w:val="nb-NO"/>
        </w:rPr>
      </w:pPr>
      <w:r>
        <w:rPr>
          <w:lang w:val="nb-NO"/>
        </w:rPr>
        <w:t>KAISA:</w:t>
      </w:r>
    </w:p>
    <w:p w14:paraId="1D7B1702" w14:textId="77777777" w:rsidR="00C20BF2" w:rsidRDefault="00C20BF2" w:rsidP="00E32A31">
      <w:pPr>
        <w:spacing w:after="0" w:line="240" w:lineRule="auto"/>
        <w:rPr>
          <w:lang w:val="nb-NO"/>
        </w:rPr>
      </w:pPr>
      <w:r w:rsidRPr="00C20BF2">
        <w:rPr>
          <w:lang w:val="nb-NO"/>
        </w:rPr>
        <w:t xml:space="preserve">Sama mulle. </w:t>
      </w:r>
    </w:p>
    <w:p w14:paraId="32AD0429" w14:textId="5589AB3D" w:rsidR="00356C56" w:rsidRPr="00E32A31" w:rsidRDefault="00000000" w:rsidP="00E32A31">
      <w:pPr>
        <w:spacing w:after="0" w:line="240" w:lineRule="auto"/>
        <w:rPr>
          <w:lang w:val="nb-NO"/>
        </w:rPr>
      </w:pPr>
      <w:r w:rsidRPr="00E32A31">
        <w:rPr>
          <w:i/>
          <w:lang w:val="nb-NO"/>
        </w:rPr>
        <w:t>Samme for meg.</w:t>
      </w:r>
    </w:p>
    <w:p w14:paraId="31DE6718" w14:textId="77777777" w:rsidR="00C20BF2" w:rsidRDefault="00C20BF2" w:rsidP="00E32A31">
      <w:pPr>
        <w:spacing w:after="0" w:line="240" w:lineRule="auto"/>
        <w:rPr>
          <w:lang w:val="nb-NO"/>
        </w:rPr>
      </w:pPr>
      <w:proofErr w:type="spellStart"/>
      <w:r w:rsidRPr="00C20BF2">
        <w:rPr>
          <w:lang w:val="nb-NO"/>
        </w:rPr>
        <w:t>Taistelu</w:t>
      </w:r>
      <w:proofErr w:type="spellEnd"/>
      <w:r w:rsidRPr="00C20BF2">
        <w:rPr>
          <w:lang w:val="nb-NO"/>
        </w:rPr>
        <w:t xml:space="preserve"> </w:t>
      </w:r>
      <w:proofErr w:type="spellStart"/>
      <w:r w:rsidRPr="00C20BF2">
        <w:rPr>
          <w:lang w:val="nb-NO"/>
        </w:rPr>
        <w:t>oon</w:t>
      </w:r>
      <w:proofErr w:type="spellEnd"/>
      <w:r w:rsidRPr="00C20BF2">
        <w:rPr>
          <w:lang w:val="nb-NO"/>
        </w:rPr>
        <w:t xml:space="preserve"> </w:t>
      </w:r>
      <w:proofErr w:type="spellStart"/>
      <w:r w:rsidRPr="00C20BF2">
        <w:rPr>
          <w:lang w:val="nb-NO"/>
        </w:rPr>
        <w:t>taistelu</w:t>
      </w:r>
      <w:proofErr w:type="spellEnd"/>
      <w:r w:rsidRPr="00C20BF2">
        <w:rPr>
          <w:lang w:val="nb-NO"/>
        </w:rPr>
        <w:t>.</w:t>
      </w:r>
    </w:p>
    <w:p w14:paraId="328561E0" w14:textId="53745B46" w:rsidR="00356C56" w:rsidRPr="00E32A31" w:rsidRDefault="00000000" w:rsidP="00E32A31">
      <w:pPr>
        <w:spacing w:after="0" w:line="240" w:lineRule="auto"/>
        <w:rPr>
          <w:lang w:val="nb-NO"/>
        </w:rPr>
      </w:pPr>
      <w:r w:rsidRPr="00E32A31">
        <w:rPr>
          <w:i/>
          <w:lang w:val="nb-NO"/>
        </w:rPr>
        <w:t>Kamp er kamp.</w:t>
      </w:r>
    </w:p>
    <w:p w14:paraId="527245F5" w14:textId="77777777" w:rsidR="00E32A31" w:rsidRDefault="00E32A31" w:rsidP="00E32A31">
      <w:pPr>
        <w:spacing w:after="0" w:line="240" w:lineRule="auto"/>
        <w:rPr>
          <w:lang w:val="nb-NO"/>
        </w:rPr>
      </w:pPr>
    </w:p>
    <w:p w14:paraId="190B9D9A" w14:textId="77777777" w:rsidR="00E32A31" w:rsidRDefault="00E32A31" w:rsidP="00E32A31">
      <w:pPr>
        <w:spacing w:after="0" w:line="240" w:lineRule="auto"/>
        <w:rPr>
          <w:lang w:val="nb-NO"/>
        </w:rPr>
      </w:pPr>
      <w:r>
        <w:rPr>
          <w:lang w:val="nb-NO"/>
        </w:rPr>
        <w:t>MAIA:</w:t>
      </w:r>
    </w:p>
    <w:p w14:paraId="0641182F" w14:textId="77777777" w:rsidR="00C20BF2" w:rsidRDefault="00C20BF2" w:rsidP="00E32A31">
      <w:pPr>
        <w:spacing w:after="0" w:line="240" w:lineRule="auto"/>
        <w:rPr>
          <w:lang w:val="nb-NO"/>
        </w:rPr>
      </w:pPr>
      <w:proofErr w:type="spellStart"/>
      <w:r w:rsidRPr="00C20BF2">
        <w:rPr>
          <w:lang w:val="nb-NO"/>
        </w:rPr>
        <w:t>Missä</w:t>
      </w:r>
      <w:proofErr w:type="spellEnd"/>
      <w:r w:rsidRPr="00C20BF2">
        <w:rPr>
          <w:lang w:val="nb-NO"/>
        </w:rPr>
        <w:t xml:space="preserve"> </w:t>
      </w:r>
      <w:proofErr w:type="spellStart"/>
      <w:r w:rsidRPr="00C20BF2">
        <w:rPr>
          <w:lang w:val="nb-NO"/>
        </w:rPr>
        <w:t>ilma</w:t>
      </w:r>
      <w:proofErr w:type="spellEnd"/>
      <w:r w:rsidRPr="00C20BF2">
        <w:rPr>
          <w:lang w:val="nb-NO"/>
        </w:rPr>
        <w:t xml:space="preserve"> </w:t>
      </w:r>
      <w:proofErr w:type="spellStart"/>
      <w:r w:rsidRPr="00C20BF2">
        <w:rPr>
          <w:lang w:val="nb-NO"/>
        </w:rPr>
        <w:t>oon</w:t>
      </w:r>
      <w:proofErr w:type="spellEnd"/>
      <w:r w:rsidRPr="00C20BF2">
        <w:rPr>
          <w:lang w:val="nb-NO"/>
        </w:rPr>
        <w:t xml:space="preserve">? </w:t>
      </w:r>
    </w:p>
    <w:p w14:paraId="12935429" w14:textId="3658C317" w:rsidR="00356C56" w:rsidRDefault="00000000" w:rsidP="00E32A31">
      <w:pPr>
        <w:spacing w:after="0" w:line="240" w:lineRule="auto"/>
        <w:rPr>
          <w:i/>
          <w:lang w:val="nb-NO"/>
        </w:rPr>
      </w:pPr>
      <w:r w:rsidRPr="00E32A31">
        <w:rPr>
          <w:i/>
          <w:lang w:val="nb-NO"/>
        </w:rPr>
        <w:t>Hvor er luften?</w:t>
      </w:r>
    </w:p>
    <w:p w14:paraId="2856FDC5" w14:textId="77777777" w:rsidR="00E32A31" w:rsidRPr="00E32A31" w:rsidRDefault="00E32A31" w:rsidP="00E32A31">
      <w:pPr>
        <w:spacing w:after="0" w:line="240" w:lineRule="auto"/>
        <w:rPr>
          <w:lang w:val="nb-NO"/>
        </w:rPr>
      </w:pPr>
    </w:p>
    <w:p w14:paraId="309EC99E" w14:textId="77777777" w:rsidR="00E32A31" w:rsidRDefault="00E32A31" w:rsidP="00E32A31">
      <w:pPr>
        <w:spacing w:after="0" w:line="240" w:lineRule="auto"/>
        <w:rPr>
          <w:lang w:val="nb-NO"/>
        </w:rPr>
      </w:pPr>
      <w:r>
        <w:rPr>
          <w:lang w:val="nb-NO"/>
        </w:rPr>
        <w:t>KAISA:</w:t>
      </w:r>
    </w:p>
    <w:p w14:paraId="39106F1A" w14:textId="431C52BC" w:rsidR="00356C56" w:rsidRPr="00E32A31" w:rsidRDefault="00000000" w:rsidP="00E32A31">
      <w:pPr>
        <w:spacing w:after="0" w:line="240" w:lineRule="auto"/>
        <w:rPr>
          <w:lang w:val="nb-NO"/>
        </w:rPr>
      </w:pPr>
      <w:proofErr w:type="spellStart"/>
      <w:r w:rsidRPr="00E32A31">
        <w:rPr>
          <w:lang w:val="nb-NO"/>
        </w:rPr>
        <w:t>Tuossa</w:t>
      </w:r>
      <w:proofErr w:type="spellEnd"/>
      <w:r w:rsidRPr="00E32A31">
        <w:rPr>
          <w:lang w:val="nb-NO"/>
        </w:rPr>
        <w:t>.</w:t>
      </w:r>
      <w:r w:rsidRPr="00E32A31">
        <w:rPr>
          <w:lang w:val="nb-NO"/>
        </w:rPr>
        <w:br/>
      </w:r>
      <w:r w:rsidRPr="00E32A31">
        <w:rPr>
          <w:i/>
          <w:lang w:val="nb-NO"/>
        </w:rPr>
        <w:t>Der.</w:t>
      </w:r>
    </w:p>
    <w:p w14:paraId="6DCC62A4" w14:textId="77777777" w:rsidR="00E32A31" w:rsidRDefault="00E32A31" w:rsidP="00E32A31">
      <w:pPr>
        <w:spacing w:after="0" w:line="240" w:lineRule="auto"/>
        <w:rPr>
          <w:lang w:val="nb-NO"/>
        </w:rPr>
      </w:pPr>
    </w:p>
    <w:p w14:paraId="54ACA2A8" w14:textId="77777777" w:rsidR="00E32A31" w:rsidRPr="00EB424A" w:rsidRDefault="00E32A31" w:rsidP="00E32A31">
      <w:pPr>
        <w:spacing w:after="0" w:line="240" w:lineRule="auto"/>
        <w:rPr>
          <w:lang w:val="nb-NO"/>
        </w:rPr>
      </w:pPr>
      <w:r w:rsidRPr="00EB424A">
        <w:rPr>
          <w:lang w:val="nb-NO"/>
        </w:rPr>
        <w:t>MAIA:</w:t>
      </w:r>
    </w:p>
    <w:p w14:paraId="6A9B96B0" w14:textId="77777777" w:rsidR="00C20BF2" w:rsidRPr="00C20BF2" w:rsidRDefault="00C20BF2" w:rsidP="00E32A31">
      <w:pPr>
        <w:spacing w:after="0" w:line="240" w:lineRule="auto"/>
        <w:rPr>
          <w:lang w:val="nb-NO"/>
        </w:rPr>
      </w:pPr>
      <w:proofErr w:type="spellStart"/>
      <w:r w:rsidRPr="00C20BF2">
        <w:rPr>
          <w:lang w:val="nb-NO"/>
        </w:rPr>
        <w:t>Missä</w:t>
      </w:r>
      <w:proofErr w:type="spellEnd"/>
      <w:r w:rsidRPr="00C20BF2">
        <w:rPr>
          <w:lang w:val="nb-NO"/>
        </w:rPr>
        <w:t xml:space="preserve"> </w:t>
      </w:r>
      <w:proofErr w:type="spellStart"/>
      <w:r w:rsidRPr="00C20BF2">
        <w:rPr>
          <w:lang w:val="nb-NO"/>
        </w:rPr>
        <w:t>minun</w:t>
      </w:r>
      <w:proofErr w:type="spellEnd"/>
      <w:r w:rsidRPr="00C20BF2">
        <w:rPr>
          <w:lang w:val="nb-NO"/>
        </w:rPr>
        <w:t xml:space="preserve"> </w:t>
      </w:r>
      <w:proofErr w:type="spellStart"/>
      <w:r w:rsidRPr="00C20BF2">
        <w:rPr>
          <w:lang w:val="nb-NO"/>
        </w:rPr>
        <w:t>ilma</w:t>
      </w:r>
      <w:proofErr w:type="spellEnd"/>
      <w:r w:rsidRPr="00C20BF2">
        <w:rPr>
          <w:lang w:val="nb-NO"/>
        </w:rPr>
        <w:t xml:space="preserve"> </w:t>
      </w:r>
      <w:proofErr w:type="spellStart"/>
      <w:r w:rsidRPr="00C20BF2">
        <w:rPr>
          <w:lang w:val="nb-NO"/>
        </w:rPr>
        <w:t>oon</w:t>
      </w:r>
      <w:proofErr w:type="spellEnd"/>
      <w:r w:rsidRPr="00C20BF2">
        <w:rPr>
          <w:lang w:val="nb-NO"/>
        </w:rPr>
        <w:t xml:space="preserve">? </w:t>
      </w:r>
    </w:p>
    <w:p w14:paraId="468319DA" w14:textId="3BD80DF0" w:rsidR="00356C56" w:rsidRPr="00E32A31" w:rsidRDefault="00000000" w:rsidP="00E32A31">
      <w:pPr>
        <w:spacing w:after="0" w:line="240" w:lineRule="auto"/>
        <w:rPr>
          <w:lang w:val="nb-NO"/>
        </w:rPr>
      </w:pPr>
      <w:r w:rsidRPr="00E32A31">
        <w:rPr>
          <w:i/>
          <w:lang w:val="nb-NO"/>
        </w:rPr>
        <w:t>Hvor er luften min?</w:t>
      </w:r>
    </w:p>
    <w:p w14:paraId="062717C0" w14:textId="77777777" w:rsidR="00C20BF2" w:rsidRDefault="00C20BF2" w:rsidP="00E32A31">
      <w:pPr>
        <w:spacing w:after="0" w:line="240" w:lineRule="auto"/>
        <w:rPr>
          <w:lang w:val="nb-NO"/>
        </w:rPr>
      </w:pPr>
      <w:proofErr w:type="spellStart"/>
      <w:r w:rsidRPr="00C20BF2">
        <w:rPr>
          <w:lang w:val="nb-NO"/>
        </w:rPr>
        <w:t>Sie</w:t>
      </w:r>
      <w:proofErr w:type="spellEnd"/>
      <w:r w:rsidRPr="00C20BF2">
        <w:rPr>
          <w:lang w:val="nb-NO"/>
        </w:rPr>
        <w:t xml:space="preserve"> </w:t>
      </w:r>
      <w:proofErr w:type="spellStart"/>
      <w:r w:rsidRPr="00C20BF2">
        <w:rPr>
          <w:lang w:val="nb-NO"/>
        </w:rPr>
        <w:t>piđit</w:t>
      </w:r>
      <w:proofErr w:type="spellEnd"/>
      <w:r w:rsidRPr="00C20BF2">
        <w:rPr>
          <w:lang w:val="nb-NO"/>
        </w:rPr>
        <w:t xml:space="preserve"> </w:t>
      </w:r>
      <w:proofErr w:type="spellStart"/>
      <w:r w:rsidRPr="00C20BF2">
        <w:rPr>
          <w:lang w:val="nb-NO"/>
        </w:rPr>
        <w:t>ottaat</w:t>
      </w:r>
      <w:proofErr w:type="spellEnd"/>
      <w:r w:rsidRPr="00C20BF2">
        <w:rPr>
          <w:lang w:val="nb-NO"/>
        </w:rPr>
        <w:t xml:space="preserve"> </w:t>
      </w:r>
      <w:proofErr w:type="spellStart"/>
      <w:r w:rsidRPr="00C20BF2">
        <w:rPr>
          <w:lang w:val="nb-NO"/>
        </w:rPr>
        <w:t>vaarin</w:t>
      </w:r>
      <w:proofErr w:type="spellEnd"/>
      <w:r w:rsidRPr="00C20BF2">
        <w:rPr>
          <w:lang w:val="nb-NO"/>
        </w:rPr>
        <w:t xml:space="preserve"> </w:t>
      </w:r>
      <w:proofErr w:type="spellStart"/>
      <w:r w:rsidRPr="00C20BF2">
        <w:rPr>
          <w:lang w:val="nb-NO"/>
        </w:rPr>
        <w:t>siitä</w:t>
      </w:r>
      <w:proofErr w:type="spellEnd"/>
      <w:r w:rsidRPr="00C20BF2">
        <w:rPr>
          <w:lang w:val="nb-NO"/>
        </w:rPr>
        <w:t xml:space="preserve">! </w:t>
      </w:r>
    </w:p>
    <w:p w14:paraId="2E839F21" w14:textId="7C709593" w:rsidR="00356C56" w:rsidRPr="00E32A31" w:rsidRDefault="00000000" w:rsidP="00E32A31">
      <w:pPr>
        <w:spacing w:after="0" w:line="240" w:lineRule="auto"/>
        <w:rPr>
          <w:lang w:val="nb-NO"/>
        </w:rPr>
      </w:pPr>
      <w:r w:rsidRPr="00E32A31">
        <w:rPr>
          <w:i/>
          <w:lang w:val="nb-NO"/>
        </w:rPr>
        <w:t>Du skulle ta vare på den!</w:t>
      </w:r>
    </w:p>
    <w:p w14:paraId="66C65ED7" w14:textId="77777777" w:rsidR="00C20BF2" w:rsidRDefault="00C20BF2" w:rsidP="00E32A31">
      <w:pPr>
        <w:spacing w:after="0" w:line="240" w:lineRule="auto"/>
        <w:rPr>
          <w:lang w:val="nb-NO"/>
        </w:rPr>
      </w:pPr>
      <w:proofErr w:type="spellStart"/>
      <w:r w:rsidRPr="00C20BF2">
        <w:rPr>
          <w:lang w:val="nb-NO"/>
        </w:rPr>
        <w:t>Sie</w:t>
      </w:r>
      <w:proofErr w:type="spellEnd"/>
      <w:r w:rsidRPr="00C20BF2">
        <w:rPr>
          <w:lang w:val="nb-NO"/>
        </w:rPr>
        <w:t xml:space="preserve"> </w:t>
      </w:r>
      <w:proofErr w:type="spellStart"/>
      <w:r w:rsidRPr="00C20BF2">
        <w:rPr>
          <w:lang w:val="nb-NO"/>
        </w:rPr>
        <w:t>lupasit</w:t>
      </w:r>
      <w:proofErr w:type="spellEnd"/>
      <w:r w:rsidRPr="00C20BF2">
        <w:rPr>
          <w:lang w:val="nb-NO"/>
        </w:rPr>
        <w:t xml:space="preserve">! </w:t>
      </w:r>
    </w:p>
    <w:p w14:paraId="0A7C9427" w14:textId="511D294D" w:rsidR="00356C56" w:rsidRDefault="00000000" w:rsidP="00E32A31">
      <w:pPr>
        <w:spacing w:after="0" w:line="240" w:lineRule="auto"/>
        <w:rPr>
          <w:i/>
          <w:lang w:val="nb-NO"/>
        </w:rPr>
      </w:pPr>
      <w:r w:rsidRPr="00E32A31">
        <w:rPr>
          <w:i/>
          <w:lang w:val="nb-NO"/>
        </w:rPr>
        <w:t>Du lovet!</w:t>
      </w:r>
    </w:p>
    <w:p w14:paraId="603BAEA0" w14:textId="77777777" w:rsidR="00E32A31" w:rsidRPr="00E32A31" w:rsidRDefault="00E32A31" w:rsidP="00E32A31">
      <w:pPr>
        <w:spacing w:after="0" w:line="240" w:lineRule="auto"/>
        <w:rPr>
          <w:lang w:val="nb-NO"/>
        </w:rPr>
      </w:pPr>
    </w:p>
    <w:p w14:paraId="6CA71DBE" w14:textId="77777777" w:rsidR="00E32A31" w:rsidRPr="00E32A31" w:rsidRDefault="00E32A31" w:rsidP="00E32A31">
      <w:pPr>
        <w:spacing w:after="0" w:line="240" w:lineRule="auto"/>
        <w:rPr>
          <w:iCs/>
          <w:lang w:val="nb-NO"/>
        </w:rPr>
      </w:pPr>
      <w:r>
        <w:rPr>
          <w:iCs/>
          <w:lang w:val="nb-NO"/>
        </w:rPr>
        <w:t xml:space="preserve">TEATERLEDER: </w:t>
      </w:r>
    </w:p>
    <w:p w14:paraId="15A76B36" w14:textId="77777777" w:rsidR="00C20BF2" w:rsidRDefault="00C20BF2" w:rsidP="00E32A31">
      <w:pPr>
        <w:spacing w:after="0" w:line="240" w:lineRule="auto"/>
        <w:rPr>
          <w:lang w:val="nb-NO"/>
        </w:rPr>
      </w:pPr>
      <w:proofErr w:type="spellStart"/>
      <w:r w:rsidRPr="00C20BF2">
        <w:rPr>
          <w:lang w:val="nb-NO"/>
        </w:rPr>
        <w:t>Sie</w:t>
      </w:r>
      <w:proofErr w:type="spellEnd"/>
      <w:r w:rsidRPr="00C20BF2">
        <w:rPr>
          <w:lang w:val="nb-NO"/>
        </w:rPr>
        <w:t xml:space="preserve"> </w:t>
      </w:r>
      <w:proofErr w:type="spellStart"/>
      <w:r w:rsidRPr="00C20BF2">
        <w:rPr>
          <w:lang w:val="nb-NO"/>
        </w:rPr>
        <w:t>piđät</w:t>
      </w:r>
      <w:proofErr w:type="spellEnd"/>
      <w:r w:rsidRPr="00C20BF2">
        <w:rPr>
          <w:lang w:val="nb-NO"/>
        </w:rPr>
        <w:t xml:space="preserve"> olla </w:t>
      </w:r>
      <w:proofErr w:type="spellStart"/>
      <w:r w:rsidRPr="00C20BF2">
        <w:rPr>
          <w:lang w:val="nb-NO"/>
        </w:rPr>
        <w:t>defensiivinen</w:t>
      </w:r>
      <w:proofErr w:type="spellEnd"/>
      <w:r w:rsidRPr="00C20BF2">
        <w:rPr>
          <w:lang w:val="nb-NO"/>
        </w:rPr>
        <w:t xml:space="preserve">, Kaisa. </w:t>
      </w:r>
    </w:p>
    <w:p w14:paraId="684C4381" w14:textId="6944F63D" w:rsidR="00356C56" w:rsidRPr="00E32A31" w:rsidRDefault="00000000" w:rsidP="00E32A31">
      <w:pPr>
        <w:spacing w:after="0" w:line="240" w:lineRule="auto"/>
        <w:rPr>
          <w:lang w:val="nb-NO"/>
        </w:rPr>
      </w:pPr>
      <w:r w:rsidRPr="00E32A31">
        <w:rPr>
          <w:i/>
          <w:lang w:val="nb-NO"/>
        </w:rPr>
        <w:t>Du skal være defensiv, Kaisa.</w:t>
      </w:r>
    </w:p>
    <w:p w14:paraId="252020C7" w14:textId="77777777" w:rsidR="00C20BF2" w:rsidRDefault="00C20BF2" w:rsidP="00E32A31">
      <w:pPr>
        <w:spacing w:after="0" w:line="240" w:lineRule="auto"/>
        <w:rPr>
          <w:lang w:val="nb-NO"/>
        </w:rPr>
      </w:pPr>
      <w:proofErr w:type="spellStart"/>
      <w:r w:rsidRPr="00C20BF2">
        <w:rPr>
          <w:lang w:val="nb-NO"/>
        </w:rPr>
        <w:t>Sie</w:t>
      </w:r>
      <w:proofErr w:type="spellEnd"/>
      <w:r w:rsidRPr="00C20BF2">
        <w:rPr>
          <w:lang w:val="nb-NO"/>
        </w:rPr>
        <w:t xml:space="preserve"> </w:t>
      </w:r>
      <w:proofErr w:type="spellStart"/>
      <w:r w:rsidRPr="00C20BF2">
        <w:rPr>
          <w:lang w:val="nb-NO"/>
        </w:rPr>
        <w:t>piđät</w:t>
      </w:r>
      <w:proofErr w:type="spellEnd"/>
      <w:r w:rsidRPr="00C20BF2">
        <w:rPr>
          <w:lang w:val="nb-NO"/>
        </w:rPr>
        <w:t xml:space="preserve"> </w:t>
      </w:r>
      <w:proofErr w:type="spellStart"/>
      <w:r w:rsidRPr="00C20BF2">
        <w:rPr>
          <w:lang w:val="nb-NO"/>
        </w:rPr>
        <w:t>liikkuut</w:t>
      </w:r>
      <w:proofErr w:type="spellEnd"/>
      <w:r w:rsidRPr="00C20BF2">
        <w:rPr>
          <w:lang w:val="nb-NO"/>
        </w:rPr>
        <w:t xml:space="preserve"> </w:t>
      </w:r>
      <w:proofErr w:type="spellStart"/>
      <w:r w:rsidRPr="00C20BF2">
        <w:rPr>
          <w:lang w:val="nb-NO"/>
        </w:rPr>
        <w:t>takakäsin</w:t>
      </w:r>
      <w:proofErr w:type="spellEnd"/>
      <w:r w:rsidRPr="00C20BF2">
        <w:rPr>
          <w:lang w:val="nb-NO"/>
        </w:rPr>
        <w:t xml:space="preserve"> </w:t>
      </w:r>
      <w:proofErr w:type="spellStart"/>
      <w:r w:rsidRPr="00C20BF2">
        <w:rPr>
          <w:lang w:val="nb-NO"/>
        </w:rPr>
        <w:t>eli</w:t>
      </w:r>
      <w:proofErr w:type="spellEnd"/>
      <w:r w:rsidRPr="00C20BF2">
        <w:rPr>
          <w:lang w:val="nb-NO"/>
        </w:rPr>
        <w:t xml:space="preserve"> </w:t>
      </w:r>
      <w:proofErr w:type="spellStart"/>
      <w:r w:rsidRPr="00C20BF2">
        <w:rPr>
          <w:lang w:val="nb-NO"/>
        </w:rPr>
        <w:t>ympäri</w:t>
      </w:r>
      <w:proofErr w:type="spellEnd"/>
      <w:r w:rsidRPr="00C20BF2">
        <w:rPr>
          <w:lang w:val="nb-NO"/>
        </w:rPr>
        <w:t xml:space="preserve"> </w:t>
      </w:r>
      <w:proofErr w:type="spellStart"/>
      <w:r w:rsidRPr="00C20BF2">
        <w:rPr>
          <w:lang w:val="nb-NO"/>
        </w:rPr>
        <w:t>ringissä</w:t>
      </w:r>
      <w:proofErr w:type="spellEnd"/>
      <w:r w:rsidRPr="00C20BF2">
        <w:rPr>
          <w:lang w:val="nb-NO"/>
        </w:rPr>
        <w:t xml:space="preserve">. </w:t>
      </w:r>
    </w:p>
    <w:p w14:paraId="50C69390" w14:textId="7895C7D5" w:rsidR="00356C56" w:rsidRPr="00E32A31" w:rsidRDefault="00000000" w:rsidP="00E32A31">
      <w:pPr>
        <w:spacing w:after="0" w:line="240" w:lineRule="auto"/>
        <w:rPr>
          <w:lang w:val="nb-NO"/>
        </w:rPr>
      </w:pPr>
      <w:r w:rsidRPr="00E32A31">
        <w:rPr>
          <w:i/>
          <w:lang w:val="nb-NO"/>
        </w:rPr>
        <w:t>Du kan bevege deg bakover eller rundt i sirkel.</w:t>
      </w:r>
    </w:p>
    <w:p w14:paraId="1E618B8D" w14:textId="1F336E00" w:rsidR="00C20BF2" w:rsidRDefault="00C20BF2" w:rsidP="00C20BF2">
      <w:pPr>
        <w:spacing w:after="0" w:line="240" w:lineRule="auto"/>
        <w:rPr>
          <w:lang w:val="nb-NO"/>
        </w:rPr>
      </w:pPr>
      <w:proofErr w:type="spellStart"/>
      <w:r w:rsidRPr="00C20BF2">
        <w:rPr>
          <w:lang w:val="nb-NO"/>
        </w:rPr>
        <w:t>Freistaa</w:t>
      </w:r>
      <w:proofErr w:type="spellEnd"/>
      <w:r w:rsidRPr="00C20BF2">
        <w:rPr>
          <w:lang w:val="nb-NO"/>
        </w:rPr>
        <w:t xml:space="preserve"> </w:t>
      </w:r>
      <w:proofErr w:type="spellStart"/>
      <w:r w:rsidRPr="00C20BF2">
        <w:rPr>
          <w:lang w:val="nb-NO"/>
        </w:rPr>
        <w:t>löyttäät</w:t>
      </w:r>
      <w:proofErr w:type="spellEnd"/>
      <w:r w:rsidRPr="00C20BF2">
        <w:rPr>
          <w:lang w:val="nb-NO"/>
        </w:rPr>
        <w:t xml:space="preserve"> </w:t>
      </w:r>
      <w:proofErr w:type="spellStart"/>
      <w:r w:rsidRPr="00C20BF2">
        <w:rPr>
          <w:lang w:val="nb-NO"/>
        </w:rPr>
        <w:t>sinun</w:t>
      </w:r>
      <w:proofErr w:type="spellEnd"/>
      <w:r w:rsidRPr="00C20BF2">
        <w:rPr>
          <w:lang w:val="nb-NO"/>
        </w:rPr>
        <w:t xml:space="preserve"> </w:t>
      </w:r>
      <w:proofErr w:type="spellStart"/>
      <w:r w:rsidRPr="00C20BF2">
        <w:rPr>
          <w:lang w:val="nb-NO"/>
        </w:rPr>
        <w:t>sisäisen</w:t>
      </w:r>
      <w:proofErr w:type="spellEnd"/>
      <w:r w:rsidRPr="00C20BF2">
        <w:rPr>
          <w:lang w:val="nb-NO"/>
        </w:rPr>
        <w:t xml:space="preserve"> </w:t>
      </w:r>
      <w:proofErr w:type="spellStart"/>
      <w:r w:rsidRPr="00C20BF2">
        <w:rPr>
          <w:lang w:val="nb-NO"/>
        </w:rPr>
        <w:t>voiman</w:t>
      </w:r>
      <w:proofErr w:type="spellEnd"/>
      <w:r w:rsidRPr="00C20BF2">
        <w:rPr>
          <w:lang w:val="nb-NO"/>
        </w:rPr>
        <w:t xml:space="preserve">, ette </w:t>
      </w:r>
      <w:proofErr w:type="spellStart"/>
      <w:r w:rsidRPr="00C20BF2">
        <w:rPr>
          <w:lang w:val="nb-NO"/>
        </w:rPr>
        <w:t>pystyt</w:t>
      </w:r>
      <w:proofErr w:type="spellEnd"/>
      <w:r w:rsidRPr="00C20BF2">
        <w:rPr>
          <w:lang w:val="nb-NO"/>
        </w:rPr>
        <w:t xml:space="preserve"> </w:t>
      </w:r>
      <w:proofErr w:type="spellStart"/>
      <w:r w:rsidRPr="00C20BF2">
        <w:rPr>
          <w:lang w:val="nb-NO"/>
        </w:rPr>
        <w:t>sanomhaan</w:t>
      </w:r>
      <w:proofErr w:type="spellEnd"/>
      <w:r w:rsidRPr="00C20BF2">
        <w:rPr>
          <w:lang w:val="nb-NO"/>
        </w:rPr>
        <w:t xml:space="preserve"> </w:t>
      </w:r>
      <w:proofErr w:type="spellStart"/>
      <w:r w:rsidRPr="00C20BF2">
        <w:rPr>
          <w:lang w:val="nb-NO"/>
        </w:rPr>
        <w:t>vastaan</w:t>
      </w:r>
      <w:proofErr w:type="spellEnd"/>
      <w:r w:rsidRPr="00C20BF2">
        <w:rPr>
          <w:lang w:val="nb-NO"/>
        </w:rPr>
        <w:t>.</w:t>
      </w:r>
    </w:p>
    <w:p w14:paraId="6D17E422" w14:textId="5BE940A3" w:rsidR="00356C56" w:rsidRPr="00E32A31" w:rsidRDefault="00000000" w:rsidP="00C20BF2">
      <w:pPr>
        <w:spacing w:after="0" w:line="240" w:lineRule="auto"/>
        <w:rPr>
          <w:lang w:val="nb-NO"/>
        </w:rPr>
      </w:pPr>
      <w:r w:rsidRPr="00E32A31">
        <w:rPr>
          <w:i/>
          <w:lang w:val="nb-NO"/>
        </w:rPr>
        <w:t>Prøv å finne den indre kraften, til å si det tilbake.</w:t>
      </w:r>
    </w:p>
    <w:p w14:paraId="4C46F21F" w14:textId="77777777" w:rsidR="00E32A31" w:rsidRDefault="00E32A31" w:rsidP="00E32A31">
      <w:pPr>
        <w:spacing w:after="0" w:line="240" w:lineRule="auto"/>
        <w:rPr>
          <w:lang w:val="nb-NO"/>
        </w:rPr>
      </w:pPr>
    </w:p>
    <w:p w14:paraId="68831B31" w14:textId="77777777" w:rsidR="00E32A31" w:rsidRDefault="00E32A31" w:rsidP="00E32A31">
      <w:pPr>
        <w:spacing w:after="0" w:line="240" w:lineRule="auto"/>
        <w:rPr>
          <w:lang w:val="nb-NO"/>
        </w:rPr>
      </w:pPr>
      <w:r>
        <w:rPr>
          <w:lang w:val="nb-NO"/>
        </w:rPr>
        <w:t>KAISA:</w:t>
      </w:r>
    </w:p>
    <w:p w14:paraId="76389BDE" w14:textId="77777777" w:rsidR="00C20BF2" w:rsidRDefault="00C20BF2" w:rsidP="00E32A31">
      <w:pPr>
        <w:spacing w:after="0" w:line="240" w:lineRule="auto"/>
        <w:rPr>
          <w:lang w:val="nb-NO"/>
        </w:rPr>
      </w:pPr>
      <w:proofErr w:type="spellStart"/>
      <w:r w:rsidRPr="00C20BF2">
        <w:rPr>
          <w:lang w:val="nb-NO"/>
        </w:rPr>
        <w:t>Tämähän</w:t>
      </w:r>
      <w:proofErr w:type="spellEnd"/>
      <w:r w:rsidRPr="00C20BF2">
        <w:rPr>
          <w:lang w:val="nb-NO"/>
        </w:rPr>
        <w:t xml:space="preserve"> </w:t>
      </w:r>
      <w:proofErr w:type="spellStart"/>
      <w:r w:rsidRPr="00C20BF2">
        <w:rPr>
          <w:lang w:val="nb-NO"/>
        </w:rPr>
        <w:t>oon</w:t>
      </w:r>
      <w:proofErr w:type="spellEnd"/>
      <w:r w:rsidRPr="00C20BF2">
        <w:rPr>
          <w:lang w:val="nb-NO"/>
        </w:rPr>
        <w:t xml:space="preserve"> </w:t>
      </w:r>
      <w:proofErr w:type="spellStart"/>
      <w:r w:rsidRPr="00C20BF2">
        <w:rPr>
          <w:lang w:val="nb-NO"/>
        </w:rPr>
        <w:t>aivan</w:t>
      </w:r>
      <w:proofErr w:type="spellEnd"/>
      <w:r w:rsidRPr="00C20BF2">
        <w:rPr>
          <w:lang w:val="nb-NO"/>
        </w:rPr>
        <w:t xml:space="preserve"> </w:t>
      </w:r>
      <w:proofErr w:type="spellStart"/>
      <w:r w:rsidRPr="00C20BF2">
        <w:rPr>
          <w:lang w:val="nb-NO"/>
        </w:rPr>
        <w:t>järjetöntä</w:t>
      </w:r>
      <w:proofErr w:type="spellEnd"/>
      <w:r w:rsidRPr="00C20BF2">
        <w:rPr>
          <w:lang w:val="nb-NO"/>
        </w:rPr>
        <w:t xml:space="preserve">! </w:t>
      </w:r>
    </w:p>
    <w:p w14:paraId="4897F0F9" w14:textId="17536AE5" w:rsidR="00356C56" w:rsidRPr="00E32A31" w:rsidRDefault="00000000" w:rsidP="00E32A31">
      <w:pPr>
        <w:spacing w:after="0" w:line="240" w:lineRule="auto"/>
        <w:rPr>
          <w:lang w:val="nb-NO"/>
        </w:rPr>
      </w:pPr>
      <w:r w:rsidRPr="00E32A31">
        <w:rPr>
          <w:i/>
          <w:lang w:val="nb-NO"/>
        </w:rPr>
        <w:t>Dette er jo helt meningsløst!</w:t>
      </w:r>
    </w:p>
    <w:p w14:paraId="2C6DAE01" w14:textId="77777777" w:rsidR="00C20BF2" w:rsidRDefault="00C20BF2" w:rsidP="00E32A31">
      <w:pPr>
        <w:spacing w:after="0" w:line="240" w:lineRule="auto"/>
        <w:rPr>
          <w:lang w:val="nb-NO"/>
        </w:rPr>
      </w:pPr>
      <w:proofErr w:type="spellStart"/>
      <w:r w:rsidRPr="00C20BF2">
        <w:rPr>
          <w:lang w:val="nb-NO"/>
        </w:rPr>
        <w:t>Missä</w:t>
      </w:r>
      <w:proofErr w:type="spellEnd"/>
      <w:r w:rsidRPr="00C20BF2">
        <w:rPr>
          <w:lang w:val="nb-NO"/>
        </w:rPr>
        <w:t xml:space="preserve"> </w:t>
      </w:r>
      <w:proofErr w:type="spellStart"/>
      <w:r w:rsidRPr="00C20BF2">
        <w:rPr>
          <w:lang w:val="nb-NO"/>
        </w:rPr>
        <w:t>ilma</w:t>
      </w:r>
      <w:proofErr w:type="spellEnd"/>
      <w:r w:rsidRPr="00C20BF2">
        <w:rPr>
          <w:lang w:val="nb-NO"/>
        </w:rPr>
        <w:t xml:space="preserve"> </w:t>
      </w:r>
      <w:proofErr w:type="spellStart"/>
      <w:r w:rsidRPr="00C20BF2">
        <w:rPr>
          <w:lang w:val="nb-NO"/>
        </w:rPr>
        <w:t>oon</w:t>
      </w:r>
      <w:proofErr w:type="spellEnd"/>
      <w:r w:rsidRPr="00C20BF2">
        <w:rPr>
          <w:lang w:val="nb-NO"/>
        </w:rPr>
        <w:t xml:space="preserve">?! </w:t>
      </w:r>
    </w:p>
    <w:p w14:paraId="08046DC8" w14:textId="5ADB5C38" w:rsidR="00356C56" w:rsidRPr="00E32A31" w:rsidRDefault="00000000" w:rsidP="00E32A31">
      <w:pPr>
        <w:spacing w:after="0" w:line="240" w:lineRule="auto"/>
        <w:rPr>
          <w:lang w:val="nb-NO"/>
        </w:rPr>
      </w:pPr>
      <w:r w:rsidRPr="00E32A31">
        <w:rPr>
          <w:i/>
          <w:lang w:val="nb-NO"/>
        </w:rPr>
        <w:t>Hvor er luften?!</w:t>
      </w:r>
    </w:p>
    <w:p w14:paraId="5170D798" w14:textId="77777777" w:rsidR="00E32A31" w:rsidRDefault="00E32A31" w:rsidP="00E32A31">
      <w:pPr>
        <w:spacing w:after="0" w:line="240" w:lineRule="auto"/>
        <w:rPr>
          <w:lang w:val="nb-NO"/>
        </w:rPr>
      </w:pPr>
    </w:p>
    <w:p w14:paraId="710BD60E" w14:textId="77777777" w:rsidR="00E32A31" w:rsidRPr="00E32A31" w:rsidRDefault="00E32A31" w:rsidP="00E32A31">
      <w:pPr>
        <w:spacing w:after="0" w:line="240" w:lineRule="auto"/>
        <w:rPr>
          <w:iCs/>
          <w:lang w:val="nb-NO"/>
        </w:rPr>
      </w:pPr>
      <w:r>
        <w:rPr>
          <w:iCs/>
          <w:lang w:val="nb-NO"/>
        </w:rPr>
        <w:t xml:space="preserve">TEATERLEDER: </w:t>
      </w:r>
    </w:p>
    <w:p w14:paraId="520D00AB" w14:textId="77777777" w:rsidR="00C20BF2" w:rsidRDefault="00C20BF2" w:rsidP="00E32A31">
      <w:pPr>
        <w:spacing w:after="0" w:line="240" w:lineRule="auto"/>
        <w:rPr>
          <w:lang w:val="nb-NO"/>
        </w:rPr>
      </w:pPr>
      <w:proofErr w:type="spellStart"/>
      <w:r w:rsidRPr="00C20BF2">
        <w:rPr>
          <w:lang w:val="nb-NO"/>
        </w:rPr>
        <w:t>Niin</w:t>
      </w:r>
      <w:proofErr w:type="spellEnd"/>
      <w:r w:rsidRPr="00C20BF2">
        <w:rPr>
          <w:lang w:val="nb-NO"/>
        </w:rPr>
        <w:t xml:space="preserve">, </w:t>
      </w:r>
      <w:proofErr w:type="spellStart"/>
      <w:r w:rsidRPr="00C20BF2">
        <w:rPr>
          <w:lang w:val="nb-NO"/>
        </w:rPr>
        <w:t>mutta</w:t>
      </w:r>
      <w:proofErr w:type="spellEnd"/>
      <w:r w:rsidRPr="00C20BF2">
        <w:rPr>
          <w:lang w:val="nb-NO"/>
        </w:rPr>
        <w:t xml:space="preserve"> </w:t>
      </w:r>
      <w:proofErr w:type="spellStart"/>
      <w:r w:rsidRPr="00C20BF2">
        <w:rPr>
          <w:lang w:val="nb-NO"/>
        </w:rPr>
        <w:t>oonko</w:t>
      </w:r>
      <w:proofErr w:type="spellEnd"/>
      <w:r w:rsidRPr="00C20BF2">
        <w:rPr>
          <w:lang w:val="nb-NO"/>
        </w:rPr>
        <w:t xml:space="preserve"> se </w:t>
      </w:r>
      <w:proofErr w:type="spellStart"/>
      <w:r w:rsidRPr="00C20BF2">
        <w:rPr>
          <w:lang w:val="nb-NO"/>
        </w:rPr>
        <w:t>sitä</w:t>
      </w:r>
      <w:proofErr w:type="spellEnd"/>
      <w:r w:rsidRPr="00C20BF2">
        <w:rPr>
          <w:lang w:val="nb-NO"/>
        </w:rPr>
        <w:t xml:space="preserve">? </w:t>
      </w:r>
    </w:p>
    <w:p w14:paraId="2CF445A8" w14:textId="2F184B49" w:rsidR="00356C56" w:rsidRPr="00E32A31" w:rsidRDefault="00000000" w:rsidP="00E32A31">
      <w:pPr>
        <w:spacing w:after="0" w:line="240" w:lineRule="auto"/>
        <w:rPr>
          <w:lang w:val="nb-NO"/>
        </w:rPr>
      </w:pPr>
      <w:r w:rsidRPr="00E32A31">
        <w:rPr>
          <w:i/>
          <w:lang w:val="nb-NO"/>
        </w:rPr>
        <w:t>Å, men er det det?</w:t>
      </w:r>
    </w:p>
    <w:p w14:paraId="2E18A050" w14:textId="77777777" w:rsidR="00C20BF2" w:rsidRDefault="00C20BF2" w:rsidP="00E32A31">
      <w:pPr>
        <w:spacing w:after="0" w:line="240" w:lineRule="auto"/>
        <w:rPr>
          <w:lang w:val="nb-NO"/>
        </w:rPr>
      </w:pPr>
      <w:proofErr w:type="spellStart"/>
      <w:r w:rsidRPr="00C20BF2">
        <w:rPr>
          <w:lang w:val="nb-NO"/>
        </w:rPr>
        <w:t>Tahi</w:t>
      </w:r>
      <w:proofErr w:type="spellEnd"/>
      <w:r w:rsidRPr="00C20BF2">
        <w:rPr>
          <w:lang w:val="nb-NO"/>
        </w:rPr>
        <w:t xml:space="preserve"> </w:t>
      </w:r>
      <w:proofErr w:type="spellStart"/>
      <w:r w:rsidRPr="00C20BF2">
        <w:rPr>
          <w:lang w:val="nb-NO"/>
        </w:rPr>
        <w:t>oonko</w:t>
      </w:r>
      <w:proofErr w:type="spellEnd"/>
      <w:r w:rsidRPr="00C20BF2">
        <w:rPr>
          <w:lang w:val="nb-NO"/>
        </w:rPr>
        <w:t xml:space="preserve"> se </w:t>
      </w:r>
      <w:proofErr w:type="spellStart"/>
      <w:r w:rsidRPr="00C20BF2">
        <w:rPr>
          <w:lang w:val="nb-NO"/>
        </w:rPr>
        <w:t>vain</w:t>
      </w:r>
      <w:proofErr w:type="spellEnd"/>
      <w:r w:rsidRPr="00C20BF2">
        <w:rPr>
          <w:lang w:val="nb-NO"/>
        </w:rPr>
        <w:t xml:space="preserve"> </w:t>
      </w:r>
      <w:proofErr w:type="spellStart"/>
      <w:r w:rsidRPr="00C20BF2">
        <w:rPr>
          <w:lang w:val="nb-NO"/>
        </w:rPr>
        <w:t>järjettämyyđen</w:t>
      </w:r>
      <w:proofErr w:type="spellEnd"/>
      <w:r w:rsidRPr="00C20BF2">
        <w:rPr>
          <w:lang w:val="nb-NO"/>
        </w:rPr>
        <w:t xml:space="preserve"> </w:t>
      </w:r>
      <w:proofErr w:type="spellStart"/>
      <w:r w:rsidRPr="00C20BF2">
        <w:rPr>
          <w:lang w:val="nb-NO"/>
        </w:rPr>
        <w:t>illusuunii</w:t>
      </w:r>
      <w:proofErr w:type="spellEnd"/>
      <w:r w:rsidRPr="00C20BF2">
        <w:rPr>
          <w:lang w:val="nb-NO"/>
        </w:rPr>
        <w:t xml:space="preserve">? </w:t>
      </w:r>
    </w:p>
    <w:p w14:paraId="32211A1F" w14:textId="507EDE07" w:rsidR="00356C56" w:rsidRPr="00E32A31" w:rsidRDefault="00000000" w:rsidP="00E32A31">
      <w:pPr>
        <w:spacing w:after="0" w:line="240" w:lineRule="auto"/>
        <w:rPr>
          <w:lang w:val="nb-NO"/>
        </w:rPr>
      </w:pPr>
      <w:r w:rsidRPr="00E32A31">
        <w:rPr>
          <w:i/>
          <w:lang w:val="nb-NO"/>
        </w:rPr>
        <w:t>Eller er det kanskje en illusjon av meningsløshet?</w:t>
      </w:r>
    </w:p>
    <w:p w14:paraId="371156AF" w14:textId="5603A774" w:rsidR="00356C56" w:rsidRDefault="00E32A31" w:rsidP="00E32A31">
      <w:pPr>
        <w:spacing w:after="0" w:line="240" w:lineRule="auto"/>
        <w:rPr>
          <w:i/>
          <w:lang w:val="nb-NO"/>
        </w:rPr>
      </w:pPr>
      <w:r>
        <w:rPr>
          <w:lang w:val="nb-NO"/>
        </w:rPr>
        <w:t xml:space="preserve">No, </w:t>
      </w:r>
      <w:proofErr w:type="spellStart"/>
      <w:r w:rsidR="00C20BF2" w:rsidRPr="00C20BF2">
        <w:rPr>
          <w:lang w:val="nb-NO"/>
        </w:rPr>
        <w:t>löyđä</w:t>
      </w:r>
      <w:proofErr w:type="spellEnd"/>
      <w:r w:rsidR="00C20BF2" w:rsidRPr="00C20BF2">
        <w:rPr>
          <w:lang w:val="nb-NO"/>
        </w:rPr>
        <w:t xml:space="preserve"> nyt </w:t>
      </w:r>
      <w:proofErr w:type="spellStart"/>
      <w:r w:rsidR="00C20BF2" w:rsidRPr="00C20BF2">
        <w:rPr>
          <w:lang w:val="nb-NO"/>
        </w:rPr>
        <w:t>sinun</w:t>
      </w:r>
      <w:proofErr w:type="spellEnd"/>
      <w:r w:rsidR="00C20BF2" w:rsidRPr="00C20BF2">
        <w:rPr>
          <w:lang w:val="nb-NO"/>
        </w:rPr>
        <w:t xml:space="preserve"> </w:t>
      </w:r>
      <w:proofErr w:type="spellStart"/>
      <w:r w:rsidR="00C20BF2" w:rsidRPr="00C20BF2">
        <w:rPr>
          <w:lang w:val="nb-NO"/>
        </w:rPr>
        <w:t>sisäisen</w:t>
      </w:r>
      <w:proofErr w:type="spellEnd"/>
      <w:r w:rsidR="00C20BF2" w:rsidRPr="00C20BF2">
        <w:rPr>
          <w:lang w:val="nb-NO"/>
        </w:rPr>
        <w:t xml:space="preserve"> </w:t>
      </w:r>
      <w:proofErr w:type="spellStart"/>
      <w:r w:rsidR="00C20BF2" w:rsidRPr="00C20BF2">
        <w:rPr>
          <w:lang w:val="nb-NO"/>
        </w:rPr>
        <w:t>voiman</w:t>
      </w:r>
      <w:proofErr w:type="spellEnd"/>
      <w:r w:rsidR="00C20BF2" w:rsidRPr="00C20BF2">
        <w:rPr>
          <w:lang w:val="nb-NO"/>
        </w:rPr>
        <w:t xml:space="preserve">, </w:t>
      </w:r>
      <w:proofErr w:type="spellStart"/>
      <w:r w:rsidR="00C20BF2" w:rsidRPr="00C20BF2">
        <w:rPr>
          <w:lang w:val="nb-NO"/>
        </w:rPr>
        <w:t>sinnin</w:t>
      </w:r>
      <w:proofErr w:type="spellEnd"/>
      <w:r w:rsidR="00C20BF2" w:rsidRPr="00C20BF2">
        <w:rPr>
          <w:lang w:val="nb-NO"/>
        </w:rPr>
        <w:t>, Kaisa!</w:t>
      </w:r>
      <w:r w:rsidRPr="00E32A31">
        <w:rPr>
          <w:lang w:val="nb-NO"/>
        </w:rPr>
        <w:br/>
      </w:r>
      <w:r>
        <w:rPr>
          <w:i/>
          <w:lang w:val="nb-NO"/>
        </w:rPr>
        <w:t>Nå,</w:t>
      </w:r>
      <w:r w:rsidRPr="00E32A31">
        <w:rPr>
          <w:i/>
          <w:lang w:val="nb-NO"/>
        </w:rPr>
        <w:t xml:space="preserve"> finn din indre kraft, Kaisa!</w:t>
      </w:r>
    </w:p>
    <w:p w14:paraId="7FC58A79" w14:textId="77777777" w:rsidR="00E32A31" w:rsidRPr="00E32A31" w:rsidRDefault="00E32A31" w:rsidP="00E32A31">
      <w:pPr>
        <w:spacing w:after="0" w:line="240" w:lineRule="auto"/>
        <w:rPr>
          <w:lang w:val="nb-NO"/>
        </w:rPr>
      </w:pPr>
    </w:p>
    <w:p w14:paraId="2ABC4ED9" w14:textId="77777777" w:rsidR="00E32A31" w:rsidRDefault="00E32A31" w:rsidP="00E32A31">
      <w:pPr>
        <w:spacing w:after="0" w:line="240" w:lineRule="auto"/>
        <w:rPr>
          <w:lang w:val="nb-NO"/>
        </w:rPr>
      </w:pPr>
      <w:r>
        <w:rPr>
          <w:lang w:val="nb-NO"/>
        </w:rPr>
        <w:t>KAISA:</w:t>
      </w:r>
    </w:p>
    <w:p w14:paraId="2EA3641F" w14:textId="77777777" w:rsidR="00C20BF2" w:rsidRDefault="00C20BF2" w:rsidP="00E32A31">
      <w:pPr>
        <w:spacing w:after="0" w:line="240" w:lineRule="auto"/>
        <w:rPr>
          <w:lang w:val="nb-NO"/>
        </w:rPr>
      </w:pPr>
      <w:proofErr w:type="spellStart"/>
      <w:r w:rsidRPr="00C20BF2">
        <w:rPr>
          <w:lang w:val="nb-NO"/>
        </w:rPr>
        <w:t>Missä</w:t>
      </w:r>
      <w:proofErr w:type="spellEnd"/>
      <w:r w:rsidRPr="00C20BF2">
        <w:rPr>
          <w:lang w:val="nb-NO"/>
        </w:rPr>
        <w:t xml:space="preserve"> </w:t>
      </w:r>
      <w:proofErr w:type="spellStart"/>
      <w:r w:rsidRPr="00C20BF2">
        <w:rPr>
          <w:lang w:val="nb-NO"/>
        </w:rPr>
        <w:t>minun</w:t>
      </w:r>
      <w:proofErr w:type="spellEnd"/>
      <w:r w:rsidRPr="00C20BF2">
        <w:rPr>
          <w:lang w:val="nb-NO"/>
        </w:rPr>
        <w:t xml:space="preserve"> </w:t>
      </w:r>
      <w:proofErr w:type="spellStart"/>
      <w:r w:rsidRPr="00C20BF2">
        <w:rPr>
          <w:lang w:val="nb-NO"/>
        </w:rPr>
        <w:t>ilma</w:t>
      </w:r>
      <w:proofErr w:type="spellEnd"/>
      <w:r w:rsidRPr="00C20BF2">
        <w:rPr>
          <w:lang w:val="nb-NO"/>
        </w:rPr>
        <w:t xml:space="preserve"> </w:t>
      </w:r>
      <w:proofErr w:type="spellStart"/>
      <w:r w:rsidRPr="00C20BF2">
        <w:rPr>
          <w:lang w:val="nb-NO"/>
        </w:rPr>
        <w:t>oon</w:t>
      </w:r>
      <w:proofErr w:type="spellEnd"/>
      <w:r w:rsidRPr="00C20BF2">
        <w:rPr>
          <w:lang w:val="nb-NO"/>
        </w:rPr>
        <w:t>?</w:t>
      </w:r>
    </w:p>
    <w:p w14:paraId="2F37510A" w14:textId="68CD7F8E" w:rsidR="00356C56" w:rsidRPr="00E32A31" w:rsidRDefault="00000000" w:rsidP="00E32A31">
      <w:pPr>
        <w:spacing w:after="0" w:line="240" w:lineRule="auto"/>
        <w:rPr>
          <w:lang w:val="nb-NO"/>
        </w:rPr>
      </w:pPr>
      <w:r w:rsidRPr="00E32A31">
        <w:rPr>
          <w:i/>
          <w:lang w:val="nb-NO"/>
        </w:rPr>
        <w:t>Hvor er luften?</w:t>
      </w:r>
    </w:p>
    <w:p w14:paraId="1FA245B3" w14:textId="77777777" w:rsidR="00E32A31" w:rsidRDefault="00E32A31" w:rsidP="00E32A31">
      <w:pPr>
        <w:spacing w:after="0" w:line="240" w:lineRule="auto"/>
        <w:rPr>
          <w:lang w:val="nb-NO"/>
        </w:rPr>
      </w:pPr>
    </w:p>
    <w:p w14:paraId="2F58A97D" w14:textId="77777777" w:rsidR="00E32A31" w:rsidRPr="00E32A31" w:rsidRDefault="00E32A31" w:rsidP="00E32A31">
      <w:pPr>
        <w:spacing w:after="0" w:line="240" w:lineRule="auto"/>
        <w:rPr>
          <w:iCs/>
          <w:lang w:val="nb-NO"/>
        </w:rPr>
      </w:pPr>
      <w:r>
        <w:rPr>
          <w:iCs/>
          <w:lang w:val="nb-NO"/>
        </w:rPr>
        <w:t xml:space="preserve">TEATERLEDER: </w:t>
      </w:r>
    </w:p>
    <w:p w14:paraId="78C068DC" w14:textId="77777777" w:rsidR="00C20BF2" w:rsidRDefault="00C20BF2" w:rsidP="00E32A31">
      <w:pPr>
        <w:spacing w:after="0" w:line="240" w:lineRule="auto"/>
        <w:rPr>
          <w:lang w:val="nb-NO"/>
        </w:rPr>
      </w:pPr>
      <w:proofErr w:type="spellStart"/>
      <w:r w:rsidRPr="00C20BF2">
        <w:rPr>
          <w:lang w:val="nb-NO"/>
        </w:rPr>
        <w:t>Enämen</w:t>
      </w:r>
      <w:proofErr w:type="spellEnd"/>
      <w:r w:rsidRPr="00C20BF2">
        <w:rPr>
          <w:lang w:val="nb-NO"/>
        </w:rPr>
        <w:t xml:space="preserve"> </w:t>
      </w:r>
      <w:proofErr w:type="spellStart"/>
      <w:r w:rsidRPr="00C20BF2">
        <w:rPr>
          <w:lang w:val="nb-NO"/>
        </w:rPr>
        <w:t>voimaa</w:t>
      </w:r>
      <w:proofErr w:type="spellEnd"/>
      <w:r w:rsidRPr="00C20BF2">
        <w:rPr>
          <w:lang w:val="nb-NO"/>
        </w:rPr>
        <w:t xml:space="preserve">! </w:t>
      </w:r>
    </w:p>
    <w:p w14:paraId="782CC1D3" w14:textId="2B7669AA" w:rsidR="00356C56" w:rsidRDefault="00000000" w:rsidP="00E32A31">
      <w:pPr>
        <w:spacing w:after="0" w:line="240" w:lineRule="auto"/>
        <w:rPr>
          <w:i/>
          <w:lang w:val="nb-NO"/>
        </w:rPr>
      </w:pPr>
      <w:r w:rsidRPr="00E32A31">
        <w:rPr>
          <w:i/>
          <w:lang w:val="nb-NO"/>
        </w:rPr>
        <w:t>Mer kraft!</w:t>
      </w:r>
    </w:p>
    <w:p w14:paraId="5A8003EB" w14:textId="77777777" w:rsidR="00E32A31" w:rsidRPr="00E32A31" w:rsidRDefault="00E32A31" w:rsidP="00E32A31">
      <w:pPr>
        <w:spacing w:after="0" w:line="240" w:lineRule="auto"/>
        <w:rPr>
          <w:lang w:val="nb-NO"/>
        </w:rPr>
      </w:pPr>
    </w:p>
    <w:p w14:paraId="66FBA7EE" w14:textId="77777777" w:rsidR="00E32A31" w:rsidRDefault="00E32A31" w:rsidP="00E32A31">
      <w:pPr>
        <w:spacing w:after="0" w:line="240" w:lineRule="auto"/>
        <w:rPr>
          <w:lang w:val="nb-NO"/>
        </w:rPr>
      </w:pPr>
      <w:r>
        <w:rPr>
          <w:lang w:val="nb-NO"/>
        </w:rPr>
        <w:t>KAISA:</w:t>
      </w:r>
    </w:p>
    <w:p w14:paraId="24BF0279" w14:textId="77777777" w:rsidR="00C20BF2" w:rsidRDefault="00C20BF2" w:rsidP="00E32A31">
      <w:pPr>
        <w:spacing w:after="0" w:line="240" w:lineRule="auto"/>
        <w:rPr>
          <w:lang w:val="nb-NO"/>
        </w:rPr>
      </w:pPr>
      <w:proofErr w:type="spellStart"/>
      <w:r w:rsidRPr="00C20BF2">
        <w:rPr>
          <w:lang w:val="nb-NO"/>
        </w:rPr>
        <w:t>Missä</w:t>
      </w:r>
      <w:proofErr w:type="spellEnd"/>
      <w:r w:rsidRPr="00C20BF2">
        <w:rPr>
          <w:lang w:val="nb-NO"/>
        </w:rPr>
        <w:t xml:space="preserve"> </w:t>
      </w:r>
      <w:proofErr w:type="spellStart"/>
      <w:r w:rsidRPr="00C20BF2">
        <w:rPr>
          <w:lang w:val="nb-NO"/>
        </w:rPr>
        <w:t>ilma</w:t>
      </w:r>
      <w:proofErr w:type="spellEnd"/>
      <w:r w:rsidRPr="00C20BF2">
        <w:rPr>
          <w:lang w:val="nb-NO"/>
        </w:rPr>
        <w:t xml:space="preserve"> </w:t>
      </w:r>
      <w:proofErr w:type="spellStart"/>
      <w:r w:rsidRPr="00C20BF2">
        <w:rPr>
          <w:lang w:val="nb-NO"/>
        </w:rPr>
        <w:t>oon</w:t>
      </w:r>
      <w:proofErr w:type="spellEnd"/>
      <w:r w:rsidRPr="00C20BF2">
        <w:rPr>
          <w:lang w:val="nb-NO"/>
        </w:rPr>
        <w:t xml:space="preserve">? </w:t>
      </w:r>
    </w:p>
    <w:p w14:paraId="6814A9A5" w14:textId="2860CDAC" w:rsidR="00356C56" w:rsidRDefault="00000000" w:rsidP="00E32A31">
      <w:pPr>
        <w:spacing w:after="0" w:line="240" w:lineRule="auto"/>
        <w:rPr>
          <w:i/>
          <w:lang w:val="nb-NO"/>
        </w:rPr>
      </w:pPr>
      <w:r w:rsidRPr="00E32A31">
        <w:rPr>
          <w:i/>
          <w:lang w:val="nb-NO"/>
        </w:rPr>
        <w:t>Hvor er luften?</w:t>
      </w:r>
    </w:p>
    <w:p w14:paraId="733654D5" w14:textId="77777777" w:rsidR="00E32A31" w:rsidRPr="00E32A31" w:rsidRDefault="00E32A31" w:rsidP="00E32A31">
      <w:pPr>
        <w:spacing w:after="0" w:line="240" w:lineRule="auto"/>
        <w:rPr>
          <w:lang w:val="nb-NO"/>
        </w:rPr>
      </w:pPr>
    </w:p>
    <w:p w14:paraId="06616E76" w14:textId="77777777" w:rsidR="00E32A31" w:rsidRPr="00E32A31" w:rsidRDefault="00E32A31" w:rsidP="00E32A31">
      <w:pPr>
        <w:spacing w:after="0" w:line="240" w:lineRule="auto"/>
        <w:rPr>
          <w:iCs/>
          <w:lang w:val="nb-NO"/>
        </w:rPr>
      </w:pPr>
      <w:r>
        <w:rPr>
          <w:iCs/>
          <w:lang w:val="nb-NO"/>
        </w:rPr>
        <w:t xml:space="preserve">TEATERLEDER: </w:t>
      </w:r>
    </w:p>
    <w:p w14:paraId="1790404A" w14:textId="77777777" w:rsidR="00C20BF2" w:rsidRDefault="00C20BF2" w:rsidP="00E32A31">
      <w:pPr>
        <w:spacing w:after="0" w:line="240" w:lineRule="auto"/>
        <w:rPr>
          <w:lang w:val="nb-NO"/>
        </w:rPr>
      </w:pPr>
      <w:proofErr w:type="spellStart"/>
      <w:r w:rsidRPr="00C20BF2">
        <w:rPr>
          <w:lang w:val="nb-NO"/>
        </w:rPr>
        <w:t>Enämen</w:t>
      </w:r>
      <w:proofErr w:type="spellEnd"/>
      <w:r w:rsidRPr="00C20BF2">
        <w:rPr>
          <w:lang w:val="nb-NO"/>
        </w:rPr>
        <w:t xml:space="preserve"> </w:t>
      </w:r>
      <w:proofErr w:type="spellStart"/>
      <w:r w:rsidRPr="00C20BF2">
        <w:rPr>
          <w:lang w:val="nb-NO"/>
        </w:rPr>
        <w:t>voimaa</w:t>
      </w:r>
      <w:proofErr w:type="spellEnd"/>
      <w:r w:rsidRPr="00C20BF2">
        <w:rPr>
          <w:lang w:val="nb-NO"/>
        </w:rPr>
        <w:t>!</w:t>
      </w:r>
    </w:p>
    <w:p w14:paraId="7BBD11A7" w14:textId="16215395" w:rsidR="00356C56" w:rsidRDefault="00000000" w:rsidP="00E32A31">
      <w:pPr>
        <w:spacing w:after="0" w:line="240" w:lineRule="auto"/>
        <w:rPr>
          <w:i/>
          <w:lang w:val="nb-NO"/>
        </w:rPr>
      </w:pPr>
      <w:r w:rsidRPr="00E32A31">
        <w:rPr>
          <w:i/>
          <w:lang w:val="nb-NO"/>
        </w:rPr>
        <w:t>Mer kraft!</w:t>
      </w:r>
    </w:p>
    <w:p w14:paraId="41CCA238" w14:textId="77777777" w:rsidR="00E32A31" w:rsidRPr="00E32A31" w:rsidRDefault="00E32A31" w:rsidP="00E32A31">
      <w:pPr>
        <w:spacing w:after="0" w:line="240" w:lineRule="auto"/>
        <w:rPr>
          <w:lang w:val="nb-NO"/>
        </w:rPr>
      </w:pPr>
    </w:p>
    <w:p w14:paraId="24CDF69F" w14:textId="77777777" w:rsidR="00E32A31" w:rsidRDefault="00E32A31" w:rsidP="00E32A31">
      <w:pPr>
        <w:spacing w:after="0" w:line="240" w:lineRule="auto"/>
        <w:rPr>
          <w:lang w:val="nb-NO"/>
        </w:rPr>
      </w:pPr>
      <w:r>
        <w:rPr>
          <w:lang w:val="nb-NO"/>
        </w:rPr>
        <w:t>KAISA:</w:t>
      </w:r>
    </w:p>
    <w:p w14:paraId="425F8FEF" w14:textId="77777777" w:rsidR="00C20BF2" w:rsidRDefault="00C20BF2" w:rsidP="00E32A31">
      <w:pPr>
        <w:spacing w:after="0" w:line="240" w:lineRule="auto"/>
        <w:rPr>
          <w:lang w:val="nb-NO"/>
        </w:rPr>
      </w:pPr>
      <w:proofErr w:type="spellStart"/>
      <w:r w:rsidRPr="00C20BF2">
        <w:rPr>
          <w:lang w:val="nb-NO"/>
        </w:rPr>
        <w:lastRenderedPageBreak/>
        <w:t>Missä</w:t>
      </w:r>
      <w:proofErr w:type="spellEnd"/>
      <w:r w:rsidRPr="00C20BF2">
        <w:rPr>
          <w:lang w:val="nb-NO"/>
        </w:rPr>
        <w:t xml:space="preserve"> </w:t>
      </w:r>
      <w:proofErr w:type="spellStart"/>
      <w:r w:rsidRPr="00C20BF2">
        <w:rPr>
          <w:lang w:val="nb-NO"/>
        </w:rPr>
        <w:t>ilma</w:t>
      </w:r>
      <w:proofErr w:type="spellEnd"/>
      <w:r w:rsidRPr="00C20BF2">
        <w:rPr>
          <w:lang w:val="nb-NO"/>
        </w:rPr>
        <w:t xml:space="preserve"> </w:t>
      </w:r>
      <w:proofErr w:type="spellStart"/>
      <w:r w:rsidRPr="00C20BF2">
        <w:rPr>
          <w:lang w:val="nb-NO"/>
        </w:rPr>
        <w:t>oon</w:t>
      </w:r>
      <w:proofErr w:type="spellEnd"/>
      <w:r w:rsidRPr="00C20BF2">
        <w:rPr>
          <w:lang w:val="nb-NO"/>
        </w:rPr>
        <w:t>?</w:t>
      </w:r>
    </w:p>
    <w:p w14:paraId="1F5B3765" w14:textId="5DE557A0" w:rsidR="00356C56" w:rsidRDefault="00000000" w:rsidP="00E32A31">
      <w:pPr>
        <w:spacing w:after="0" w:line="240" w:lineRule="auto"/>
        <w:rPr>
          <w:i/>
          <w:lang w:val="nb-NO"/>
        </w:rPr>
      </w:pPr>
      <w:r w:rsidRPr="00E32A31">
        <w:rPr>
          <w:i/>
          <w:lang w:val="nb-NO"/>
        </w:rPr>
        <w:t>Hvor er luften?</w:t>
      </w:r>
    </w:p>
    <w:p w14:paraId="63235689" w14:textId="77777777" w:rsidR="00E32A31" w:rsidRPr="00E32A31" w:rsidRDefault="00E32A31" w:rsidP="00E32A31">
      <w:pPr>
        <w:spacing w:after="0" w:line="240" w:lineRule="auto"/>
        <w:rPr>
          <w:lang w:val="nb-NO"/>
        </w:rPr>
      </w:pPr>
    </w:p>
    <w:p w14:paraId="5DBBB0FE" w14:textId="77777777" w:rsidR="00E32A31" w:rsidRPr="00E32A31" w:rsidRDefault="00E32A31" w:rsidP="00E32A31">
      <w:pPr>
        <w:spacing w:after="0" w:line="240" w:lineRule="auto"/>
        <w:rPr>
          <w:iCs/>
          <w:lang w:val="nb-NO"/>
        </w:rPr>
      </w:pPr>
      <w:r>
        <w:rPr>
          <w:iCs/>
          <w:lang w:val="nb-NO"/>
        </w:rPr>
        <w:t xml:space="preserve">TEATERLEDER: </w:t>
      </w:r>
    </w:p>
    <w:p w14:paraId="63D4498E" w14:textId="77777777" w:rsidR="00C20BF2" w:rsidRDefault="00C20BF2" w:rsidP="00E32A31">
      <w:pPr>
        <w:spacing w:after="0" w:line="240" w:lineRule="auto"/>
        <w:rPr>
          <w:lang w:val="nb-NO"/>
        </w:rPr>
      </w:pPr>
      <w:proofErr w:type="spellStart"/>
      <w:r w:rsidRPr="00C20BF2">
        <w:rPr>
          <w:lang w:val="nb-NO"/>
        </w:rPr>
        <w:t>Nouđa</w:t>
      </w:r>
      <w:proofErr w:type="spellEnd"/>
      <w:r w:rsidRPr="00C20BF2">
        <w:rPr>
          <w:lang w:val="nb-NO"/>
        </w:rPr>
        <w:t xml:space="preserve"> sen </w:t>
      </w:r>
      <w:proofErr w:type="spellStart"/>
      <w:r w:rsidRPr="00C20BF2">
        <w:rPr>
          <w:lang w:val="nb-NO"/>
        </w:rPr>
        <w:t>ulos</w:t>
      </w:r>
      <w:proofErr w:type="spellEnd"/>
      <w:r w:rsidRPr="00C20BF2">
        <w:rPr>
          <w:lang w:val="nb-NO"/>
        </w:rPr>
        <w:t xml:space="preserve"> </w:t>
      </w:r>
      <w:proofErr w:type="spellStart"/>
      <w:r w:rsidRPr="00C20BF2">
        <w:rPr>
          <w:lang w:val="nb-NO"/>
        </w:rPr>
        <w:t>ittestästi</w:t>
      </w:r>
      <w:proofErr w:type="spellEnd"/>
      <w:r w:rsidRPr="00C20BF2">
        <w:rPr>
          <w:lang w:val="nb-NO"/>
        </w:rPr>
        <w:t xml:space="preserve">! </w:t>
      </w:r>
    </w:p>
    <w:p w14:paraId="0968DDC2" w14:textId="6AC35D04" w:rsidR="00356C56" w:rsidRPr="00E32A31" w:rsidRDefault="00000000" w:rsidP="00E32A31">
      <w:pPr>
        <w:spacing w:after="0" w:line="240" w:lineRule="auto"/>
        <w:rPr>
          <w:lang w:val="nb-NO"/>
        </w:rPr>
      </w:pPr>
      <w:r w:rsidRPr="00E32A31">
        <w:rPr>
          <w:i/>
          <w:lang w:val="nb-NO"/>
        </w:rPr>
        <w:t>Hent det ut av deg selv!</w:t>
      </w:r>
    </w:p>
    <w:p w14:paraId="042F00FF" w14:textId="77777777" w:rsidR="00E32A31" w:rsidRDefault="00E32A31" w:rsidP="00E32A31">
      <w:pPr>
        <w:spacing w:after="0" w:line="240" w:lineRule="auto"/>
        <w:rPr>
          <w:lang w:val="nb-NO"/>
        </w:rPr>
      </w:pPr>
    </w:p>
    <w:p w14:paraId="75F1AFCD" w14:textId="77777777" w:rsidR="00E32A31" w:rsidRDefault="00E32A31" w:rsidP="00E32A31">
      <w:pPr>
        <w:spacing w:after="0" w:line="240" w:lineRule="auto"/>
        <w:rPr>
          <w:lang w:val="nb-NO"/>
        </w:rPr>
      </w:pPr>
      <w:r>
        <w:rPr>
          <w:lang w:val="nb-NO"/>
        </w:rPr>
        <w:t>KAISA:</w:t>
      </w:r>
    </w:p>
    <w:p w14:paraId="58842239" w14:textId="77777777" w:rsidR="00C20BF2" w:rsidRDefault="00C20BF2" w:rsidP="00E32A31">
      <w:pPr>
        <w:spacing w:after="0" w:line="240" w:lineRule="auto"/>
        <w:rPr>
          <w:lang w:val="nb-NO"/>
        </w:rPr>
      </w:pPr>
      <w:proofErr w:type="spellStart"/>
      <w:r w:rsidRPr="00C20BF2">
        <w:rPr>
          <w:lang w:val="nb-NO"/>
        </w:rPr>
        <w:t>Missä</w:t>
      </w:r>
      <w:proofErr w:type="spellEnd"/>
      <w:r w:rsidRPr="00C20BF2">
        <w:rPr>
          <w:lang w:val="nb-NO"/>
        </w:rPr>
        <w:t xml:space="preserve"> </w:t>
      </w:r>
      <w:proofErr w:type="spellStart"/>
      <w:r w:rsidRPr="00C20BF2">
        <w:rPr>
          <w:lang w:val="nb-NO"/>
        </w:rPr>
        <w:t>ilma</w:t>
      </w:r>
      <w:proofErr w:type="spellEnd"/>
      <w:r w:rsidRPr="00C20BF2">
        <w:rPr>
          <w:lang w:val="nb-NO"/>
        </w:rPr>
        <w:t xml:space="preserve"> </w:t>
      </w:r>
      <w:proofErr w:type="spellStart"/>
      <w:r w:rsidRPr="00C20BF2">
        <w:rPr>
          <w:lang w:val="nb-NO"/>
        </w:rPr>
        <w:t>oon</w:t>
      </w:r>
      <w:proofErr w:type="spellEnd"/>
      <w:r w:rsidRPr="00C20BF2">
        <w:rPr>
          <w:lang w:val="nb-NO"/>
        </w:rPr>
        <w:t>?</w:t>
      </w:r>
    </w:p>
    <w:p w14:paraId="17101A92" w14:textId="6FC7A14E" w:rsidR="00356C56" w:rsidRDefault="00000000" w:rsidP="00E32A31">
      <w:pPr>
        <w:spacing w:after="0" w:line="240" w:lineRule="auto"/>
        <w:rPr>
          <w:i/>
          <w:lang w:val="nb-NO"/>
        </w:rPr>
      </w:pPr>
      <w:r w:rsidRPr="00E32A31">
        <w:rPr>
          <w:i/>
          <w:lang w:val="nb-NO"/>
        </w:rPr>
        <w:t>Hvor er luften?</w:t>
      </w:r>
    </w:p>
    <w:p w14:paraId="1BFD9064" w14:textId="77777777" w:rsidR="00E32A31" w:rsidRPr="00E32A31" w:rsidRDefault="00E32A31" w:rsidP="00E32A31">
      <w:pPr>
        <w:spacing w:after="0" w:line="240" w:lineRule="auto"/>
        <w:rPr>
          <w:lang w:val="nb-NO"/>
        </w:rPr>
      </w:pPr>
    </w:p>
    <w:p w14:paraId="699919E0" w14:textId="77777777" w:rsidR="00E32A31" w:rsidRPr="00E32A31" w:rsidRDefault="00E32A31" w:rsidP="00E32A31">
      <w:pPr>
        <w:spacing w:after="0" w:line="240" w:lineRule="auto"/>
        <w:rPr>
          <w:iCs/>
          <w:lang w:val="nb-NO"/>
        </w:rPr>
      </w:pPr>
      <w:r>
        <w:rPr>
          <w:iCs/>
          <w:lang w:val="nb-NO"/>
        </w:rPr>
        <w:t xml:space="preserve">TEATERLEDER: </w:t>
      </w:r>
    </w:p>
    <w:p w14:paraId="4E2F73F6" w14:textId="77777777" w:rsidR="00C20BF2" w:rsidRDefault="00C20BF2" w:rsidP="00E32A31">
      <w:pPr>
        <w:spacing w:after="0" w:line="240" w:lineRule="auto"/>
        <w:rPr>
          <w:lang w:val="nb-NO"/>
        </w:rPr>
      </w:pPr>
      <w:proofErr w:type="spellStart"/>
      <w:r w:rsidRPr="00C20BF2">
        <w:rPr>
          <w:lang w:val="nb-NO"/>
        </w:rPr>
        <w:t>Tuntekkaa</w:t>
      </w:r>
      <w:proofErr w:type="spellEnd"/>
      <w:r w:rsidRPr="00C20BF2">
        <w:rPr>
          <w:lang w:val="nb-NO"/>
        </w:rPr>
        <w:t xml:space="preserve"> kunka </w:t>
      </w:r>
      <w:proofErr w:type="spellStart"/>
      <w:r w:rsidRPr="00C20BF2">
        <w:rPr>
          <w:lang w:val="nb-NO"/>
        </w:rPr>
        <w:t>energia</w:t>
      </w:r>
      <w:proofErr w:type="spellEnd"/>
      <w:r w:rsidRPr="00C20BF2">
        <w:rPr>
          <w:lang w:val="nb-NO"/>
        </w:rPr>
        <w:t xml:space="preserve"> </w:t>
      </w:r>
      <w:proofErr w:type="spellStart"/>
      <w:r w:rsidRPr="00C20BF2">
        <w:rPr>
          <w:lang w:val="nb-NO"/>
        </w:rPr>
        <w:t>paaroilee</w:t>
      </w:r>
      <w:proofErr w:type="spellEnd"/>
      <w:r w:rsidRPr="00C20BF2">
        <w:rPr>
          <w:lang w:val="nb-NO"/>
        </w:rPr>
        <w:t xml:space="preserve">. </w:t>
      </w:r>
    </w:p>
    <w:p w14:paraId="5FD80444" w14:textId="36614F64" w:rsidR="00356C56" w:rsidRPr="00E32A31" w:rsidRDefault="00000000" w:rsidP="00E32A31">
      <w:pPr>
        <w:spacing w:after="0" w:line="240" w:lineRule="auto"/>
        <w:rPr>
          <w:lang w:val="nb-NO"/>
        </w:rPr>
      </w:pPr>
      <w:r w:rsidRPr="00E32A31">
        <w:rPr>
          <w:i/>
          <w:lang w:val="nb-NO"/>
        </w:rPr>
        <w:t>Kjenn hvordan energien bølger.</w:t>
      </w:r>
    </w:p>
    <w:p w14:paraId="688A312F" w14:textId="77777777" w:rsidR="00E32A31" w:rsidRDefault="00E32A31" w:rsidP="00E32A31">
      <w:pPr>
        <w:spacing w:after="0" w:line="240" w:lineRule="auto"/>
        <w:rPr>
          <w:lang w:val="nb-NO"/>
        </w:rPr>
      </w:pPr>
    </w:p>
    <w:p w14:paraId="12E30229" w14:textId="6A0FB653" w:rsidR="00E32A31" w:rsidRPr="00EB424A" w:rsidRDefault="00E32A31" w:rsidP="00E32A31">
      <w:pPr>
        <w:spacing w:after="0" w:line="240" w:lineRule="auto"/>
        <w:rPr>
          <w:lang w:val="nb-NO"/>
        </w:rPr>
      </w:pPr>
      <w:r w:rsidRPr="00EB424A">
        <w:rPr>
          <w:lang w:val="nb-NO"/>
        </w:rPr>
        <w:t>MAIA:</w:t>
      </w:r>
    </w:p>
    <w:p w14:paraId="6D04F231" w14:textId="77777777" w:rsidR="00C20BF2" w:rsidRPr="00C20BF2" w:rsidRDefault="00C20BF2" w:rsidP="00E32A31">
      <w:pPr>
        <w:spacing w:after="0" w:line="240" w:lineRule="auto"/>
        <w:rPr>
          <w:lang w:val="nb-NO"/>
        </w:rPr>
      </w:pPr>
      <w:proofErr w:type="spellStart"/>
      <w:r w:rsidRPr="00C20BF2">
        <w:rPr>
          <w:lang w:val="nb-NO"/>
        </w:rPr>
        <w:t>Missä</w:t>
      </w:r>
      <w:proofErr w:type="spellEnd"/>
      <w:r w:rsidRPr="00C20BF2">
        <w:rPr>
          <w:lang w:val="nb-NO"/>
        </w:rPr>
        <w:t xml:space="preserve"> </w:t>
      </w:r>
      <w:proofErr w:type="spellStart"/>
      <w:r w:rsidRPr="00C20BF2">
        <w:rPr>
          <w:lang w:val="nb-NO"/>
        </w:rPr>
        <w:t>minun</w:t>
      </w:r>
      <w:proofErr w:type="spellEnd"/>
      <w:r w:rsidRPr="00C20BF2">
        <w:rPr>
          <w:lang w:val="nb-NO"/>
        </w:rPr>
        <w:t xml:space="preserve"> </w:t>
      </w:r>
      <w:proofErr w:type="spellStart"/>
      <w:r w:rsidRPr="00C20BF2">
        <w:rPr>
          <w:lang w:val="nb-NO"/>
        </w:rPr>
        <w:t>ilma</w:t>
      </w:r>
      <w:proofErr w:type="spellEnd"/>
      <w:r w:rsidRPr="00C20BF2">
        <w:rPr>
          <w:lang w:val="nb-NO"/>
        </w:rPr>
        <w:t xml:space="preserve"> </w:t>
      </w:r>
      <w:proofErr w:type="spellStart"/>
      <w:r w:rsidRPr="00C20BF2">
        <w:rPr>
          <w:lang w:val="nb-NO"/>
        </w:rPr>
        <w:t>oon</w:t>
      </w:r>
      <w:proofErr w:type="spellEnd"/>
      <w:r w:rsidRPr="00C20BF2">
        <w:rPr>
          <w:lang w:val="nb-NO"/>
        </w:rPr>
        <w:t xml:space="preserve">? </w:t>
      </w:r>
    </w:p>
    <w:p w14:paraId="7D288B80" w14:textId="33EB82C8" w:rsidR="00356C56" w:rsidRPr="00E32A31" w:rsidRDefault="00000000" w:rsidP="00E32A31">
      <w:pPr>
        <w:spacing w:after="0" w:line="240" w:lineRule="auto"/>
        <w:rPr>
          <w:lang w:val="nb-NO"/>
        </w:rPr>
      </w:pPr>
      <w:r w:rsidRPr="00E32A31">
        <w:rPr>
          <w:i/>
          <w:lang w:val="nb-NO"/>
        </w:rPr>
        <w:t>Hvor er luften min?</w:t>
      </w:r>
    </w:p>
    <w:p w14:paraId="3A609B0E" w14:textId="77777777" w:rsidR="00C20BF2" w:rsidRDefault="00C20BF2" w:rsidP="00E32A31">
      <w:pPr>
        <w:spacing w:after="0" w:line="240" w:lineRule="auto"/>
        <w:rPr>
          <w:lang w:val="nb-NO"/>
        </w:rPr>
      </w:pPr>
      <w:proofErr w:type="spellStart"/>
      <w:r w:rsidRPr="00C20BF2">
        <w:rPr>
          <w:lang w:val="nb-NO"/>
        </w:rPr>
        <w:t>Sie</w:t>
      </w:r>
      <w:proofErr w:type="spellEnd"/>
      <w:r w:rsidRPr="00C20BF2">
        <w:rPr>
          <w:lang w:val="nb-NO"/>
        </w:rPr>
        <w:t xml:space="preserve"> </w:t>
      </w:r>
      <w:proofErr w:type="spellStart"/>
      <w:r w:rsidRPr="00C20BF2">
        <w:rPr>
          <w:lang w:val="nb-NO"/>
        </w:rPr>
        <w:t>piđit</w:t>
      </w:r>
      <w:proofErr w:type="spellEnd"/>
      <w:r w:rsidRPr="00C20BF2">
        <w:rPr>
          <w:lang w:val="nb-NO"/>
        </w:rPr>
        <w:t xml:space="preserve"> </w:t>
      </w:r>
      <w:proofErr w:type="spellStart"/>
      <w:r w:rsidRPr="00C20BF2">
        <w:rPr>
          <w:lang w:val="nb-NO"/>
        </w:rPr>
        <w:t>ottaat</w:t>
      </w:r>
      <w:proofErr w:type="spellEnd"/>
      <w:r w:rsidRPr="00C20BF2">
        <w:rPr>
          <w:lang w:val="nb-NO"/>
        </w:rPr>
        <w:t xml:space="preserve"> </w:t>
      </w:r>
      <w:proofErr w:type="spellStart"/>
      <w:r w:rsidRPr="00C20BF2">
        <w:rPr>
          <w:lang w:val="nb-NO"/>
        </w:rPr>
        <w:t>vaarin</w:t>
      </w:r>
      <w:proofErr w:type="spellEnd"/>
      <w:r w:rsidRPr="00C20BF2">
        <w:rPr>
          <w:lang w:val="nb-NO"/>
        </w:rPr>
        <w:t xml:space="preserve"> </w:t>
      </w:r>
      <w:proofErr w:type="spellStart"/>
      <w:r w:rsidRPr="00C20BF2">
        <w:rPr>
          <w:lang w:val="nb-NO"/>
        </w:rPr>
        <w:t>siitä</w:t>
      </w:r>
      <w:proofErr w:type="spellEnd"/>
      <w:r w:rsidRPr="00C20BF2">
        <w:rPr>
          <w:lang w:val="nb-NO"/>
        </w:rPr>
        <w:t xml:space="preserve">! </w:t>
      </w:r>
    </w:p>
    <w:p w14:paraId="177CB5CC" w14:textId="0317929F" w:rsidR="00356C56" w:rsidRPr="00E32A31" w:rsidRDefault="00000000" w:rsidP="00E32A31">
      <w:pPr>
        <w:spacing w:after="0" w:line="240" w:lineRule="auto"/>
        <w:rPr>
          <w:lang w:val="nb-NO"/>
        </w:rPr>
      </w:pPr>
      <w:r w:rsidRPr="00E32A31">
        <w:rPr>
          <w:i/>
          <w:lang w:val="nb-NO"/>
        </w:rPr>
        <w:t>Du skulle ta vare på den!</w:t>
      </w:r>
    </w:p>
    <w:p w14:paraId="7B173030" w14:textId="77777777" w:rsidR="00C20BF2" w:rsidRDefault="00C20BF2" w:rsidP="00E32A31">
      <w:pPr>
        <w:spacing w:after="0" w:line="240" w:lineRule="auto"/>
        <w:rPr>
          <w:lang w:val="nb-NO"/>
        </w:rPr>
      </w:pPr>
      <w:proofErr w:type="spellStart"/>
      <w:r w:rsidRPr="00C20BF2">
        <w:rPr>
          <w:lang w:val="nb-NO"/>
        </w:rPr>
        <w:t>Sie</w:t>
      </w:r>
      <w:proofErr w:type="spellEnd"/>
      <w:r w:rsidRPr="00C20BF2">
        <w:rPr>
          <w:lang w:val="nb-NO"/>
        </w:rPr>
        <w:t xml:space="preserve"> </w:t>
      </w:r>
      <w:proofErr w:type="spellStart"/>
      <w:r w:rsidRPr="00C20BF2">
        <w:rPr>
          <w:lang w:val="nb-NO"/>
        </w:rPr>
        <w:t>lupasit</w:t>
      </w:r>
      <w:proofErr w:type="spellEnd"/>
      <w:r w:rsidRPr="00C20BF2">
        <w:rPr>
          <w:lang w:val="nb-NO"/>
        </w:rPr>
        <w:t>!</w:t>
      </w:r>
    </w:p>
    <w:p w14:paraId="2657162C" w14:textId="77A47486" w:rsidR="00356C56" w:rsidRPr="00E32A31" w:rsidRDefault="00000000" w:rsidP="00E32A31">
      <w:pPr>
        <w:spacing w:after="0" w:line="240" w:lineRule="auto"/>
        <w:rPr>
          <w:lang w:val="nb-NO"/>
        </w:rPr>
      </w:pPr>
      <w:r w:rsidRPr="00E32A31">
        <w:rPr>
          <w:i/>
          <w:lang w:val="nb-NO"/>
        </w:rPr>
        <w:t>Du lovet!</w:t>
      </w:r>
    </w:p>
    <w:p w14:paraId="51FD16C4" w14:textId="77777777" w:rsidR="00C20BF2" w:rsidRDefault="00C20BF2" w:rsidP="00E32A31">
      <w:pPr>
        <w:spacing w:after="0" w:line="240" w:lineRule="auto"/>
        <w:rPr>
          <w:lang w:val="nb-NO"/>
        </w:rPr>
      </w:pPr>
      <w:proofErr w:type="spellStart"/>
      <w:r w:rsidRPr="00C20BF2">
        <w:rPr>
          <w:lang w:val="nb-NO"/>
        </w:rPr>
        <w:t>Missä</w:t>
      </w:r>
      <w:proofErr w:type="spellEnd"/>
      <w:r w:rsidRPr="00C20BF2">
        <w:rPr>
          <w:lang w:val="nb-NO"/>
        </w:rPr>
        <w:t xml:space="preserve"> </w:t>
      </w:r>
      <w:proofErr w:type="spellStart"/>
      <w:r w:rsidRPr="00C20BF2">
        <w:rPr>
          <w:lang w:val="nb-NO"/>
        </w:rPr>
        <w:t>ilma</w:t>
      </w:r>
      <w:proofErr w:type="spellEnd"/>
      <w:r w:rsidRPr="00C20BF2">
        <w:rPr>
          <w:lang w:val="nb-NO"/>
        </w:rPr>
        <w:t xml:space="preserve"> </w:t>
      </w:r>
      <w:proofErr w:type="spellStart"/>
      <w:r w:rsidRPr="00C20BF2">
        <w:rPr>
          <w:lang w:val="nb-NO"/>
        </w:rPr>
        <w:t>oon</w:t>
      </w:r>
      <w:proofErr w:type="spellEnd"/>
      <w:r w:rsidRPr="00C20BF2">
        <w:rPr>
          <w:lang w:val="nb-NO"/>
        </w:rPr>
        <w:t>!</w:t>
      </w:r>
    </w:p>
    <w:p w14:paraId="75FA5F43" w14:textId="79306E1C" w:rsidR="00356C56" w:rsidRDefault="00000000" w:rsidP="00E32A31">
      <w:pPr>
        <w:spacing w:after="0" w:line="240" w:lineRule="auto"/>
        <w:rPr>
          <w:i/>
          <w:lang w:val="nb-NO"/>
        </w:rPr>
      </w:pPr>
      <w:r w:rsidRPr="00E32A31">
        <w:rPr>
          <w:i/>
          <w:lang w:val="nb-NO"/>
        </w:rPr>
        <w:t>Hvor er luften!</w:t>
      </w:r>
    </w:p>
    <w:p w14:paraId="15C421C6" w14:textId="77777777" w:rsidR="00561E5F" w:rsidRDefault="00561E5F" w:rsidP="00E32A31">
      <w:pPr>
        <w:spacing w:after="0" w:line="240" w:lineRule="auto"/>
        <w:rPr>
          <w:lang w:val="nb-NO"/>
        </w:rPr>
      </w:pPr>
      <w:proofErr w:type="spellStart"/>
      <w:r w:rsidRPr="00561E5F">
        <w:rPr>
          <w:lang w:val="nb-NO"/>
        </w:rPr>
        <w:t>Sie</w:t>
      </w:r>
      <w:proofErr w:type="spellEnd"/>
      <w:r w:rsidRPr="00561E5F">
        <w:rPr>
          <w:lang w:val="nb-NO"/>
        </w:rPr>
        <w:t xml:space="preserve"> </w:t>
      </w:r>
      <w:proofErr w:type="spellStart"/>
      <w:r w:rsidRPr="00561E5F">
        <w:rPr>
          <w:lang w:val="nb-NO"/>
        </w:rPr>
        <w:t>lupasit</w:t>
      </w:r>
      <w:proofErr w:type="spellEnd"/>
      <w:r w:rsidRPr="00561E5F">
        <w:rPr>
          <w:lang w:val="nb-NO"/>
        </w:rPr>
        <w:t xml:space="preserve">! </w:t>
      </w:r>
    </w:p>
    <w:p w14:paraId="21257FE8" w14:textId="4375B596" w:rsidR="00356C56" w:rsidRPr="00E32A31" w:rsidRDefault="00000000" w:rsidP="00E32A31">
      <w:pPr>
        <w:spacing w:after="0" w:line="240" w:lineRule="auto"/>
        <w:rPr>
          <w:lang w:val="nb-NO"/>
        </w:rPr>
      </w:pPr>
      <w:r w:rsidRPr="00E32A31">
        <w:rPr>
          <w:i/>
          <w:lang w:val="nb-NO"/>
        </w:rPr>
        <w:t>Du lovet!</w:t>
      </w:r>
    </w:p>
    <w:p w14:paraId="36CB2B1D" w14:textId="77777777" w:rsidR="00E32A31" w:rsidRPr="00EB424A" w:rsidRDefault="00E32A31" w:rsidP="00E32A31">
      <w:pPr>
        <w:spacing w:after="0" w:line="240" w:lineRule="auto"/>
        <w:rPr>
          <w:lang w:val="nb-NO"/>
        </w:rPr>
      </w:pPr>
    </w:p>
    <w:p w14:paraId="4014DD9B" w14:textId="6BB91799" w:rsidR="00E32A31" w:rsidRPr="00EB424A" w:rsidRDefault="00E32A31" w:rsidP="00E32A31">
      <w:pPr>
        <w:spacing w:after="0" w:line="240" w:lineRule="auto"/>
        <w:rPr>
          <w:lang w:val="nb-NO"/>
        </w:rPr>
      </w:pPr>
      <w:r w:rsidRPr="00EB424A">
        <w:rPr>
          <w:lang w:val="nb-NO"/>
        </w:rPr>
        <w:t xml:space="preserve">KAISA: </w:t>
      </w:r>
    </w:p>
    <w:p w14:paraId="0DA8CD8D" w14:textId="77777777" w:rsidR="00561E5F" w:rsidRDefault="00561E5F" w:rsidP="00E32A31">
      <w:pPr>
        <w:spacing w:after="0" w:line="240" w:lineRule="auto"/>
        <w:rPr>
          <w:lang w:val="nb-NO"/>
        </w:rPr>
      </w:pPr>
      <w:proofErr w:type="spellStart"/>
      <w:r w:rsidRPr="00561E5F">
        <w:rPr>
          <w:lang w:val="nb-NO"/>
        </w:rPr>
        <w:t>Missä</w:t>
      </w:r>
      <w:proofErr w:type="spellEnd"/>
      <w:r w:rsidRPr="00561E5F">
        <w:rPr>
          <w:lang w:val="nb-NO"/>
        </w:rPr>
        <w:t xml:space="preserve"> </w:t>
      </w:r>
      <w:proofErr w:type="spellStart"/>
      <w:r w:rsidRPr="00561E5F">
        <w:rPr>
          <w:lang w:val="nb-NO"/>
        </w:rPr>
        <w:t>minun</w:t>
      </w:r>
      <w:proofErr w:type="spellEnd"/>
      <w:r w:rsidRPr="00561E5F">
        <w:rPr>
          <w:lang w:val="nb-NO"/>
        </w:rPr>
        <w:t xml:space="preserve"> </w:t>
      </w:r>
      <w:proofErr w:type="spellStart"/>
      <w:r w:rsidRPr="00561E5F">
        <w:rPr>
          <w:lang w:val="nb-NO"/>
        </w:rPr>
        <w:t>ilma</w:t>
      </w:r>
      <w:proofErr w:type="spellEnd"/>
      <w:r w:rsidRPr="00561E5F">
        <w:rPr>
          <w:lang w:val="nb-NO"/>
        </w:rPr>
        <w:t xml:space="preserve"> </w:t>
      </w:r>
      <w:proofErr w:type="spellStart"/>
      <w:r w:rsidRPr="00561E5F">
        <w:rPr>
          <w:lang w:val="nb-NO"/>
        </w:rPr>
        <w:t>oon</w:t>
      </w:r>
      <w:proofErr w:type="spellEnd"/>
      <w:r w:rsidRPr="00561E5F">
        <w:rPr>
          <w:lang w:val="nb-NO"/>
        </w:rPr>
        <w:t>?!</w:t>
      </w:r>
    </w:p>
    <w:p w14:paraId="36A8B6C8" w14:textId="5BD8224D" w:rsidR="00356C56" w:rsidRPr="00E32A31" w:rsidRDefault="00000000" w:rsidP="00E32A31">
      <w:pPr>
        <w:spacing w:after="0" w:line="240" w:lineRule="auto"/>
        <w:rPr>
          <w:lang w:val="nb-NO"/>
        </w:rPr>
      </w:pPr>
      <w:r w:rsidRPr="00E32A31">
        <w:rPr>
          <w:i/>
          <w:lang w:val="nb-NO"/>
        </w:rPr>
        <w:t>Hvor er luften min?!</w:t>
      </w:r>
    </w:p>
    <w:p w14:paraId="24FE68C6" w14:textId="77777777" w:rsidR="00E32A31" w:rsidRDefault="00E32A31" w:rsidP="00E32A31">
      <w:pPr>
        <w:spacing w:after="0" w:line="240" w:lineRule="auto"/>
        <w:rPr>
          <w:lang w:val="nb-NO"/>
        </w:rPr>
      </w:pPr>
    </w:p>
    <w:p w14:paraId="4F064261" w14:textId="77777777" w:rsidR="00E32A31" w:rsidRPr="00E32A31" w:rsidRDefault="00E32A31" w:rsidP="00E32A31">
      <w:pPr>
        <w:spacing w:after="0" w:line="240" w:lineRule="auto"/>
        <w:rPr>
          <w:iCs/>
          <w:lang w:val="nb-NO"/>
        </w:rPr>
      </w:pPr>
      <w:r>
        <w:rPr>
          <w:iCs/>
          <w:lang w:val="nb-NO"/>
        </w:rPr>
        <w:t xml:space="preserve">TEATERLEDER: </w:t>
      </w:r>
    </w:p>
    <w:p w14:paraId="7585F7DA" w14:textId="77777777" w:rsidR="00561E5F" w:rsidRDefault="00561E5F" w:rsidP="00E32A31">
      <w:pPr>
        <w:spacing w:after="0" w:line="240" w:lineRule="auto"/>
        <w:rPr>
          <w:lang w:val="nb-NO"/>
        </w:rPr>
      </w:pPr>
      <w:r w:rsidRPr="00561E5F">
        <w:rPr>
          <w:lang w:val="nb-NO"/>
        </w:rPr>
        <w:t xml:space="preserve">Kaisa, </w:t>
      </w:r>
      <w:proofErr w:type="spellStart"/>
      <w:r w:rsidRPr="00561E5F">
        <w:rPr>
          <w:lang w:val="nb-NO"/>
        </w:rPr>
        <w:t>sie</w:t>
      </w:r>
      <w:proofErr w:type="spellEnd"/>
      <w:r w:rsidRPr="00561E5F">
        <w:rPr>
          <w:lang w:val="nb-NO"/>
        </w:rPr>
        <w:t xml:space="preserve"> </w:t>
      </w:r>
      <w:proofErr w:type="spellStart"/>
      <w:r w:rsidRPr="00561E5F">
        <w:rPr>
          <w:lang w:val="nb-NO"/>
        </w:rPr>
        <w:t>piđät</w:t>
      </w:r>
      <w:proofErr w:type="spellEnd"/>
      <w:r w:rsidRPr="00561E5F">
        <w:rPr>
          <w:lang w:val="nb-NO"/>
        </w:rPr>
        <w:t xml:space="preserve"> </w:t>
      </w:r>
      <w:proofErr w:type="spellStart"/>
      <w:r w:rsidRPr="00561E5F">
        <w:rPr>
          <w:lang w:val="nb-NO"/>
        </w:rPr>
        <w:t>tyhä</w:t>
      </w:r>
      <w:proofErr w:type="spellEnd"/>
      <w:r w:rsidRPr="00561E5F">
        <w:rPr>
          <w:lang w:val="nb-NO"/>
        </w:rPr>
        <w:t xml:space="preserve"> </w:t>
      </w:r>
      <w:proofErr w:type="spellStart"/>
      <w:r w:rsidRPr="00561E5F">
        <w:rPr>
          <w:lang w:val="nb-NO"/>
        </w:rPr>
        <w:t>pelata</w:t>
      </w:r>
      <w:proofErr w:type="spellEnd"/>
      <w:r w:rsidRPr="00561E5F">
        <w:rPr>
          <w:lang w:val="nb-NO"/>
        </w:rPr>
        <w:t xml:space="preserve">! </w:t>
      </w:r>
    </w:p>
    <w:p w14:paraId="0178E5C9" w14:textId="02118773" w:rsidR="00356C56" w:rsidRDefault="00000000" w:rsidP="00E32A31">
      <w:pPr>
        <w:spacing w:after="0" w:line="240" w:lineRule="auto"/>
        <w:rPr>
          <w:i/>
          <w:lang w:val="nb-NO"/>
        </w:rPr>
      </w:pPr>
      <w:r w:rsidRPr="00E32A31">
        <w:rPr>
          <w:i/>
          <w:lang w:val="nb-NO"/>
        </w:rPr>
        <w:t>Kaisa, du skal late som!</w:t>
      </w:r>
    </w:p>
    <w:p w14:paraId="64080697" w14:textId="77777777" w:rsidR="00E32A31" w:rsidRPr="00E32A31" w:rsidRDefault="00E32A31" w:rsidP="00E32A31">
      <w:pPr>
        <w:spacing w:after="0" w:line="240" w:lineRule="auto"/>
        <w:rPr>
          <w:lang w:val="nb-NO"/>
        </w:rPr>
      </w:pPr>
    </w:p>
    <w:p w14:paraId="6B35C82B" w14:textId="77777777" w:rsidR="00E32A31" w:rsidRDefault="00E32A31" w:rsidP="00E32A31">
      <w:pPr>
        <w:spacing w:after="0" w:line="240" w:lineRule="auto"/>
        <w:rPr>
          <w:lang w:val="nb-NO"/>
        </w:rPr>
      </w:pPr>
      <w:r>
        <w:rPr>
          <w:lang w:val="nb-NO"/>
        </w:rPr>
        <w:t>KAISA:</w:t>
      </w:r>
    </w:p>
    <w:p w14:paraId="2DF986DD" w14:textId="77777777" w:rsidR="00561E5F" w:rsidRDefault="00561E5F" w:rsidP="00E32A31">
      <w:pPr>
        <w:spacing w:after="0" w:line="240" w:lineRule="auto"/>
        <w:rPr>
          <w:lang w:val="nb-NO"/>
        </w:rPr>
      </w:pPr>
      <w:proofErr w:type="spellStart"/>
      <w:r w:rsidRPr="00561E5F">
        <w:rPr>
          <w:lang w:val="nb-NO"/>
        </w:rPr>
        <w:t>Maija</w:t>
      </w:r>
      <w:proofErr w:type="spellEnd"/>
      <w:r w:rsidRPr="00561E5F">
        <w:rPr>
          <w:lang w:val="nb-NO"/>
        </w:rPr>
        <w:t xml:space="preserve">, </w:t>
      </w:r>
      <w:proofErr w:type="spellStart"/>
      <w:r w:rsidRPr="00561E5F">
        <w:rPr>
          <w:lang w:val="nb-NO"/>
        </w:rPr>
        <w:t>antheeksi</w:t>
      </w:r>
      <w:proofErr w:type="spellEnd"/>
      <w:r w:rsidRPr="00561E5F">
        <w:rPr>
          <w:lang w:val="nb-NO"/>
        </w:rPr>
        <w:t xml:space="preserve">! </w:t>
      </w:r>
    </w:p>
    <w:p w14:paraId="1613FC4E" w14:textId="7DB89A04" w:rsidR="00356C56" w:rsidRPr="00E32A31" w:rsidRDefault="00000000" w:rsidP="00E32A31">
      <w:pPr>
        <w:spacing w:after="0" w:line="240" w:lineRule="auto"/>
        <w:rPr>
          <w:lang w:val="nb-NO"/>
        </w:rPr>
      </w:pPr>
      <w:r w:rsidRPr="00E32A31">
        <w:rPr>
          <w:i/>
          <w:lang w:val="nb-NO"/>
        </w:rPr>
        <w:t>Unnskyld!</w:t>
      </w:r>
    </w:p>
    <w:p w14:paraId="73DE027C" w14:textId="77777777" w:rsidR="00561E5F" w:rsidRDefault="00561E5F" w:rsidP="00E32A31">
      <w:pPr>
        <w:spacing w:after="0" w:line="240" w:lineRule="auto"/>
        <w:rPr>
          <w:lang w:val="nb-NO"/>
        </w:rPr>
      </w:pPr>
      <w:proofErr w:type="spellStart"/>
      <w:r w:rsidRPr="00561E5F">
        <w:rPr>
          <w:lang w:val="nb-NO"/>
        </w:rPr>
        <w:t>Menneekö</w:t>
      </w:r>
      <w:proofErr w:type="spellEnd"/>
      <w:r w:rsidRPr="00561E5F">
        <w:rPr>
          <w:lang w:val="nb-NO"/>
        </w:rPr>
        <w:t xml:space="preserve"> </w:t>
      </w:r>
      <w:proofErr w:type="spellStart"/>
      <w:r w:rsidRPr="00561E5F">
        <w:rPr>
          <w:lang w:val="nb-NO"/>
        </w:rPr>
        <w:t>hyvin</w:t>
      </w:r>
      <w:proofErr w:type="spellEnd"/>
      <w:r w:rsidRPr="00561E5F">
        <w:rPr>
          <w:lang w:val="nb-NO"/>
        </w:rPr>
        <w:t xml:space="preserve">? </w:t>
      </w:r>
    </w:p>
    <w:p w14:paraId="17C2FD3A" w14:textId="5434423D" w:rsidR="00356C56" w:rsidRPr="00E32A31" w:rsidRDefault="00000000" w:rsidP="00E32A31">
      <w:pPr>
        <w:spacing w:after="0" w:line="240" w:lineRule="auto"/>
        <w:rPr>
          <w:lang w:val="nb-NO"/>
        </w:rPr>
      </w:pPr>
      <w:r w:rsidRPr="00E32A31">
        <w:rPr>
          <w:i/>
          <w:lang w:val="nb-NO"/>
        </w:rPr>
        <w:t>Går det bra?</w:t>
      </w:r>
    </w:p>
    <w:p w14:paraId="0C530C1C" w14:textId="77777777" w:rsidR="00561E5F" w:rsidRDefault="00561E5F" w:rsidP="00E32A31">
      <w:pPr>
        <w:spacing w:after="0" w:line="240" w:lineRule="auto"/>
        <w:rPr>
          <w:lang w:val="nb-NO"/>
        </w:rPr>
      </w:pPr>
      <w:proofErr w:type="spellStart"/>
      <w:r w:rsidRPr="00561E5F">
        <w:rPr>
          <w:lang w:val="nb-NO"/>
        </w:rPr>
        <w:t>Antheeksi</w:t>
      </w:r>
      <w:proofErr w:type="spellEnd"/>
      <w:r w:rsidRPr="00561E5F">
        <w:rPr>
          <w:lang w:val="nb-NO"/>
        </w:rPr>
        <w:t xml:space="preserve">, </w:t>
      </w:r>
      <w:proofErr w:type="spellStart"/>
      <w:r w:rsidRPr="00561E5F">
        <w:rPr>
          <w:lang w:val="nb-NO"/>
        </w:rPr>
        <w:t>Maija</w:t>
      </w:r>
      <w:proofErr w:type="spellEnd"/>
      <w:r w:rsidRPr="00561E5F">
        <w:rPr>
          <w:lang w:val="nb-NO"/>
        </w:rPr>
        <w:t>!</w:t>
      </w:r>
    </w:p>
    <w:p w14:paraId="2E796497" w14:textId="47A1269C" w:rsidR="00356C56" w:rsidRPr="00E32A31" w:rsidRDefault="00000000" w:rsidP="00E32A31">
      <w:pPr>
        <w:spacing w:after="0" w:line="240" w:lineRule="auto"/>
        <w:rPr>
          <w:lang w:val="nb-NO"/>
        </w:rPr>
      </w:pPr>
      <w:r w:rsidRPr="00E32A31">
        <w:rPr>
          <w:i/>
          <w:lang w:val="nb-NO"/>
        </w:rPr>
        <w:t>Unnskyld, Maia!</w:t>
      </w:r>
    </w:p>
    <w:p w14:paraId="0214ADC5" w14:textId="55708099" w:rsidR="00356C56" w:rsidRDefault="00561E5F" w:rsidP="00E32A31">
      <w:pPr>
        <w:spacing w:after="0" w:line="240" w:lineRule="auto"/>
        <w:rPr>
          <w:lang w:val="nb-NO"/>
        </w:rPr>
      </w:pPr>
      <w:proofErr w:type="spellStart"/>
      <w:r w:rsidRPr="00561E5F">
        <w:rPr>
          <w:lang w:val="nb-NO"/>
        </w:rPr>
        <w:t>Antheeksi</w:t>
      </w:r>
      <w:proofErr w:type="spellEnd"/>
      <w:r w:rsidRPr="00561E5F">
        <w:rPr>
          <w:lang w:val="nb-NO"/>
        </w:rPr>
        <w:t>!</w:t>
      </w:r>
    </w:p>
    <w:p w14:paraId="6D9CC7D2" w14:textId="77777777" w:rsidR="00561E5F" w:rsidRDefault="00561E5F" w:rsidP="00E32A31">
      <w:pPr>
        <w:spacing w:after="0" w:line="240" w:lineRule="auto"/>
        <w:rPr>
          <w:i/>
          <w:lang w:val="nb-NO"/>
        </w:rPr>
      </w:pPr>
    </w:p>
    <w:p w14:paraId="5EE149F8" w14:textId="77777777" w:rsidR="00E32A31" w:rsidRDefault="00E32A31" w:rsidP="00E32A31">
      <w:pPr>
        <w:spacing w:after="0" w:line="240" w:lineRule="auto"/>
        <w:rPr>
          <w:lang w:val="nb-NO"/>
        </w:rPr>
      </w:pPr>
      <w:r>
        <w:rPr>
          <w:lang w:val="nb-NO"/>
        </w:rPr>
        <w:t>MAIA:</w:t>
      </w:r>
    </w:p>
    <w:p w14:paraId="003FED54" w14:textId="77777777" w:rsidR="00561E5F" w:rsidRDefault="00561E5F" w:rsidP="00E32A31">
      <w:pPr>
        <w:spacing w:after="0" w:line="240" w:lineRule="auto"/>
        <w:rPr>
          <w:lang w:val="nb-NO"/>
        </w:rPr>
      </w:pPr>
      <w:proofErr w:type="spellStart"/>
      <w:r w:rsidRPr="00561E5F">
        <w:rPr>
          <w:lang w:val="nb-NO"/>
        </w:rPr>
        <w:t>Sie</w:t>
      </w:r>
      <w:proofErr w:type="spellEnd"/>
      <w:r w:rsidRPr="00561E5F">
        <w:rPr>
          <w:lang w:val="nb-NO"/>
        </w:rPr>
        <w:t xml:space="preserve"> veit multa </w:t>
      </w:r>
      <w:proofErr w:type="spellStart"/>
      <w:r w:rsidRPr="00561E5F">
        <w:rPr>
          <w:lang w:val="nb-NO"/>
        </w:rPr>
        <w:t>viimisen</w:t>
      </w:r>
      <w:proofErr w:type="spellEnd"/>
      <w:r w:rsidRPr="00561E5F">
        <w:rPr>
          <w:lang w:val="nb-NO"/>
        </w:rPr>
        <w:t xml:space="preserve"> hengen. </w:t>
      </w:r>
    </w:p>
    <w:p w14:paraId="6E5AFD2C" w14:textId="487D0BF1" w:rsidR="00356C56" w:rsidRPr="00E32A31" w:rsidRDefault="00000000" w:rsidP="00E32A31">
      <w:pPr>
        <w:spacing w:after="0" w:line="240" w:lineRule="auto"/>
        <w:rPr>
          <w:lang w:val="nb-NO"/>
        </w:rPr>
      </w:pPr>
      <w:r w:rsidRPr="00E32A31">
        <w:rPr>
          <w:i/>
          <w:lang w:val="nb-NO"/>
        </w:rPr>
        <w:t>Du tok mitt siste pust.</w:t>
      </w:r>
    </w:p>
    <w:p w14:paraId="33AF75B0" w14:textId="77777777" w:rsidR="00356C56" w:rsidRPr="00E32A31" w:rsidRDefault="00000000" w:rsidP="00E32A31">
      <w:pPr>
        <w:spacing w:after="0" w:line="240" w:lineRule="auto"/>
        <w:rPr>
          <w:lang w:val="nb-NO"/>
        </w:rPr>
      </w:pPr>
      <w:proofErr w:type="spellStart"/>
      <w:r w:rsidRPr="00E32A31">
        <w:rPr>
          <w:lang w:val="nb-NO"/>
        </w:rPr>
        <w:lastRenderedPageBreak/>
        <w:t>Maija</w:t>
      </w:r>
      <w:proofErr w:type="spellEnd"/>
      <w:r w:rsidRPr="00E32A31">
        <w:rPr>
          <w:lang w:val="nb-NO"/>
        </w:rPr>
        <w:t>!</w:t>
      </w:r>
      <w:r w:rsidRPr="00E32A31">
        <w:rPr>
          <w:lang w:val="nb-NO"/>
        </w:rPr>
        <w:br/>
      </w:r>
      <w:r w:rsidRPr="00E32A31">
        <w:rPr>
          <w:i/>
          <w:lang w:val="nb-NO"/>
        </w:rPr>
        <w:t>Maia!</w:t>
      </w:r>
    </w:p>
    <w:p w14:paraId="59B0C5D5" w14:textId="03DFA7CF" w:rsidR="00356C56" w:rsidRPr="00E32A31" w:rsidRDefault="00356C56" w:rsidP="00E32A31">
      <w:pPr>
        <w:spacing w:after="0" w:line="240" w:lineRule="auto"/>
        <w:rPr>
          <w:lang w:val="nb-NO"/>
        </w:rPr>
      </w:pPr>
    </w:p>
    <w:sectPr w:rsidR="00356C56" w:rsidRPr="00E32A31" w:rsidSect="00034616">
      <w:footerReference w:type="even" r:id="rId8"/>
      <w:footerReference w:type="default" r:id="rId9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062AF01" w14:textId="77777777" w:rsidR="00BA768C" w:rsidRDefault="00BA768C" w:rsidP="00952505">
      <w:pPr>
        <w:spacing w:after="0" w:line="240" w:lineRule="auto"/>
      </w:pPr>
      <w:r>
        <w:separator/>
      </w:r>
    </w:p>
  </w:endnote>
  <w:endnote w:type="continuationSeparator" w:id="0">
    <w:p w14:paraId="0F356E5E" w14:textId="77777777" w:rsidR="00BA768C" w:rsidRDefault="00BA768C" w:rsidP="009525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E00002FF" w:usb1="6AC7FDFB" w:usb2="08000012" w:usb3="00000000" w:csb0="0002009F" w:csb1="00000000"/>
  </w:font>
  <w:font w:name="Courier">
    <w:panose1 w:val="00000000000000000000"/>
    <w:charset w:val="00"/>
    <w:family w:val="auto"/>
    <w:pitch w:val="variable"/>
    <w:sig w:usb0="00000003" w:usb1="00000000" w:usb2="00000000" w:usb3="00000000" w:csb0="0000000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Sidetall"/>
      </w:rPr>
      <w:id w:val="-1479911635"/>
      <w:docPartObj>
        <w:docPartGallery w:val="Page Numbers (Bottom of Page)"/>
        <w:docPartUnique/>
      </w:docPartObj>
    </w:sdtPr>
    <w:sdtContent>
      <w:p w14:paraId="40597A23" w14:textId="3B94BB63" w:rsidR="00952505" w:rsidRDefault="00952505" w:rsidP="00731037">
        <w:pPr>
          <w:pStyle w:val="Bunntekst"/>
          <w:framePr w:wrap="none" w:vAnchor="text" w:hAnchor="margin" w:xAlign="right" w:y="1"/>
          <w:rPr>
            <w:rStyle w:val="Sidetall"/>
          </w:rPr>
        </w:pPr>
        <w:r>
          <w:rPr>
            <w:rStyle w:val="Sidetall"/>
          </w:rPr>
          <w:fldChar w:fldCharType="begin"/>
        </w:r>
        <w:r>
          <w:rPr>
            <w:rStyle w:val="Sidetall"/>
          </w:rPr>
          <w:instrText xml:space="preserve"> PAGE </w:instrText>
        </w:r>
        <w:r>
          <w:rPr>
            <w:rStyle w:val="Sidetall"/>
          </w:rPr>
          <w:fldChar w:fldCharType="end"/>
        </w:r>
      </w:p>
    </w:sdtContent>
  </w:sdt>
  <w:p w14:paraId="558EBB9D" w14:textId="77777777" w:rsidR="00952505" w:rsidRDefault="00952505" w:rsidP="00952505">
    <w:pPr>
      <w:pStyle w:val="Bunntekst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Sidetall"/>
      </w:rPr>
      <w:id w:val="-2041885557"/>
      <w:docPartObj>
        <w:docPartGallery w:val="Page Numbers (Bottom of Page)"/>
        <w:docPartUnique/>
      </w:docPartObj>
    </w:sdtPr>
    <w:sdtContent>
      <w:p w14:paraId="58889742" w14:textId="40D77013" w:rsidR="00952505" w:rsidRDefault="00952505" w:rsidP="00731037">
        <w:pPr>
          <w:pStyle w:val="Bunntekst"/>
          <w:framePr w:wrap="none" w:vAnchor="text" w:hAnchor="margin" w:xAlign="right" w:y="1"/>
          <w:rPr>
            <w:rStyle w:val="Sidetall"/>
          </w:rPr>
        </w:pPr>
        <w:r>
          <w:rPr>
            <w:rStyle w:val="Sidetall"/>
          </w:rPr>
          <w:fldChar w:fldCharType="begin"/>
        </w:r>
        <w:r>
          <w:rPr>
            <w:rStyle w:val="Sidetall"/>
          </w:rPr>
          <w:instrText xml:space="preserve"> PAGE </w:instrText>
        </w:r>
        <w:r>
          <w:rPr>
            <w:rStyle w:val="Sidetall"/>
          </w:rPr>
          <w:fldChar w:fldCharType="separate"/>
        </w:r>
        <w:r>
          <w:rPr>
            <w:rStyle w:val="Sidetall"/>
            <w:noProof/>
          </w:rPr>
          <w:t>3</w:t>
        </w:r>
        <w:r>
          <w:rPr>
            <w:rStyle w:val="Sidetall"/>
          </w:rPr>
          <w:fldChar w:fldCharType="end"/>
        </w:r>
      </w:p>
    </w:sdtContent>
  </w:sdt>
  <w:p w14:paraId="6FB99690" w14:textId="77777777" w:rsidR="00952505" w:rsidRDefault="00952505" w:rsidP="00952505">
    <w:pPr>
      <w:pStyle w:val="Bunntekst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1B89D03" w14:textId="77777777" w:rsidR="00BA768C" w:rsidRDefault="00BA768C" w:rsidP="00952505">
      <w:pPr>
        <w:spacing w:after="0" w:line="240" w:lineRule="auto"/>
      </w:pPr>
      <w:r>
        <w:separator/>
      </w:r>
    </w:p>
  </w:footnote>
  <w:footnote w:type="continuationSeparator" w:id="0">
    <w:p w14:paraId="4B4720E6" w14:textId="77777777" w:rsidR="00BA768C" w:rsidRDefault="00BA768C" w:rsidP="0095250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Nummerertliste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Nummerertliste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Punktliste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Punktliste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Nummerertliste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Punktliste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621909584">
    <w:abstractNumId w:val="8"/>
  </w:num>
  <w:num w:numId="2" w16cid:durableId="771969569">
    <w:abstractNumId w:val="6"/>
  </w:num>
  <w:num w:numId="3" w16cid:durableId="302122185">
    <w:abstractNumId w:val="5"/>
  </w:num>
  <w:num w:numId="4" w16cid:durableId="2096197579">
    <w:abstractNumId w:val="4"/>
  </w:num>
  <w:num w:numId="5" w16cid:durableId="444077753">
    <w:abstractNumId w:val="7"/>
  </w:num>
  <w:num w:numId="6" w16cid:durableId="937711408">
    <w:abstractNumId w:val="3"/>
  </w:num>
  <w:num w:numId="7" w16cid:durableId="928926812">
    <w:abstractNumId w:val="2"/>
  </w:num>
  <w:num w:numId="8" w16cid:durableId="1124080022">
    <w:abstractNumId w:val="1"/>
  </w:num>
  <w:num w:numId="9" w16cid:durableId="14737190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13DB1"/>
    <w:rsid w:val="00034616"/>
    <w:rsid w:val="0006063C"/>
    <w:rsid w:val="0015074B"/>
    <w:rsid w:val="0029639D"/>
    <w:rsid w:val="00326F90"/>
    <w:rsid w:val="00356C56"/>
    <w:rsid w:val="00367DCC"/>
    <w:rsid w:val="00425840"/>
    <w:rsid w:val="00561E5F"/>
    <w:rsid w:val="00952505"/>
    <w:rsid w:val="00AA1D8D"/>
    <w:rsid w:val="00AF094C"/>
    <w:rsid w:val="00B47730"/>
    <w:rsid w:val="00BA768C"/>
    <w:rsid w:val="00BB6F00"/>
    <w:rsid w:val="00C20BF2"/>
    <w:rsid w:val="00CB0664"/>
    <w:rsid w:val="00E32A31"/>
    <w:rsid w:val="00EB424A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8650D6C"/>
  <w14:defaultImageDpi w14:val="300"/>
  <w15:docId w15:val="{04AFF7EF-E43A-7446-9CBD-F75787E8B2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  <w:rPr>
      <w:rFonts w:ascii="Calibri" w:hAnsi="Calibri"/>
    </w:rPr>
  </w:style>
  <w:style w:type="paragraph" w:styleId="Overskrift1">
    <w:name w:val="heading 1"/>
    <w:basedOn w:val="Normal"/>
    <w:next w:val="Normal"/>
    <w:link w:val="Overskrift1Tegn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Overskrift3">
    <w:name w:val="heading 3"/>
    <w:basedOn w:val="Normal"/>
    <w:next w:val="Normal"/>
    <w:link w:val="Overskrift3Tegn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Topptekst">
    <w:name w:val="header"/>
    <w:basedOn w:val="Normal"/>
    <w:link w:val="TopptekstTegn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rsid w:val="00E618BF"/>
  </w:style>
  <w:style w:type="paragraph" w:styleId="Bunntekst">
    <w:name w:val="footer"/>
    <w:basedOn w:val="Normal"/>
    <w:link w:val="BunntekstTegn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E618BF"/>
  </w:style>
  <w:style w:type="paragraph" w:styleId="Ingenmellomrom">
    <w:name w:val="No Spacing"/>
    <w:uiPriority w:val="1"/>
    <w:qFormat/>
    <w:rsid w:val="00FC693F"/>
    <w:pPr>
      <w:spacing w:after="0" w:line="240" w:lineRule="auto"/>
    </w:pPr>
  </w:style>
  <w:style w:type="character" w:customStyle="1" w:styleId="Overskrift1Tegn">
    <w:name w:val="Overskrift 1 Tegn"/>
    <w:basedOn w:val="Standardskriftforavsnitt"/>
    <w:link w:val="Overskrift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Overskrift2Tegn">
    <w:name w:val="Overskrift 2 Tegn"/>
    <w:basedOn w:val="Standardskriftforavsnitt"/>
    <w:link w:val="Overskrift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Overskrift3Tegn">
    <w:name w:val="Overskrift 3 Tegn"/>
    <w:basedOn w:val="Standardskriftforavsnitt"/>
    <w:link w:val="Overskrift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tel">
    <w:name w:val="Title"/>
    <w:basedOn w:val="Normal"/>
    <w:next w:val="Normal"/>
    <w:link w:val="TittelTegn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telTegn">
    <w:name w:val="Tittel Tegn"/>
    <w:basedOn w:val="Standardskriftforavsnitt"/>
    <w:link w:val="Tittel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Undertittel">
    <w:name w:val="Subtitle"/>
    <w:basedOn w:val="Normal"/>
    <w:next w:val="Normal"/>
    <w:link w:val="UndertittelTegn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UndertittelTegn">
    <w:name w:val="Undertittel Tegn"/>
    <w:basedOn w:val="Standardskriftforavsnitt"/>
    <w:link w:val="Undertittel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eavsnitt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rdtekst">
    <w:name w:val="Body Text"/>
    <w:basedOn w:val="Normal"/>
    <w:link w:val="BrdtekstTegn"/>
    <w:uiPriority w:val="99"/>
    <w:unhideWhenUsed/>
    <w:rsid w:val="00AA1D8D"/>
    <w:pPr>
      <w:spacing w:after="120"/>
    </w:pPr>
  </w:style>
  <w:style w:type="character" w:customStyle="1" w:styleId="BrdtekstTegn">
    <w:name w:val="Brødtekst Tegn"/>
    <w:basedOn w:val="Standardskriftforavsnitt"/>
    <w:link w:val="Brdtekst"/>
    <w:uiPriority w:val="99"/>
    <w:rsid w:val="00AA1D8D"/>
  </w:style>
  <w:style w:type="paragraph" w:styleId="Brdtekst2">
    <w:name w:val="Body Text 2"/>
    <w:basedOn w:val="Normal"/>
    <w:link w:val="Brdtekst2Tegn"/>
    <w:uiPriority w:val="99"/>
    <w:unhideWhenUsed/>
    <w:rsid w:val="00AA1D8D"/>
    <w:pPr>
      <w:spacing w:after="120" w:line="480" w:lineRule="auto"/>
    </w:pPr>
  </w:style>
  <w:style w:type="character" w:customStyle="1" w:styleId="Brdtekst2Tegn">
    <w:name w:val="Brødtekst 2 Tegn"/>
    <w:basedOn w:val="Standardskriftforavsnitt"/>
    <w:link w:val="Brdtekst2"/>
    <w:uiPriority w:val="99"/>
    <w:rsid w:val="00AA1D8D"/>
  </w:style>
  <w:style w:type="paragraph" w:styleId="Brdtekst3">
    <w:name w:val="Body Text 3"/>
    <w:basedOn w:val="Normal"/>
    <w:link w:val="Brdtekst3Tegn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rdtekst3Tegn">
    <w:name w:val="Brødtekst 3 Tegn"/>
    <w:basedOn w:val="Standardskriftforavsnitt"/>
    <w:link w:val="Brdtekst3"/>
    <w:uiPriority w:val="99"/>
    <w:rsid w:val="00AA1D8D"/>
    <w:rPr>
      <w:sz w:val="16"/>
      <w:szCs w:val="16"/>
    </w:rPr>
  </w:style>
  <w:style w:type="paragraph" w:styleId="Liste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Punktliste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Punktliste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Punktliste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Nummerertliste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Nummerertliste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Nummerertliste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e-forts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e-forts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e-forts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krotekst">
    <w:name w:val="macro"/>
    <w:link w:val="MakrotekstTegn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krotekstTegn">
    <w:name w:val="Makrotekst Tegn"/>
    <w:basedOn w:val="Standardskriftforavsnitt"/>
    <w:link w:val="Makrotekst"/>
    <w:uiPriority w:val="99"/>
    <w:rsid w:val="0029639D"/>
    <w:rPr>
      <w:rFonts w:ascii="Courier" w:hAnsi="Courier"/>
      <w:sz w:val="20"/>
      <w:szCs w:val="20"/>
    </w:rPr>
  </w:style>
  <w:style w:type="paragraph" w:styleId="Sitat">
    <w:name w:val="Quote"/>
    <w:basedOn w:val="Normal"/>
    <w:next w:val="Normal"/>
    <w:link w:val="SitatTegn"/>
    <w:uiPriority w:val="29"/>
    <w:qFormat/>
    <w:rsid w:val="00FC693F"/>
    <w:rPr>
      <w:i/>
      <w:iCs/>
      <w:color w:val="000000" w:themeColor="text1"/>
    </w:rPr>
  </w:style>
  <w:style w:type="character" w:customStyle="1" w:styleId="SitatTegn">
    <w:name w:val="Sitat Tegn"/>
    <w:basedOn w:val="Standardskriftforavsnitt"/>
    <w:link w:val="Sitat"/>
    <w:uiPriority w:val="29"/>
    <w:rsid w:val="00FC693F"/>
    <w:rPr>
      <w:i/>
      <w:iCs/>
      <w:color w:val="000000" w:themeColor="text1"/>
    </w:rPr>
  </w:style>
  <w:style w:type="character" w:customStyle="1" w:styleId="Overskrift4Tegn">
    <w:name w:val="Overskrift 4 Tegn"/>
    <w:basedOn w:val="Standardskriftforavsnitt"/>
    <w:link w:val="Overskrift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Overskrift5Tegn">
    <w:name w:val="Overskrift 5 Tegn"/>
    <w:basedOn w:val="Standardskriftforavsnitt"/>
    <w:link w:val="Overskrift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Overskrift6Tegn">
    <w:name w:val="Overskrift 6 Tegn"/>
    <w:basedOn w:val="Standardskriftforavsnitt"/>
    <w:link w:val="Overskrift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Overskrift7Tegn">
    <w:name w:val="Overskrift 7 Tegn"/>
    <w:basedOn w:val="Standardskriftforavsnitt"/>
    <w:link w:val="Overskrift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Overskrift8Tegn">
    <w:name w:val="Overskrift 8 Tegn"/>
    <w:basedOn w:val="Standardskriftforavsnitt"/>
    <w:link w:val="Overskrift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Overskrift9Tegn">
    <w:name w:val="Overskrift 9 Tegn"/>
    <w:basedOn w:val="Standardskriftforavsnitt"/>
    <w:link w:val="Overskrift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Bildetekst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erk">
    <w:name w:val="Strong"/>
    <w:basedOn w:val="Standardskriftforavsnitt"/>
    <w:uiPriority w:val="22"/>
    <w:qFormat/>
    <w:rsid w:val="00FC693F"/>
    <w:rPr>
      <w:b/>
      <w:bCs/>
    </w:rPr>
  </w:style>
  <w:style w:type="character" w:styleId="Utheving">
    <w:name w:val="Emphasis"/>
    <w:basedOn w:val="Standardskriftforavsnitt"/>
    <w:uiPriority w:val="20"/>
    <w:qFormat/>
    <w:rsid w:val="00FC693F"/>
    <w:rPr>
      <w:i/>
      <w:iCs/>
    </w:rPr>
  </w:style>
  <w:style w:type="paragraph" w:styleId="Sterktsitat">
    <w:name w:val="Intense Quote"/>
    <w:basedOn w:val="Normal"/>
    <w:next w:val="Normal"/>
    <w:link w:val="SterktsitatTegn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SterktsitatTegn">
    <w:name w:val="Sterkt sitat Tegn"/>
    <w:basedOn w:val="Standardskriftforavsnitt"/>
    <w:link w:val="Sterktsitat"/>
    <w:uiPriority w:val="30"/>
    <w:rsid w:val="00FC693F"/>
    <w:rPr>
      <w:b/>
      <w:bCs/>
      <w:i/>
      <w:iCs/>
      <w:color w:val="4F81BD" w:themeColor="accent1"/>
    </w:rPr>
  </w:style>
  <w:style w:type="character" w:styleId="Svakutheving">
    <w:name w:val="Subtle Emphasis"/>
    <w:basedOn w:val="Standardskriftforavsnitt"/>
    <w:uiPriority w:val="19"/>
    <w:qFormat/>
    <w:rsid w:val="00FC693F"/>
    <w:rPr>
      <w:i/>
      <w:iCs/>
      <w:color w:val="808080" w:themeColor="text1" w:themeTint="7F"/>
    </w:rPr>
  </w:style>
  <w:style w:type="character" w:styleId="Sterkutheving">
    <w:name w:val="Intense Emphasis"/>
    <w:basedOn w:val="Standardskriftforavsnitt"/>
    <w:uiPriority w:val="21"/>
    <w:qFormat/>
    <w:rsid w:val="00FC693F"/>
    <w:rPr>
      <w:b/>
      <w:bCs/>
      <w:i/>
      <w:iCs/>
      <w:color w:val="4F81BD" w:themeColor="accent1"/>
    </w:rPr>
  </w:style>
  <w:style w:type="character" w:styleId="Svakreferanse">
    <w:name w:val="Subtle Reference"/>
    <w:basedOn w:val="Standardskriftforavsnitt"/>
    <w:uiPriority w:val="31"/>
    <w:qFormat/>
    <w:rsid w:val="00FC693F"/>
    <w:rPr>
      <w:smallCaps/>
      <w:color w:val="C0504D" w:themeColor="accent2"/>
      <w:u w:val="single"/>
    </w:rPr>
  </w:style>
  <w:style w:type="character" w:styleId="Sterkreferanse">
    <w:name w:val="Intense Reference"/>
    <w:basedOn w:val="Standardskriftforavsnit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ktittel">
    <w:name w:val="Book Title"/>
    <w:basedOn w:val="Standardskriftforavsnitt"/>
    <w:uiPriority w:val="33"/>
    <w:qFormat/>
    <w:rsid w:val="00FC693F"/>
    <w:rPr>
      <w:b/>
      <w:bCs/>
      <w:smallCaps/>
      <w:spacing w:val="5"/>
    </w:rPr>
  </w:style>
  <w:style w:type="paragraph" w:styleId="Overskriftforinnholdsfortegnelse">
    <w:name w:val="TOC Heading"/>
    <w:basedOn w:val="Overskrift1"/>
    <w:next w:val="Normal"/>
    <w:uiPriority w:val="39"/>
    <w:semiHidden/>
    <w:unhideWhenUsed/>
    <w:qFormat/>
    <w:rsid w:val="00FC693F"/>
    <w:pPr>
      <w:outlineLvl w:val="9"/>
    </w:pPr>
  </w:style>
  <w:style w:type="table" w:styleId="Tabellrutenett">
    <w:name w:val="Table Grid"/>
    <w:basedOn w:val="Vanligtabel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ysskyggelegging">
    <w:name w:val="Light Shading"/>
    <w:basedOn w:val="Vanligtabel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ysskyggelegginguthevingsfarge1">
    <w:name w:val="Light Shading Accent 1"/>
    <w:basedOn w:val="Vanligtabel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ysskyggelegginguthevingsfarge2">
    <w:name w:val="Light Shading Accent 2"/>
    <w:basedOn w:val="Vanligtabel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ysskyggelegginguthevingsfarge3">
    <w:name w:val="Light Shading Accent 3"/>
    <w:basedOn w:val="Vanligtabel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ysskyggelegginguthevingsfarge4">
    <w:name w:val="Light Shading Accent 4"/>
    <w:basedOn w:val="Vanligtabel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ysskyggelegginguthevingsfarge5">
    <w:name w:val="Light Shading Accent 5"/>
    <w:basedOn w:val="Vanligtabel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ysskyggelegginguthevingsfarge6">
    <w:name w:val="Light Shading Accent 6"/>
    <w:basedOn w:val="Vanligtabel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ysliste">
    <w:name w:val="Light List"/>
    <w:basedOn w:val="Vanligtabel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yslisteuthevingsfarge1">
    <w:name w:val="Light List Accent 1"/>
    <w:basedOn w:val="Vanligtabel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yslisteuthevingsfarge2">
    <w:name w:val="Light List Accent 2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yslisteuthevingsfarge3">
    <w:name w:val="Light List Accent 3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yslisteuthevingsfarge4">
    <w:name w:val="Light List Accent 4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yslisteuthevingsfarge5">
    <w:name w:val="Light List Accent 5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yslisteuthevingsfarge6">
    <w:name w:val="Light List Accent 6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ystrutenett">
    <w:name w:val="Light Grid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ystrutenettuthevingsfarge1">
    <w:name w:val="Light Grid Accent 1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ystrutenettuthevingsfarge2">
    <w:name w:val="Light Grid Accent 2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ystrutenettuthevingsfarge3">
    <w:name w:val="Light Grid Accent 3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ystrutenettuthevingsfarge4">
    <w:name w:val="Light Grid Accent 4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ystrutenettuthevingsfarge5">
    <w:name w:val="Light Grid Accent 5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ystrutenettuthevingsfarge6">
    <w:name w:val="Light Grid Accent 6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iddelsskyggelegging1">
    <w:name w:val="Medium Shading 1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1">
    <w:name w:val="Medium Shading 1 Accent 1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2">
    <w:name w:val="Medium Shading 1 Accent 2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3">
    <w:name w:val="Medium Shading 1 Accent 3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4">
    <w:name w:val="Medium Shading 1 Accent 4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5">
    <w:name w:val="Medium Shading 1 Accent 5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6">
    <w:name w:val="Medium Shading 1 Accent 6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2">
    <w:name w:val="Medium Shading 2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1">
    <w:name w:val="Medium Shading 2 Accent 1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2">
    <w:name w:val="Medium Shading 2 Accent 2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3">
    <w:name w:val="Medium Shading 2 Accent 3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4">
    <w:name w:val="Medium Shading 2 Accent 4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5">
    <w:name w:val="Medium Shading 2 Accent 5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6">
    <w:name w:val="Medium Shading 2 Accent 6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liste1">
    <w:name w:val="Medium List 1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iddelsliste1uthevingsfarge1">
    <w:name w:val="Medium List 1 Accent 1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iddelsliste1uthevingsfarge2">
    <w:name w:val="Medium List 1 Accent 2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iddelsliste1uthevingsfarge3">
    <w:name w:val="Medium List 1 Accent 3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iddelsliste1uthevingsfarge4">
    <w:name w:val="Medium List 1 Accent 4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iddelsliste1uthevingsfarge5">
    <w:name w:val="Medium List 1 Accent 5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iddelsliste1uthevingsfarge6">
    <w:name w:val="Medium List 1 Accent 6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iddelsliste2">
    <w:name w:val="Medium List 2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1">
    <w:name w:val="Medium List 2 Accent 1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2">
    <w:name w:val="Medium List 2 Accent 2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3">
    <w:name w:val="Medium List 2 Accent 3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4">
    <w:name w:val="Medium List 2 Accent 4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5">
    <w:name w:val="Medium List 2 Accent 5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6">
    <w:name w:val="Medium List 2 Accent 6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rutenett1">
    <w:name w:val="Medium Grid 1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iddelsrutenett1uthevingsfarge1">
    <w:name w:val="Medium Grid 1 Accent 1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iddelsrutenett1uthevingsfarge2">
    <w:name w:val="Medium Grid 1 Accent 2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iddelsrutenett1uthevingsfarge3">
    <w:name w:val="Medium Grid 1 Accent 3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iddelsrutenett1uthevingsfarge4">
    <w:name w:val="Medium Grid 1 Accent 4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iddelsrutenett1uthevingsfarge5">
    <w:name w:val="Medium Grid 1 Accent 5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iddelsrutenett1uthevingsfarge6">
    <w:name w:val="Medium Grid 1 Accent 6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iddelsrutenett2">
    <w:name w:val="Medium Grid 2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1">
    <w:name w:val="Medium Grid 2 Accent 1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2">
    <w:name w:val="Medium Grid 2 Accent 2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3">
    <w:name w:val="Medium Grid 2 Accent 3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4">
    <w:name w:val="Medium Grid 2 Accent 4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5">
    <w:name w:val="Medium Grid 2 Accent 5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6">
    <w:name w:val="Medium Grid 2 Accent 6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3">
    <w:name w:val="Medium Grid 3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iddelsrutenett3uthevingsfarge1">
    <w:name w:val="Medium Grid 3 Accent 1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iddelsrutenett3uthevingsfarge2">
    <w:name w:val="Medium Grid 3 Accent 2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iddelsrutenett3uthevingsfarge3">
    <w:name w:val="Medium Grid 3 Accent 3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iddelsrutenett3uthevingsfarge4">
    <w:name w:val="Medium Grid 3 Accent 4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iddelsrutenett3uthevingsfarge5">
    <w:name w:val="Medium Grid 3 Accent 5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iddelsrutenett3uthevingsfarge6">
    <w:name w:val="Medium Grid 3 Accent 6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Mrkliste">
    <w:name w:val="Dark List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Mrklisteuthevingsfarge1">
    <w:name w:val="Dark List Accent 1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Mrklisteuthevingsfarge2">
    <w:name w:val="Dark List Accent 2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Mrklisteuthevingsfarge3">
    <w:name w:val="Dark List Accent 3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Mrklisteuthevingsfarge4">
    <w:name w:val="Dark List Accent 4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Mrklisteuthevingsfarge5">
    <w:name w:val="Dark List Accent 5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Mrklisteuthevingsfarge6">
    <w:name w:val="Dark List Accent 6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Fargerikskyggelegging">
    <w:name w:val="Colorful Shading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1">
    <w:name w:val="Colorful Shading Accent 1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2">
    <w:name w:val="Colorful Shading Accent 2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3">
    <w:name w:val="Colorful Shading Accent 3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Fargerikskyggelegginguthevingsfarge4">
    <w:name w:val="Colorful Shading Accent 4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5">
    <w:name w:val="Colorful Shading Accent 5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6">
    <w:name w:val="Colorful Shading Accent 6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liste">
    <w:name w:val="Colorful List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Fargeriklisteuthevingsfarge1">
    <w:name w:val="Colorful List Accent 1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Fargeriklisteuthevingsfarge2">
    <w:name w:val="Colorful List Accent 2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Fargeriklisteuthevingsfarge3">
    <w:name w:val="Colorful List Accent 3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Fargeriklisteuthevingsfarge4">
    <w:name w:val="Colorful List Accent 4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Fargeriklisteuthevingsfarge5">
    <w:name w:val="Colorful List Accent 5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Fargeriklisteuthevingsfarge6">
    <w:name w:val="Colorful List Accent 6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Fargeriktrutenett">
    <w:name w:val="Colorful Grid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Fargeriktrutenettuthevingsfarge1">
    <w:name w:val="Colorful Grid Accent 1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Fargeriktrutenettuthevingsfarge2">
    <w:name w:val="Colorful Grid Accent 2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Fargeriktrutenettuthevingsfarge3">
    <w:name w:val="Colorful Grid Accent 3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Fargeriktrutenettuthevingsfarge4">
    <w:name w:val="Colorful Grid Accent 4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Fargeriktrutenettuthevingsfarge5">
    <w:name w:val="Colorful Grid Accent 5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Fargeriktrutenettuthevingsfarge6">
    <w:name w:val="Colorful Grid Accent 6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Sidetall">
    <w:name w:val="page number"/>
    <w:basedOn w:val="Standardskriftforavsnitt"/>
    <w:uiPriority w:val="99"/>
    <w:semiHidden/>
    <w:unhideWhenUsed/>
    <w:rsid w:val="0095250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4</Pages>
  <Words>388</Words>
  <Characters>2057</Characters>
  <Application>Microsoft Office Word</Application>
  <DocSecurity>0</DocSecurity>
  <Lines>17</Lines>
  <Paragraphs>4</Paragraphs>
  <ScaleCrop>false</ScaleCrop>
  <HeadingPairs>
    <vt:vector size="4" baseType="variant">
      <vt:variant>
        <vt:lpstr>Tittel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2441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Marianne Kleven</cp:lastModifiedBy>
  <cp:revision>4</cp:revision>
  <dcterms:created xsi:type="dcterms:W3CDTF">2025-12-02T12:55:00Z</dcterms:created>
  <dcterms:modified xsi:type="dcterms:W3CDTF">2025-12-03T08:21:00Z</dcterms:modified>
  <cp:category/>
</cp:coreProperties>
</file>