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B8F056" w14:textId="69EE05BA" w:rsidR="009C2A45" w:rsidRPr="009C2A45" w:rsidRDefault="009C2A45" w:rsidP="009C2A45">
      <w:pPr>
        <w:spacing w:after="0" w:line="240" w:lineRule="auto"/>
        <w:rPr>
          <w:b/>
          <w:bCs/>
          <w:lang w:val="nb-NO"/>
        </w:rPr>
      </w:pPr>
      <w:r w:rsidRPr="009C2A45">
        <w:rPr>
          <w:b/>
          <w:bCs/>
          <w:lang w:val="nb-NO"/>
        </w:rPr>
        <w:t xml:space="preserve">Bokmål og </w:t>
      </w:r>
      <w:r w:rsidR="007E798D">
        <w:rPr>
          <w:b/>
          <w:bCs/>
          <w:lang w:val="nb-NO"/>
        </w:rPr>
        <w:t>kvensk</w:t>
      </w:r>
      <w:r w:rsidRPr="009C2A45">
        <w:rPr>
          <w:b/>
          <w:bCs/>
          <w:lang w:val="nb-NO"/>
        </w:rPr>
        <w:t xml:space="preserve"> dialogmanus, episode 9</w:t>
      </w:r>
    </w:p>
    <w:p w14:paraId="18C749DB" w14:textId="77777777" w:rsidR="00D20C94" w:rsidRDefault="00D20C94" w:rsidP="009C2A45">
      <w:pPr>
        <w:spacing w:after="0" w:line="240" w:lineRule="auto"/>
        <w:rPr>
          <w:b/>
          <w:bCs/>
          <w:lang w:val="nb-NO"/>
        </w:rPr>
      </w:pPr>
      <w:r w:rsidRPr="00D20C94">
        <w:rPr>
          <w:b/>
          <w:bCs/>
          <w:lang w:val="nb-NO"/>
        </w:rPr>
        <w:t>Kesäfeeriä</w:t>
      </w:r>
    </w:p>
    <w:p w14:paraId="536DAE83" w14:textId="1F68F68D" w:rsidR="009C2A45" w:rsidRPr="004403C8" w:rsidRDefault="009C2A45" w:rsidP="009C2A45">
      <w:pPr>
        <w:spacing w:after="0" w:line="240" w:lineRule="auto"/>
        <w:rPr>
          <w:b/>
          <w:bCs/>
          <w:i/>
          <w:iCs/>
          <w:lang w:val="nb-NO"/>
        </w:rPr>
      </w:pPr>
      <w:r w:rsidRPr="004403C8">
        <w:rPr>
          <w:b/>
          <w:bCs/>
          <w:i/>
          <w:iCs/>
          <w:lang w:val="nb-NO"/>
        </w:rPr>
        <w:t>Sommerferie</w:t>
      </w:r>
    </w:p>
    <w:p w14:paraId="1800FC73" w14:textId="77777777" w:rsidR="009C2A45" w:rsidRPr="009C2A45" w:rsidRDefault="009C2A45" w:rsidP="009C2A45">
      <w:pPr>
        <w:spacing w:after="0" w:line="240" w:lineRule="auto"/>
        <w:rPr>
          <w:lang w:val="nb-NO"/>
        </w:rPr>
      </w:pPr>
    </w:p>
    <w:p w14:paraId="16FB5BFA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AARON: </w:t>
      </w:r>
    </w:p>
    <w:p w14:paraId="5F9726C9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>Mie iloitten. Tulettako minuu vasthaan?</w:t>
      </w:r>
    </w:p>
    <w:p w14:paraId="63839C9A" w14:textId="5108F476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Jeg gleder meg, møter dere meg?</w:t>
      </w:r>
    </w:p>
    <w:p w14:paraId="4B1B9BBB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738EC608" w14:textId="7240B67D" w:rsidR="009C27FC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LÆRER:</w:t>
      </w:r>
    </w:p>
    <w:p w14:paraId="47500FF3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Kiitos, wow!</w:t>
      </w:r>
    </w:p>
    <w:p w14:paraId="6580BE9B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Takk, wow!</w:t>
      </w:r>
    </w:p>
    <w:p w14:paraId="57F8D67E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Ok.</w:t>
      </w:r>
    </w:p>
    <w:p w14:paraId="00499378" w14:textId="37A5BF2A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Ok.</w:t>
      </w:r>
    </w:p>
    <w:p w14:paraId="0838B490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 xml:space="preserve">Mie olen saanu teiđän raportit. </w:t>
      </w:r>
    </w:p>
    <w:p w14:paraId="1748E859" w14:textId="61EACFF4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Jeg har fått rapportene deres. </w:t>
      </w:r>
    </w:p>
    <w:p w14:paraId="2B092899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>Kaikki ei jaksanheet pyssyyt poissa sosiaalisista meedioista</w:t>
      </w:r>
    </w:p>
    <w:p w14:paraId="20C02B9B" w14:textId="09E18071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Noen klarte ikke å holde seg borte fra sosiale medier. </w:t>
      </w:r>
    </w:p>
    <w:p w14:paraId="178FC2B5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>Jokku oon painanheet vahingossa yhtä äppii.</w:t>
      </w:r>
    </w:p>
    <w:p w14:paraId="4962D796" w14:textId="66AD0B1A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Noen har trykket på en av appene ved et uhell.</w:t>
      </w:r>
    </w:p>
    <w:p w14:paraId="480DAB83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 xml:space="preserve">Usheimat oon pärjänheet koko viikon. </w:t>
      </w:r>
    </w:p>
    <w:p w14:paraId="0CA571F4" w14:textId="3C8B5376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De fleste har klart hele uka. </w:t>
      </w:r>
    </w:p>
    <w:p w14:paraId="0B45B2E2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>Mie piđän ette tet oletta olheet hirmuiset sepät ko oletta ottanheet tehtävän niin tođesti.</w:t>
      </w:r>
    </w:p>
    <w:p w14:paraId="60B7D8F9" w14:textId="4692DD6F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Jeg er imponert over hvor alvorlig dere alle har tatt oppgaven. </w:t>
      </w:r>
    </w:p>
    <w:p w14:paraId="70673190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>Kaikki saavat palkinon.</w:t>
      </w:r>
    </w:p>
    <w:p w14:paraId="7BCA0D3B" w14:textId="210FA630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Alle får premie. </w:t>
      </w:r>
    </w:p>
    <w:p w14:paraId="2B9F08B4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>Muistelemma vielä meiđän kokemuksista ennen ko lähđemä feeriälle.</w:t>
      </w:r>
    </w:p>
    <w:p w14:paraId="3F2A7B2C" w14:textId="4AD6C060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La oss dele våre erfaringer før vi tar ferie. </w:t>
      </w:r>
    </w:p>
    <w:p w14:paraId="5BC4283D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599D6910" w14:textId="138938F4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MAIA:</w:t>
      </w:r>
    </w:p>
    <w:p w14:paraId="6509ABBA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>Mulla oli tylsää ja painhaatin vahingossa.</w:t>
      </w:r>
    </w:p>
    <w:p w14:paraId="70B60CB7" w14:textId="52BE2E79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Jeg kjedet meg og trykket av uvane. </w:t>
      </w:r>
    </w:p>
    <w:p w14:paraId="1312BBCC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536125B8" w14:textId="010D4E27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LÆRER:</w:t>
      </w:r>
    </w:p>
    <w:p w14:paraId="50BB4990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Aha, joo.</w:t>
      </w:r>
    </w:p>
    <w:p w14:paraId="3C020BF4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Aha, ja.</w:t>
      </w:r>
    </w:p>
    <w:p w14:paraId="35916609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0ABFDAC8" w14:textId="6D96ABDC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100F37E7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>Kuka oon pienii vasten?</w:t>
      </w:r>
    </w:p>
    <w:p w14:paraId="08FE267B" w14:textId="62E54183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Hvem er gravid? </w:t>
      </w:r>
    </w:p>
    <w:p w14:paraId="1916F9AE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2759F83E" w14:textId="37745BBD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ELEVER:</w:t>
      </w:r>
    </w:p>
    <w:p w14:paraId="21753625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Häh? </w:t>
      </w:r>
    </w:p>
    <w:p w14:paraId="28AAEA2E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Hæ? </w:t>
      </w:r>
    </w:p>
    <w:p w14:paraId="3FE6BE27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4DCC925B" w14:textId="518C1F64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3A92C089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>Se näyttää siltä ette joku olis kattelu vauvakampheita.</w:t>
      </w:r>
    </w:p>
    <w:p w14:paraId="7F8F9813" w14:textId="2DD40A10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Det ser ut som noen har sett på utstyr til baby. </w:t>
      </w:r>
    </w:p>
    <w:p w14:paraId="42CA1FDE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52B99106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lastRenderedPageBreak/>
        <w:t xml:space="preserve">LÆRER: </w:t>
      </w:r>
    </w:p>
    <w:p w14:paraId="72C010CB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>Niin, ajattelemma tätä assiita eđespäin.</w:t>
      </w:r>
    </w:p>
    <w:p w14:paraId="68776112" w14:textId="438C26FA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Ja, la oss forfølge den tanken videre. </w:t>
      </w:r>
    </w:p>
    <w:p w14:paraId="7FEFC5B5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>Sosiaaliset meediat tiettäävät meistä paljon, ja kans aivan privaattiita assiita.</w:t>
      </w:r>
    </w:p>
    <w:p w14:paraId="7D73824F" w14:textId="5A8A1FB8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Sosiale medier vet mye om oss, også helt private ting. </w:t>
      </w:r>
    </w:p>
    <w:p w14:paraId="5AE9C866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 xml:space="preserve">Mitä se tarkoittaa? </w:t>
      </w:r>
    </w:p>
    <w:p w14:paraId="646E24A6" w14:textId="24228234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Hva betyr det? </w:t>
      </w:r>
    </w:p>
    <w:p w14:paraId="7080F062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70CBCE7B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ELEV: </w:t>
      </w:r>
    </w:p>
    <w:p w14:paraId="6F406A93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>Ette platformit tienaavat meiđän persoonallisten tiettoin kautta.</w:t>
      </w:r>
    </w:p>
    <w:p w14:paraId="2575C109" w14:textId="71FC1862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At vår personlige informasjon er noe plattformene tjener penger på. </w:t>
      </w:r>
    </w:p>
    <w:p w14:paraId="317B36DC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1F333E51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KAISA: </w:t>
      </w:r>
    </w:p>
    <w:p w14:paraId="4AFB7B8E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>Mie rakastan viideoita beibiistä, pandakarhuista ja sen semmoisista.</w:t>
      </w:r>
    </w:p>
    <w:p w14:paraId="23CA17D1" w14:textId="54A7F8AA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Jeg elsker videoer av babyer, pandabjørner og sånn. </w:t>
      </w:r>
    </w:p>
    <w:p w14:paraId="262D821D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>Mutta en mie kuitenkhaan sen tähđen pienii vasten.</w:t>
      </w:r>
    </w:p>
    <w:p w14:paraId="7BC39B74" w14:textId="4BF8E31C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Jeg er ikke gravid av den grunn. </w:t>
      </w:r>
    </w:p>
    <w:p w14:paraId="1A2FA6EE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3C4EEF42" w14:textId="01916FF8" w:rsidR="00333915" w:rsidRPr="00D20C94" w:rsidRDefault="00333915" w:rsidP="009C2A45">
      <w:pPr>
        <w:spacing w:after="0" w:line="240" w:lineRule="auto"/>
      </w:pPr>
      <w:r w:rsidRPr="00D20C94">
        <w:t>NILS:</w:t>
      </w:r>
    </w:p>
    <w:p w14:paraId="5E4E42AD" w14:textId="77777777" w:rsidR="00D20C94" w:rsidRPr="00D20C94" w:rsidRDefault="00D20C94" w:rsidP="009C2A45">
      <w:pPr>
        <w:spacing w:after="0" w:line="240" w:lineRule="auto"/>
      </w:pPr>
      <w:r w:rsidRPr="00D20C94">
        <w:t>Pandakarhut oon uhanalainen laji…</w:t>
      </w:r>
    </w:p>
    <w:p w14:paraId="34096F7B" w14:textId="3ECD1FEB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Pandabjørner er utrydningstruet... </w:t>
      </w:r>
    </w:p>
    <w:p w14:paraId="6906845E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3CCD1269" w14:textId="55875987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MAIA:</w:t>
      </w:r>
    </w:p>
    <w:p w14:paraId="74E92836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>Ei nyt ennää.</w:t>
      </w:r>
    </w:p>
    <w:p w14:paraId="09242691" w14:textId="3D5B5C1A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Ikke nå lenger. </w:t>
      </w:r>
    </w:p>
    <w:p w14:paraId="5B4A739F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>Net oon pelastettu!</w:t>
      </w:r>
    </w:p>
    <w:p w14:paraId="5067289B" w14:textId="566AD3C1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De er reddet! </w:t>
      </w:r>
    </w:p>
    <w:p w14:paraId="314F8876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 xml:space="preserve">Eikä se kestäny ko 50 vuotta! </w:t>
      </w:r>
    </w:p>
    <w:p w14:paraId="71E0442A" w14:textId="230C7E21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Det tok bare 50 år! </w:t>
      </w:r>
    </w:p>
    <w:p w14:paraId="43A40634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23AC1184" w14:textId="02442DFE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2C4C66D6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 xml:space="preserve">Alama sitte pelastamhaan meiđän joven kalloi.   </w:t>
      </w:r>
    </w:p>
    <w:p w14:paraId="7552050B" w14:textId="62994080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La oss komme i gang med å redde fisken i elva vår da!  </w:t>
      </w:r>
    </w:p>
    <w:p w14:paraId="62F9AD0B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>Tämä oon kokonhansa turhaa.</w:t>
      </w:r>
    </w:p>
    <w:p w14:paraId="7E927A58" w14:textId="2126A7A2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Dette er totalt meningsløst. </w:t>
      </w:r>
    </w:p>
    <w:p w14:paraId="546C6B51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596C40C7" w14:textId="6278169A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687FA5EC" w14:textId="7B5D1BFD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 xml:space="preserve">Ei se nyt </w:t>
      </w:r>
      <w:r>
        <w:rPr>
          <w:lang w:val="nb-NO"/>
        </w:rPr>
        <w:t>niin</w:t>
      </w:r>
      <w:r w:rsidRPr="00D20C94">
        <w:rPr>
          <w:lang w:val="nb-NO"/>
        </w:rPr>
        <w:t xml:space="preserve"> vaaralista ole!</w:t>
      </w:r>
    </w:p>
    <w:p w14:paraId="5416D482" w14:textId="773933A8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Det er ikke så farlig! </w:t>
      </w:r>
    </w:p>
    <w:p w14:paraId="0AE36C67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4C7DAFA9" w14:textId="0DF72C6D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3C27B3F0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>Oon se!</w:t>
      </w:r>
    </w:p>
    <w:p w14:paraId="26BCC004" w14:textId="68DB325B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Jo!</w:t>
      </w:r>
    </w:p>
    <w:p w14:paraId="321F153F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0D98D7E2" w14:textId="490A5E53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53C9903E" w14:textId="77777777" w:rsidR="00D20C94" w:rsidRDefault="00D20C94" w:rsidP="009C2A45">
      <w:pPr>
        <w:spacing w:after="0" w:line="240" w:lineRule="auto"/>
      </w:pPr>
      <w:r w:rsidRPr="00D20C94">
        <w:t>Voi herraton aika, Nils!</w:t>
      </w:r>
    </w:p>
    <w:p w14:paraId="512332C1" w14:textId="065A5DB5" w:rsidR="009C27FC" w:rsidRPr="00143873" w:rsidRDefault="00000000" w:rsidP="009C2A45">
      <w:pPr>
        <w:spacing w:after="0" w:line="240" w:lineRule="auto"/>
        <w:rPr>
          <w:lang w:val="nb-NO"/>
        </w:rPr>
      </w:pPr>
      <w:r w:rsidRPr="00143873">
        <w:rPr>
          <w:i/>
          <w:lang w:val="nb-NO"/>
        </w:rPr>
        <w:t xml:space="preserve">Herregud, Nils! </w:t>
      </w:r>
    </w:p>
    <w:p w14:paraId="30F49068" w14:textId="77777777" w:rsidR="00143873" w:rsidRDefault="00143873" w:rsidP="009C2A45">
      <w:pPr>
        <w:spacing w:after="0" w:line="240" w:lineRule="auto"/>
        <w:rPr>
          <w:lang w:val="nb-NO"/>
        </w:rPr>
      </w:pPr>
      <w:r w:rsidRPr="00143873">
        <w:rPr>
          <w:lang w:val="nb-NO"/>
        </w:rPr>
        <w:t>Kunka sie sitte aijot kovota allekirjoituksii jokkee varten?</w:t>
      </w:r>
    </w:p>
    <w:p w14:paraId="2DB4B7F5" w14:textId="31EECB28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lastRenderedPageBreak/>
        <w:t xml:space="preserve">Hvordan skal du samle underskrifter for elva da? </w:t>
      </w:r>
    </w:p>
    <w:p w14:paraId="0901FCA3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61FC9DA8" w14:textId="48A0F846" w:rsidR="009C27FC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LÆRER:</w:t>
      </w:r>
    </w:p>
    <w:p w14:paraId="6C00BEE3" w14:textId="77777777" w:rsidR="00143873" w:rsidRDefault="00143873" w:rsidP="009C2A45">
      <w:pPr>
        <w:spacing w:after="0" w:line="240" w:lineRule="auto"/>
        <w:rPr>
          <w:lang w:val="nb-NO"/>
        </w:rPr>
      </w:pPr>
      <w:r w:rsidRPr="00143873">
        <w:rPr>
          <w:lang w:val="nb-NO"/>
        </w:rPr>
        <w:t xml:space="preserve">No hyvvää kessää, Nils! </w:t>
      </w:r>
    </w:p>
    <w:p w14:paraId="30AC7DF8" w14:textId="55424FEB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God sommer, Nils.</w:t>
      </w:r>
    </w:p>
    <w:p w14:paraId="646950FC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04BE571D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NILS: </w:t>
      </w:r>
    </w:p>
    <w:p w14:paraId="0171EA46" w14:textId="77777777" w:rsidR="00143873" w:rsidRDefault="00143873" w:rsidP="009C2A45">
      <w:pPr>
        <w:spacing w:after="0" w:line="240" w:lineRule="auto"/>
        <w:rPr>
          <w:lang w:val="nb-NO"/>
        </w:rPr>
      </w:pPr>
      <w:r w:rsidRPr="00143873">
        <w:rPr>
          <w:lang w:val="nb-NO"/>
        </w:rPr>
        <w:t xml:space="preserve">Perhanan hyvvää kessää… </w:t>
      </w:r>
    </w:p>
    <w:p w14:paraId="4731BDFE" w14:textId="4FFEEA5E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Forbanna god sommer... </w:t>
      </w:r>
    </w:p>
    <w:p w14:paraId="5A52950F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63D0A1BE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NOTATBOK:</w:t>
      </w:r>
    </w:p>
    <w:p w14:paraId="66B34A1D" w14:textId="77777777" w:rsidR="00143873" w:rsidRDefault="00143873" w:rsidP="009C2A45">
      <w:pPr>
        <w:spacing w:after="0" w:line="240" w:lineRule="auto"/>
        <w:rPr>
          <w:lang w:val="nb-NO"/>
        </w:rPr>
      </w:pPr>
      <w:r w:rsidRPr="00143873">
        <w:rPr>
          <w:lang w:val="nb-NO"/>
        </w:rPr>
        <w:t>Joven pelastusplaana.</w:t>
      </w:r>
    </w:p>
    <w:p w14:paraId="12136FFC" w14:textId="4A10199C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Redningsplan for elva.</w:t>
      </w:r>
    </w:p>
    <w:p w14:paraId="0EBBD3D7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5E0F2A11" w14:textId="0C0B36B8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04FF3847" w14:textId="77777777" w:rsidR="00143873" w:rsidRDefault="00143873" w:rsidP="009C2A45">
      <w:pPr>
        <w:spacing w:after="0" w:line="240" w:lineRule="auto"/>
        <w:rPr>
          <w:lang w:val="nb-NO"/>
        </w:rPr>
      </w:pPr>
      <w:r w:rsidRPr="00143873">
        <w:rPr>
          <w:lang w:val="nb-NO"/>
        </w:rPr>
        <w:t xml:space="preserve">Siekö se olet pienii vasten?! </w:t>
      </w:r>
    </w:p>
    <w:p w14:paraId="51EEC943" w14:textId="6CF16D69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Er det du som er gravid?! </w:t>
      </w:r>
    </w:p>
    <w:p w14:paraId="50ABE847" w14:textId="794589E6" w:rsidR="009C27FC" w:rsidRDefault="009C27FC" w:rsidP="009C2A45">
      <w:pPr>
        <w:spacing w:after="0" w:line="240" w:lineRule="auto"/>
        <w:rPr>
          <w:lang w:val="nb-NO"/>
        </w:rPr>
      </w:pPr>
    </w:p>
    <w:p w14:paraId="482F39EC" w14:textId="6F89DEC4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ELEVER: </w:t>
      </w:r>
    </w:p>
    <w:p w14:paraId="4D41AD6F" w14:textId="77777777" w:rsidR="00143873" w:rsidRDefault="00143873" w:rsidP="009C2A45">
      <w:pPr>
        <w:spacing w:after="0" w:line="240" w:lineRule="auto"/>
        <w:rPr>
          <w:lang w:val="nb-NO"/>
        </w:rPr>
      </w:pPr>
      <w:r w:rsidRPr="00143873">
        <w:rPr>
          <w:lang w:val="nb-NO"/>
        </w:rPr>
        <w:t>Onnee!</w:t>
      </w:r>
    </w:p>
    <w:p w14:paraId="4BFAA14D" w14:textId="7745D678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Gratulerer! </w:t>
      </w:r>
    </w:p>
    <w:p w14:paraId="690AF723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589E4B2A" w14:textId="2EFF97AA" w:rsidR="00613336" w:rsidRPr="009C2A45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>ELEV:</w:t>
      </w:r>
    </w:p>
    <w:p w14:paraId="64B7F6B1" w14:textId="77777777" w:rsidR="009C27FC" w:rsidRPr="007E798D" w:rsidRDefault="00000000" w:rsidP="009C2A45">
      <w:pPr>
        <w:spacing w:after="0" w:line="240" w:lineRule="auto"/>
        <w:rPr>
          <w:color w:val="000000" w:themeColor="text1"/>
          <w:lang w:val="nb-NO"/>
        </w:rPr>
      </w:pPr>
      <w:r w:rsidRPr="007E798D">
        <w:rPr>
          <w:color w:val="000000" w:themeColor="text1"/>
          <w:lang w:val="nb-NO"/>
        </w:rPr>
        <w:t>Wow!</w:t>
      </w:r>
    </w:p>
    <w:p w14:paraId="007FE39C" w14:textId="2266C760" w:rsidR="009C27FC" w:rsidRPr="007E798D" w:rsidRDefault="00000000" w:rsidP="009C2A45">
      <w:pPr>
        <w:spacing w:after="0" w:line="240" w:lineRule="auto"/>
        <w:rPr>
          <w:color w:val="000000" w:themeColor="text1"/>
          <w:lang w:val="nb-NO"/>
        </w:rPr>
      </w:pPr>
      <w:r w:rsidRPr="007E798D">
        <w:rPr>
          <w:i/>
          <w:color w:val="000000" w:themeColor="text1"/>
          <w:lang w:val="nb-NO"/>
        </w:rPr>
        <w:t>Wow!</w:t>
      </w:r>
    </w:p>
    <w:p w14:paraId="454B7C16" w14:textId="77777777" w:rsidR="009C27FC" w:rsidRPr="007E798D" w:rsidRDefault="009C27FC" w:rsidP="009C2A45">
      <w:pPr>
        <w:spacing w:after="0" w:line="240" w:lineRule="auto"/>
        <w:rPr>
          <w:color w:val="FF0000"/>
          <w:lang w:val="nb-NO"/>
        </w:rPr>
      </w:pPr>
    </w:p>
    <w:p w14:paraId="6C04F3F2" w14:textId="033A337E" w:rsidR="00613336" w:rsidRPr="007E798D" w:rsidRDefault="00613336" w:rsidP="009C2A45">
      <w:pPr>
        <w:spacing w:after="0" w:line="240" w:lineRule="auto"/>
        <w:rPr>
          <w:color w:val="000000" w:themeColor="text1"/>
          <w:lang w:val="nb-NO"/>
        </w:rPr>
      </w:pPr>
      <w:r w:rsidRPr="007E798D">
        <w:rPr>
          <w:color w:val="000000" w:themeColor="text1"/>
          <w:lang w:val="nb-NO"/>
        </w:rPr>
        <w:t xml:space="preserve">LÆRER: </w:t>
      </w:r>
    </w:p>
    <w:p w14:paraId="1D1A222F" w14:textId="77777777" w:rsidR="00143873" w:rsidRDefault="00143873" w:rsidP="009C2A45">
      <w:pPr>
        <w:spacing w:after="0" w:line="240" w:lineRule="auto"/>
        <w:rPr>
          <w:lang w:val="nb-NO"/>
        </w:rPr>
      </w:pPr>
      <w:r w:rsidRPr="00143873">
        <w:rPr>
          <w:lang w:val="nb-NO"/>
        </w:rPr>
        <w:t xml:space="preserve">Paljon kiitoksii! </w:t>
      </w:r>
    </w:p>
    <w:p w14:paraId="7DF0C326" w14:textId="38868E9E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Tusen takk! </w:t>
      </w:r>
    </w:p>
    <w:p w14:paraId="187B76E1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2407A6F9" w14:textId="7B2D9A1D" w:rsidR="009C27FC" w:rsidRPr="00613336" w:rsidRDefault="00613336" w:rsidP="009C2A45">
      <w:pPr>
        <w:spacing w:after="0" w:line="240" w:lineRule="auto"/>
      </w:pPr>
      <w:r w:rsidRPr="00613336">
        <w:t>AARON:</w:t>
      </w:r>
    </w:p>
    <w:p w14:paraId="67001EB1" w14:textId="0AA66982" w:rsidR="00143873" w:rsidRPr="00143873" w:rsidRDefault="00143873" w:rsidP="009C2A45">
      <w:pPr>
        <w:spacing w:after="0" w:line="240" w:lineRule="auto"/>
        <w:rPr>
          <w:lang w:val="nb-NO"/>
        </w:rPr>
      </w:pPr>
      <w:r w:rsidRPr="00143873">
        <w:rPr>
          <w:lang w:val="nb-NO"/>
        </w:rPr>
        <w:t>Halloo, mie tulen pyssilä perjantaina kl 14.10</w:t>
      </w:r>
      <w:r>
        <w:rPr>
          <w:lang w:val="nb-NO"/>
        </w:rPr>
        <w:t>!</w:t>
      </w:r>
    </w:p>
    <w:p w14:paraId="32461088" w14:textId="6BB70322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Jeg kommer med bussen fredag klokka 14.10!</w:t>
      </w:r>
    </w:p>
    <w:p w14:paraId="51E1504E" w14:textId="77777777" w:rsidR="00143873" w:rsidRDefault="00143873" w:rsidP="009C2A45">
      <w:pPr>
        <w:spacing w:after="0" w:line="240" w:lineRule="auto"/>
        <w:rPr>
          <w:lang w:val="nb-NO"/>
        </w:rPr>
      </w:pPr>
      <w:r w:rsidRPr="00143873">
        <w:rPr>
          <w:lang w:val="nb-NO"/>
        </w:rPr>
        <w:t xml:space="preserve">Vastakkaa jo! </w:t>
      </w:r>
    </w:p>
    <w:p w14:paraId="6914A0DD" w14:textId="37765680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Svar da!</w:t>
      </w:r>
    </w:p>
    <w:p w14:paraId="576C3C04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4CD37ACA" w14:textId="03FC22A6" w:rsidR="00613336" w:rsidRPr="009C2A45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1A22F757" w14:textId="77777777" w:rsidR="00143873" w:rsidRDefault="00143873" w:rsidP="009C2A45">
      <w:pPr>
        <w:spacing w:after="0" w:line="240" w:lineRule="auto"/>
        <w:rPr>
          <w:lang w:val="nb-NO"/>
        </w:rPr>
      </w:pPr>
      <w:r w:rsidRPr="00143873">
        <w:rPr>
          <w:lang w:val="nb-NO"/>
        </w:rPr>
        <w:t>Voi taavetti!</w:t>
      </w:r>
    </w:p>
    <w:p w14:paraId="3D233FA1" w14:textId="320F9063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Oi, søren! </w:t>
      </w:r>
    </w:p>
    <w:p w14:paraId="0C4CC55B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5D6EED6E" w14:textId="547FD93B" w:rsidR="009C27FC" w:rsidRPr="009C2A45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ELEVER: </w:t>
      </w:r>
    </w:p>
    <w:p w14:paraId="22F81146" w14:textId="77777777" w:rsidR="00143873" w:rsidRDefault="00143873" w:rsidP="009C2A45">
      <w:pPr>
        <w:spacing w:after="0" w:line="240" w:lineRule="auto"/>
        <w:rPr>
          <w:lang w:val="nb-NO"/>
        </w:rPr>
      </w:pPr>
      <w:r w:rsidRPr="00143873">
        <w:rPr>
          <w:lang w:val="nb-NO"/>
        </w:rPr>
        <w:t>Hyvvää kessää teile!</w:t>
      </w:r>
    </w:p>
    <w:p w14:paraId="09057C9E" w14:textId="328A805B" w:rsidR="00143873" w:rsidRDefault="00143873" w:rsidP="009C2A45">
      <w:pPr>
        <w:spacing w:after="0" w:line="240" w:lineRule="auto"/>
        <w:rPr>
          <w:lang w:val="nb-NO"/>
        </w:rPr>
      </w:pPr>
      <w:r w:rsidRPr="00143873">
        <w:rPr>
          <w:lang w:val="nb-NO"/>
        </w:rPr>
        <w:t>Sosiaalinen meedia….</w:t>
      </w:r>
      <w:r>
        <w:rPr>
          <w:lang w:val="nb-NO"/>
        </w:rPr>
        <w:t>!</w:t>
      </w:r>
      <w:r w:rsidRPr="00143873">
        <w:rPr>
          <w:lang w:val="nb-NO"/>
        </w:rPr>
        <w:t xml:space="preserve"> </w:t>
      </w:r>
    </w:p>
    <w:p w14:paraId="64995399" w14:textId="54F2FDF5" w:rsidR="009C27FC" w:rsidRDefault="00000000" w:rsidP="009C2A45">
      <w:pPr>
        <w:spacing w:after="0" w:line="240" w:lineRule="auto"/>
        <w:rPr>
          <w:i/>
          <w:lang w:val="nb-NO"/>
        </w:rPr>
      </w:pPr>
      <w:r w:rsidRPr="009C2A45">
        <w:rPr>
          <w:i/>
          <w:lang w:val="nb-NO"/>
        </w:rPr>
        <w:t xml:space="preserve">God sommer! </w:t>
      </w:r>
    </w:p>
    <w:p w14:paraId="021D3363" w14:textId="5BEF23EE" w:rsidR="00613336" w:rsidRPr="009C2A45" w:rsidRDefault="00613336" w:rsidP="009C2A45">
      <w:pPr>
        <w:spacing w:after="0" w:line="240" w:lineRule="auto"/>
        <w:rPr>
          <w:lang w:val="nb-NO"/>
        </w:rPr>
      </w:pPr>
      <w:r>
        <w:rPr>
          <w:i/>
          <w:lang w:val="nb-NO"/>
        </w:rPr>
        <w:t>Sosiale medier!</w:t>
      </w:r>
    </w:p>
    <w:p w14:paraId="69290439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31016EB7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14439B0B" w14:textId="77777777" w:rsidR="00613336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EEVA: </w:t>
      </w:r>
    </w:p>
    <w:p w14:paraId="160F4003" w14:textId="621778EC" w:rsidR="00143873" w:rsidRDefault="00143873" w:rsidP="009C2A45">
      <w:pPr>
        <w:spacing w:after="0" w:line="240" w:lineRule="auto"/>
        <w:rPr>
          <w:lang w:val="nb-NO"/>
        </w:rPr>
      </w:pPr>
      <w:r w:rsidRPr="00143873">
        <w:rPr>
          <w:lang w:val="nb-NO"/>
        </w:rPr>
        <w:lastRenderedPageBreak/>
        <w:t>Oi,</w:t>
      </w:r>
      <w:r>
        <w:rPr>
          <w:lang w:val="nb-NO"/>
        </w:rPr>
        <w:t xml:space="preserve"> </w:t>
      </w:r>
      <w:r w:rsidRPr="00143873">
        <w:rPr>
          <w:lang w:val="nb-NO"/>
        </w:rPr>
        <w:t xml:space="preserve">tuliko se niin pahale mielele… </w:t>
      </w:r>
    </w:p>
    <w:p w14:paraId="0D00ECA3" w14:textId="2849109E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Ble han så lei seg… </w:t>
      </w:r>
    </w:p>
    <w:p w14:paraId="0B19F896" w14:textId="77777777" w:rsidR="00613336" w:rsidRDefault="00613336" w:rsidP="009C2A45">
      <w:pPr>
        <w:spacing w:after="0" w:line="240" w:lineRule="auto"/>
        <w:rPr>
          <w:lang w:val="nb-NO"/>
        </w:rPr>
      </w:pPr>
    </w:p>
    <w:p w14:paraId="004680BE" w14:textId="77777777" w:rsidR="00613336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69EE6C09" w14:textId="77777777" w:rsidR="00143873" w:rsidRDefault="00143873" w:rsidP="009C2A45">
      <w:pPr>
        <w:spacing w:after="0" w:line="240" w:lineRule="auto"/>
        <w:rPr>
          <w:lang w:val="nb-NO"/>
        </w:rPr>
      </w:pPr>
      <w:r w:rsidRPr="00143873">
        <w:rPr>
          <w:lang w:val="nb-NO"/>
        </w:rPr>
        <w:t>Hei Eeva, saattaako etiäinen assuu sinun tykönä?</w:t>
      </w:r>
    </w:p>
    <w:p w14:paraId="457AD340" w14:textId="5FD42DD0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Hei Eeva, kan vardøger bo hos deg?</w:t>
      </w:r>
    </w:p>
    <w:p w14:paraId="14070C07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7F62BA51" w14:textId="66687A8E" w:rsidR="00613336" w:rsidRPr="009C2A45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26FEE8B0" w14:textId="77777777" w:rsidR="00143873" w:rsidRDefault="00143873" w:rsidP="009C2A45">
      <w:pPr>
        <w:spacing w:after="0" w:line="240" w:lineRule="auto"/>
        <w:rPr>
          <w:lang w:val="nb-NO"/>
        </w:rPr>
      </w:pPr>
      <w:r w:rsidRPr="00143873">
        <w:rPr>
          <w:lang w:val="nb-NO"/>
        </w:rPr>
        <w:t>Miksi se ei tyhä ringanu!</w:t>
      </w:r>
    </w:p>
    <w:p w14:paraId="5E0FD989" w14:textId="1C3177D1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Kunne han ikke bare ringt! </w:t>
      </w:r>
    </w:p>
    <w:p w14:paraId="21193B68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19CD53E4" w14:textId="137D013A" w:rsidR="00613336" w:rsidRPr="009C2A45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KAISA OG EEVA: </w:t>
      </w:r>
    </w:p>
    <w:p w14:paraId="6008C811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Ohoh! </w:t>
      </w:r>
    </w:p>
    <w:p w14:paraId="4BF0125C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Oi.</w:t>
      </w:r>
    </w:p>
    <w:p w14:paraId="57E4275D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sectPr w:rsidR="009C27FC" w:rsidRPr="009C2A45" w:rsidSect="000346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EEC387" w14:textId="77777777" w:rsidR="0081322D" w:rsidRDefault="0081322D" w:rsidP="00613336">
      <w:pPr>
        <w:spacing w:after="0" w:line="240" w:lineRule="auto"/>
      </w:pPr>
      <w:r>
        <w:separator/>
      </w:r>
    </w:p>
  </w:endnote>
  <w:endnote w:type="continuationSeparator" w:id="0">
    <w:p w14:paraId="65C70CB4" w14:textId="77777777" w:rsidR="0081322D" w:rsidRDefault="0081322D" w:rsidP="006133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46286404"/>
      <w:docPartObj>
        <w:docPartGallery w:val="Page Numbers (Bottom of Page)"/>
        <w:docPartUnique/>
      </w:docPartObj>
    </w:sdtPr>
    <w:sdtContent>
      <w:p w14:paraId="053C448B" w14:textId="45B63F3A" w:rsidR="00613336" w:rsidRDefault="00613336" w:rsidP="00966038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5DB0E269" w14:textId="77777777" w:rsidR="00613336" w:rsidRDefault="00613336" w:rsidP="00613336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495716327"/>
      <w:docPartObj>
        <w:docPartGallery w:val="Page Numbers (Bottom of Page)"/>
        <w:docPartUnique/>
      </w:docPartObj>
    </w:sdtPr>
    <w:sdtContent>
      <w:p w14:paraId="068F2AA8" w14:textId="7AB581FF" w:rsidR="00613336" w:rsidRDefault="00613336" w:rsidP="00966038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4</w:t>
        </w:r>
        <w:r>
          <w:rPr>
            <w:rStyle w:val="Sidetall"/>
          </w:rPr>
          <w:fldChar w:fldCharType="end"/>
        </w:r>
      </w:p>
    </w:sdtContent>
  </w:sdt>
  <w:p w14:paraId="785CBD7B" w14:textId="77777777" w:rsidR="00613336" w:rsidRDefault="00613336" w:rsidP="00613336">
    <w:pPr>
      <w:pStyle w:val="Bunntekst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4DA28A" w14:textId="77777777" w:rsidR="00613336" w:rsidRDefault="00613336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68BC4C" w14:textId="77777777" w:rsidR="0081322D" w:rsidRDefault="0081322D" w:rsidP="00613336">
      <w:pPr>
        <w:spacing w:after="0" w:line="240" w:lineRule="auto"/>
      </w:pPr>
      <w:r>
        <w:separator/>
      </w:r>
    </w:p>
  </w:footnote>
  <w:footnote w:type="continuationSeparator" w:id="0">
    <w:p w14:paraId="21D7B974" w14:textId="77777777" w:rsidR="0081322D" w:rsidRDefault="0081322D" w:rsidP="006133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425691" w14:textId="77777777" w:rsidR="00613336" w:rsidRDefault="00613336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25BCE" w14:textId="77777777" w:rsidR="00613336" w:rsidRDefault="00613336">
    <w:pPr>
      <w:pStyle w:val="Top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B18C5B" w14:textId="77777777" w:rsidR="00613336" w:rsidRDefault="00613336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36323418">
    <w:abstractNumId w:val="8"/>
  </w:num>
  <w:num w:numId="2" w16cid:durableId="547305055">
    <w:abstractNumId w:val="6"/>
  </w:num>
  <w:num w:numId="3" w16cid:durableId="165052148">
    <w:abstractNumId w:val="5"/>
  </w:num>
  <w:num w:numId="4" w16cid:durableId="144510897">
    <w:abstractNumId w:val="4"/>
  </w:num>
  <w:num w:numId="5" w16cid:durableId="1807115356">
    <w:abstractNumId w:val="7"/>
  </w:num>
  <w:num w:numId="6" w16cid:durableId="1301378021">
    <w:abstractNumId w:val="3"/>
  </w:num>
  <w:num w:numId="7" w16cid:durableId="1805856019">
    <w:abstractNumId w:val="2"/>
  </w:num>
  <w:num w:numId="8" w16cid:durableId="156112198">
    <w:abstractNumId w:val="1"/>
  </w:num>
  <w:num w:numId="9" w16cid:durableId="9532894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43873"/>
    <w:rsid w:val="0015074B"/>
    <w:rsid w:val="0029639D"/>
    <w:rsid w:val="00326F90"/>
    <w:rsid w:val="00333915"/>
    <w:rsid w:val="004403C8"/>
    <w:rsid w:val="00544EEA"/>
    <w:rsid w:val="00613336"/>
    <w:rsid w:val="007E798D"/>
    <w:rsid w:val="0081322D"/>
    <w:rsid w:val="0094741B"/>
    <w:rsid w:val="009C27FC"/>
    <w:rsid w:val="009C2A45"/>
    <w:rsid w:val="00AA1D8D"/>
    <w:rsid w:val="00B47730"/>
    <w:rsid w:val="00CA515C"/>
    <w:rsid w:val="00CB0664"/>
    <w:rsid w:val="00D20C94"/>
    <w:rsid w:val="00EC7F0C"/>
    <w:rsid w:val="00FC693F"/>
    <w:rsid w:val="00FE6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C6F2F97"/>
  <w14:defaultImageDpi w14:val="300"/>
  <w15:docId w15:val="{4D1C0E51-0061-AF45-A471-EA7FC2543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6133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504</Words>
  <Characters>2672</Characters>
  <Application>Microsoft Office Word</Application>
  <DocSecurity>0</DocSecurity>
  <Lines>22</Lines>
  <Paragraphs>6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3170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4</cp:revision>
  <dcterms:created xsi:type="dcterms:W3CDTF">2025-12-02T13:33:00Z</dcterms:created>
  <dcterms:modified xsi:type="dcterms:W3CDTF">2025-12-03T08:22:00Z</dcterms:modified>
  <cp:category/>
</cp:coreProperties>
</file>