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DFEC2" w14:textId="6FE4B864" w:rsidR="00EA68CC" w:rsidRPr="00EA68CC" w:rsidRDefault="00A9646B" w:rsidP="005A017D">
      <w:pPr>
        <w:spacing w:after="0" w:line="240" w:lineRule="auto"/>
        <w:rPr>
          <w:b/>
          <w:bCs/>
          <w:lang w:val="nb-NO"/>
        </w:rPr>
      </w:pPr>
      <w:r>
        <w:rPr>
          <w:b/>
          <w:bCs/>
          <w:lang w:val="nb-NO"/>
        </w:rPr>
        <w:t>F</w:t>
      </w:r>
      <w:r w:rsidR="00EA68CC" w:rsidRPr="00EA68CC">
        <w:rPr>
          <w:b/>
          <w:bCs/>
          <w:lang w:val="nb-NO"/>
        </w:rPr>
        <w:t>insk</w:t>
      </w:r>
      <w:r w:rsidR="00DD5917">
        <w:rPr>
          <w:b/>
          <w:bCs/>
          <w:lang w:val="nb-NO"/>
        </w:rPr>
        <w:t xml:space="preserve"> dialogmanus</w:t>
      </w:r>
      <w:r w:rsidR="00EA68CC" w:rsidRPr="00EA68CC">
        <w:rPr>
          <w:b/>
          <w:bCs/>
          <w:lang w:val="nb-NO"/>
        </w:rPr>
        <w:t>, episode 10</w:t>
      </w:r>
    </w:p>
    <w:p w14:paraId="428B0F77" w14:textId="0A40F262" w:rsidR="00EA68CC" w:rsidRPr="00EA68CC" w:rsidRDefault="00EA68CC" w:rsidP="005A017D">
      <w:pPr>
        <w:spacing w:after="0" w:line="240" w:lineRule="auto"/>
        <w:rPr>
          <w:b/>
          <w:bCs/>
          <w:lang w:val="nb-NO"/>
        </w:rPr>
      </w:pPr>
      <w:r w:rsidRPr="00EA68CC">
        <w:rPr>
          <w:b/>
          <w:bCs/>
          <w:lang w:val="nb-NO"/>
        </w:rPr>
        <w:t>Bussipysäkki</w:t>
      </w:r>
    </w:p>
    <w:p w14:paraId="50A00B87" w14:textId="77777777" w:rsidR="00EA68CC" w:rsidRDefault="00EA68CC" w:rsidP="005A017D">
      <w:pPr>
        <w:spacing w:after="0" w:line="240" w:lineRule="auto"/>
        <w:rPr>
          <w:i/>
          <w:iCs/>
          <w:lang w:val="nb-NO"/>
        </w:rPr>
      </w:pPr>
    </w:p>
    <w:p w14:paraId="1C4DCD4C" w14:textId="3AED2B44" w:rsidR="00EA68CC" w:rsidRPr="00EA68CC" w:rsidRDefault="00EA68CC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131EE5B9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>Hei Eeva.</w:t>
      </w:r>
    </w:p>
    <w:p w14:paraId="1F3388A9" w14:textId="77777777" w:rsidR="00EA79B4" w:rsidRPr="00A9646B" w:rsidRDefault="00EA79B4" w:rsidP="005A017D">
      <w:pPr>
        <w:spacing w:after="0" w:line="240" w:lineRule="auto"/>
        <w:rPr>
          <w:lang w:val="nb-NO"/>
        </w:rPr>
      </w:pPr>
    </w:p>
    <w:p w14:paraId="7A2A7406" w14:textId="77777777" w:rsidR="00EA79B4" w:rsidRPr="00A9646B" w:rsidRDefault="00EA79B4" w:rsidP="005A017D">
      <w:pPr>
        <w:spacing w:after="0" w:line="240" w:lineRule="auto"/>
        <w:rPr>
          <w:lang w:val="nb-NO"/>
        </w:rPr>
      </w:pPr>
      <w:r w:rsidRPr="00A9646B">
        <w:rPr>
          <w:lang w:val="nb-NO"/>
        </w:rPr>
        <w:t>EEVA:</w:t>
      </w:r>
    </w:p>
    <w:p w14:paraId="0CAFCAC8" w14:textId="092C0E3A" w:rsidR="00EF112A" w:rsidRPr="00A9646B" w:rsidRDefault="00000000" w:rsidP="005A017D">
      <w:pPr>
        <w:spacing w:after="0" w:line="240" w:lineRule="auto"/>
        <w:rPr>
          <w:lang w:val="nb-NO"/>
        </w:rPr>
      </w:pPr>
      <w:r w:rsidRPr="00A9646B">
        <w:rPr>
          <w:lang w:val="nb-NO"/>
        </w:rPr>
        <w:t>Aaron?</w:t>
      </w:r>
    </w:p>
    <w:p w14:paraId="43505F60" w14:textId="77777777" w:rsidR="00EF112A" w:rsidRPr="00A9646B" w:rsidRDefault="00EF112A" w:rsidP="005A017D">
      <w:pPr>
        <w:spacing w:after="0" w:line="240" w:lineRule="auto"/>
        <w:rPr>
          <w:lang w:val="nb-NO"/>
        </w:rPr>
      </w:pPr>
    </w:p>
    <w:p w14:paraId="4E2E2462" w14:textId="440CAF30" w:rsidR="00EA79B4" w:rsidRPr="00A9646B" w:rsidRDefault="00EA79B4" w:rsidP="005A017D">
      <w:pPr>
        <w:spacing w:after="0" w:line="240" w:lineRule="auto"/>
        <w:rPr>
          <w:lang w:val="nb-NO"/>
        </w:rPr>
      </w:pPr>
      <w:r w:rsidRPr="00A9646B">
        <w:rPr>
          <w:lang w:val="nb-NO"/>
        </w:rPr>
        <w:t>KAISA:</w:t>
      </w:r>
    </w:p>
    <w:p w14:paraId="7D67D105" w14:textId="77777777" w:rsidR="00EF112A" w:rsidRPr="00A9646B" w:rsidRDefault="00000000" w:rsidP="005A017D">
      <w:pPr>
        <w:spacing w:after="0" w:line="240" w:lineRule="auto"/>
        <w:rPr>
          <w:lang w:val="nb-NO"/>
        </w:rPr>
      </w:pPr>
      <w:r w:rsidRPr="00A9646B">
        <w:rPr>
          <w:lang w:val="nb-NO"/>
        </w:rPr>
        <w:t xml:space="preserve">Ohoh! </w:t>
      </w:r>
    </w:p>
    <w:p w14:paraId="376EA1AE" w14:textId="77777777" w:rsidR="002B5E5E" w:rsidRDefault="002B5E5E" w:rsidP="005A017D">
      <w:pPr>
        <w:spacing w:after="0" w:line="240" w:lineRule="auto"/>
        <w:rPr>
          <w:i/>
          <w:lang w:val="nb-NO"/>
        </w:rPr>
      </w:pPr>
    </w:p>
    <w:p w14:paraId="17A309FC" w14:textId="7FDC09BD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ALLE:</w:t>
      </w:r>
    </w:p>
    <w:p w14:paraId="64C2D13A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Etiäinen!!! </w:t>
      </w:r>
    </w:p>
    <w:p w14:paraId="05DBAAA5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7440551B" w14:textId="5C7A74C0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630DEB23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Nopeasti nyt, ne sulaavat! </w:t>
      </w:r>
    </w:p>
    <w:p w14:paraId="032143B5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52B5A2BE" w14:textId="5EA4E7DD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 OG EEVA:</w:t>
      </w:r>
    </w:p>
    <w:p w14:paraId="2E2F335F" w14:textId="3682CB15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>Kiitos.</w:t>
      </w:r>
    </w:p>
    <w:p w14:paraId="219DD1DD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16CE5851" w14:textId="498F22A2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3E88D7CA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Kuinka kauaksi aikaa jäät tänne? </w:t>
      </w:r>
    </w:p>
    <w:p w14:paraId="66637275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436A264C" w14:textId="5DDDEEC4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102AF123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Kuinka kauan minä saan asua teidän luonanne? </w:t>
      </w:r>
    </w:p>
    <w:p w14:paraId="4F010E48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5BF948DB" w14:textId="72CB927B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768DCCE0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Kauan! </w:t>
      </w:r>
    </w:p>
    <w:p w14:paraId="5AFE15AF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774EB3A9" w14:textId="3DAB3FBC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6092C86B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Niin, kauan! </w:t>
      </w:r>
    </w:p>
    <w:p w14:paraId="28BCE6E9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496748C4" w14:textId="1D1354EA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71F337CE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Minä hain kesätyötä liian myöhään. </w:t>
      </w:r>
    </w:p>
    <w:p w14:paraId="5E78EF94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>Eikä äidillä ja isällä ole lomaa ennenkuin heinäkuun lopussa.</w:t>
      </w:r>
    </w:p>
    <w:p w14:paraId="70DDF783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0A439E65" w14:textId="652E6613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0E6D4E1C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Sitten me voimme kalastaa merellä yhdessä! </w:t>
      </w:r>
    </w:p>
    <w:p w14:paraId="2BC31490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3E0F8EA5" w14:textId="1D32A0C1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75E02CB3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Minä harjoittelen miekkataistelua.  </w:t>
      </w:r>
    </w:p>
    <w:p w14:paraId="42A024B7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5781AA13" w14:textId="71C4A1E3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14AD644A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Hän tarkoittaa teaatteriharjoituksiaan. </w:t>
      </w:r>
    </w:p>
    <w:p w14:paraId="556204B7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6C0FE924" w14:textId="1AD32B56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2C5BBA2C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Voi mahdoton!… Oletko aloittanut teatteriharrastuksen, Kaisa?! </w:t>
      </w:r>
    </w:p>
    <w:p w14:paraId="23098D7A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53AA38F4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40854ECC" w14:textId="2DBA004C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Mutta, Kaisa, tiedätkö sinä minkä roolin olet saanut? </w:t>
      </w:r>
    </w:p>
    <w:p w14:paraId="300B251B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3C687AAE" w14:textId="0A67B14F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369B59F2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>Tiedän.</w:t>
      </w:r>
    </w:p>
    <w:p w14:paraId="3CB85666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130FD7A3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06D765C5" w14:textId="7B94B5D0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Maanalaisilla hengillä ei ole miekkaa… </w:t>
      </w:r>
    </w:p>
    <w:p w14:paraId="7CEC60C7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0FD06179" w14:textId="5BB295A0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1349AE87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Niin, mutta minun roolihahmollani sellainen on. </w:t>
      </w:r>
    </w:p>
    <w:p w14:paraId="0A7E291E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Ja minä taistelen niinkuin Nilskin  </w:t>
      </w:r>
      <w:r w:rsidRPr="005A017D">
        <w:rPr>
          <w:lang w:val="nb-NO"/>
        </w:rPr>
        <w:br/>
        <w:t xml:space="preserve">– luonnon puolesta. </w:t>
      </w:r>
    </w:p>
    <w:p w14:paraId="79134D46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380FB4AC" w14:textId="04B43E0E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TEATERLEDER:</w:t>
      </w:r>
    </w:p>
    <w:p w14:paraId="6BCFE5E7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Aaroni! </w:t>
      </w:r>
    </w:p>
    <w:p w14:paraId="13F301C4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Meidän viimeinen toivomme on tullut takaisin! </w:t>
      </w:r>
    </w:p>
    <w:p w14:paraId="48288AE7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Tervetuloa! </w:t>
      </w:r>
    </w:p>
    <w:p w14:paraId="113EAADF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2950620A" w14:textId="42285089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2C2DD52D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Päivää! </w:t>
      </w:r>
    </w:p>
    <w:p w14:paraId="0B3812BD" w14:textId="77777777" w:rsidR="00EA79B4" w:rsidRPr="005A017D" w:rsidRDefault="00EA79B4" w:rsidP="005A017D">
      <w:pPr>
        <w:spacing w:after="0" w:line="240" w:lineRule="auto"/>
        <w:rPr>
          <w:lang w:val="nb-NO"/>
        </w:rPr>
      </w:pPr>
    </w:p>
    <w:p w14:paraId="4750A287" w14:textId="4281F337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7B77F792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Onko kuningatar täysin uupunut? </w:t>
      </w:r>
    </w:p>
    <w:p w14:paraId="6EE1F1C9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6507C9C5" w14:textId="664D5DA9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ANNA:</w:t>
      </w:r>
    </w:p>
    <w:p w14:paraId="6D058D46" w14:textId="51225789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>Olen</w:t>
      </w:r>
    </w:p>
    <w:p w14:paraId="0F4370A0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>Kiitos.</w:t>
      </w:r>
    </w:p>
    <w:p w14:paraId="4168505B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5708DAEF" w14:textId="6814BE10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TEKSTMELDING:</w:t>
      </w:r>
    </w:p>
    <w:p w14:paraId="09C3EF2D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>Nilsiltä isälle: Anne, Raisin nöyrä kuningatar!</w:t>
      </w:r>
    </w:p>
    <w:p w14:paraId="754C7B57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3DF58426" w14:textId="0CF16645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TEATERLEDER:</w:t>
      </w:r>
    </w:p>
    <w:p w14:paraId="0EDB84E4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Aloitamme sitten harjoituksen. </w:t>
      </w:r>
    </w:p>
    <w:p w14:paraId="740C9003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Maanalaiset henget kokoontuvat täälä. </w:t>
      </w:r>
    </w:p>
    <w:p w14:paraId="6B60FA0A" w14:textId="648A595E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>Aloitamme sitten harjoituksen. Tulkaa</w:t>
      </w:r>
      <w:r w:rsidR="00EA79B4">
        <w:rPr>
          <w:lang w:val="nb-NO"/>
        </w:rPr>
        <w:t>!</w:t>
      </w:r>
    </w:p>
    <w:p w14:paraId="0CAA40C4" w14:textId="4599BDE9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>Maanalaiset henget kokoontuvat täälä</w:t>
      </w:r>
      <w:r w:rsidR="00EA79B4">
        <w:rPr>
          <w:lang w:val="nb-NO"/>
        </w:rPr>
        <w:t>!</w:t>
      </w:r>
    </w:p>
    <w:p w14:paraId="64314D64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Sotijat tuolla. </w:t>
      </w:r>
    </w:p>
    <w:p w14:paraId="63E491A9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Kuningatar on keskellä. </w:t>
      </w:r>
    </w:p>
    <w:p w14:paraId="2DDE9605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>Kaisa, nyt sinun täytyy laskea miekka alas.</w:t>
      </w:r>
    </w:p>
    <w:p w14:paraId="37037D0F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39AC5253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1BE17315" w14:textId="5E5D3AF9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Heillä jotka taistelevat luonnon puolesta, täytyy olla aseet. </w:t>
      </w:r>
    </w:p>
    <w:p w14:paraId="4CD8FDE2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Muutoin me häviämme.  </w:t>
      </w:r>
    </w:p>
    <w:p w14:paraId="3807BD60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7489BFE4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TEATERLEDER:</w:t>
      </w:r>
    </w:p>
    <w:p w14:paraId="1BF8EC03" w14:textId="5682D748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>Siinä sinä kyllä olet aivan oikeassa Kaisa.</w:t>
      </w:r>
    </w:p>
    <w:p w14:paraId="54600135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lastRenderedPageBreak/>
        <w:t xml:space="preserve">Mutta sinun aseesi on sisu. </w:t>
      </w:r>
    </w:p>
    <w:p w14:paraId="30A83418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Kumman sinä valitset? </w:t>
      </w:r>
    </w:p>
    <w:p w14:paraId="0EF283D5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392B8FBD" w14:textId="7E08D3F6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08B83B67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Maanalaiset henget. </w:t>
      </w:r>
    </w:p>
    <w:p w14:paraId="03F920BC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545C77CD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ANNA:</w:t>
      </w:r>
    </w:p>
    <w:p w14:paraId="4458C610" w14:textId="2884ABD6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>Me tulemme rauhassa</w:t>
      </w:r>
      <w:r w:rsidR="00EA79B4">
        <w:rPr>
          <w:lang w:val="nb-NO"/>
        </w:rPr>
        <w:t>!</w:t>
      </w:r>
    </w:p>
    <w:p w14:paraId="2052D832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6316CF86" w14:textId="4D57D8F6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UNDERJORDISKE:</w:t>
      </w:r>
    </w:p>
    <w:p w14:paraId="253CC3CB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Eläkäämme sitten rauhassa. </w:t>
      </w:r>
    </w:p>
    <w:p w14:paraId="770E2E7A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77B749F6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ANNE:</w:t>
      </w:r>
    </w:p>
    <w:p w14:paraId="761A0291" w14:textId="35A0DFD2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Meidät oon ajettu pois maastamme. </w:t>
      </w:r>
    </w:p>
    <w:p w14:paraId="245C18EE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Me olemme haavoittuneet ja nälkäiset. </w:t>
      </w:r>
    </w:p>
    <w:p w14:paraId="1EEA4395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7F8A258C" w14:textId="385A322C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UNDERJORDISKE:</w:t>
      </w:r>
    </w:p>
    <w:p w14:paraId="1C2F661A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Ihmiset tuovat mukanaan vain tuhoa. </w:t>
      </w:r>
    </w:p>
    <w:p w14:paraId="6C9380E7" w14:textId="77777777" w:rsidR="00EF112A" w:rsidRPr="00EA68CC" w:rsidRDefault="00000000" w:rsidP="005A017D">
      <w:pPr>
        <w:spacing w:after="0" w:line="240" w:lineRule="auto"/>
        <w:rPr>
          <w:lang w:val="nb-NO"/>
        </w:rPr>
      </w:pPr>
      <w:r w:rsidRPr="00EA68CC">
        <w:rPr>
          <w:lang w:val="nb-NO"/>
        </w:rPr>
        <w:t xml:space="preserve">Miksi meidän pitäisi uskoa teitä? </w:t>
      </w:r>
    </w:p>
    <w:p w14:paraId="2EFC8139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639217CA" w14:textId="2E7A9DFB" w:rsidR="00EA79B4" w:rsidRPr="00EA68CC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ANNA:</w:t>
      </w:r>
    </w:p>
    <w:p w14:paraId="27F624C6" w14:textId="77777777" w:rsidR="00EF112A" w:rsidRPr="00EA68CC" w:rsidRDefault="00000000" w:rsidP="005A017D">
      <w:pPr>
        <w:spacing w:after="0" w:line="240" w:lineRule="auto"/>
        <w:rPr>
          <w:lang w:val="nb-NO"/>
        </w:rPr>
      </w:pPr>
      <w:r w:rsidRPr="00EA68CC">
        <w:rPr>
          <w:lang w:val="nb-NO"/>
        </w:rPr>
        <w:t xml:space="preserve">Minä annan teille  koko minun valtani. </w:t>
      </w:r>
    </w:p>
    <w:p w14:paraId="3E6789C8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1CA38CC0" w14:textId="74EE69A8" w:rsidR="00EA79B4" w:rsidRPr="00A9646B" w:rsidRDefault="00EA79B4" w:rsidP="005A017D">
      <w:pPr>
        <w:spacing w:after="0" w:line="240" w:lineRule="auto"/>
      </w:pPr>
      <w:r w:rsidRPr="00A9646B">
        <w:t>NILS:</w:t>
      </w:r>
    </w:p>
    <w:p w14:paraId="28AE3147" w14:textId="77777777" w:rsidR="00EA79B4" w:rsidRPr="00A9646B" w:rsidRDefault="00000000" w:rsidP="005A017D">
      <w:pPr>
        <w:spacing w:after="0" w:line="240" w:lineRule="auto"/>
        <w:rPr>
          <w:i/>
        </w:rPr>
      </w:pPr>
      <w:r w:rsidRPr="00A9646B">
        <w:t xml:space="preserve">Tässä tulee jotakin lämmintä. </w:t>
      </w:r>
    </w:p>
    <w:p w14:paraId="343D178B" w14:textId="77777777" w:rsidR="00EF112A" w:rsidRPr="00A9646B" w:rsidRDefault="00EF112A" w:rsidP="005A017D">
      <w:pPr>
        <w:spacing w:after="0" w:line="240" w:lineRule="auto"/>
      </w:pPr>
    </w:p>
    <w:p w14:paraId="5CF6BEE7" w14:textId="77777777" w:rsidR="00EF112A" w:rsidRDefault="00EF112A" w:rsidP="005A017D">
      <w:pPr>
        <w:spacing w:after="0" w:line="240" w:lineRule="auto"/>
      </w:pPr>
    </w:p>
    <w:sectPr w:rsidR="00EF112A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C6FE0" w14:textId="77777777" w:rsidR="001E5381" w:rsidRDefault="001E5381" w:rsidP="00D3194A">
      <w:pPr>
        <w:spacing w:after="0" w:line="240" w:lineRule="auto"/>
      </w:pPr>
      <w:r>
        <w:separator/>
      </w:r>
    </w:p>
  </w:endnote>
  <w:endnote w:type="continuationSeparator" w:id="0">
    <w:p w14:paraId="0DA5B018" w14:textId="77777777" w:rsidR="001E5381" w:rsidRDefault="001E5381" w:rsidP="00D319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189678773"/>
      <w:docPartObj>
        <w:docPartGallery w:val="Page Numbers (Bottom of Page)"/>
        <w:docPartUnique/>
      </w:docPartObj>
    </w:sdtPr>
    <w:sdtContent>
      <w:p w14:paraId="2F54A8B4" w14:textId="62766294" w:rsidR="00D3194A" w:rsidRDefault="00D3194A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4F152926" w14:textId="77777777" w:rsidR="00D3194A" w:rsidRDefault="00D3194A" w:rsidP="00D3194A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95121836"/>
      <w:docPartObj>
        <w:docPartGallery w:val="Page Numbers (Bottom of Page)"/>
        <w:docPartUnique/>
      </w:docPartObj>
    </w:sdtPr>
    <w:sdtContent>
      <w:p w14:paraId="13E817C2" w14:textId="1AA4EBF4" w:rsidR="00D3194A" w:rsidRDefault="00D3194A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4</w:t>
        </w:r>
        <w:r>
          <w:rPr>
            <w:rStyle w:val="Sidetall"/>
          </w:rPr>
          <w:fldChar w:fldCharType="end"/>
        </w:r>
      </w:p>
    </w:sdtContent>
  </w:sdt>
  <w:p w14:paraId="02D5D40B" w14:textId="77777777" w:rsidR="00D3194A" w:rsidRDefault="00D3194A" w:rsidP="00D3194A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5810C4" w14:textId="77777777" w:rsidR="001E5381" w:rsidRDefault="001E5381" w:rsidP="00D3194A">
      <w:pPr>
        <w:spacing w:after="0" w:line="240" w:lineRule="auto"/>
      </w:pPr>
      <w:r>
        <w:separator/>
      </w:r>
    </w:p>
  </w:footnote>
  <w:footnote w:type="continuationSeparator" w:id="0">
    <w:p w14:paraId="384DB473" w14:textId="77777777" w:rsidR="001E5381" w:rsidRDefault="001E5381" w:rsidP="00D319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27100602">
    <w:abstractNumId w:val="8"/>
  </w:num>
  <w:num w:numId="2" w16cid:durableId="774177292">
    <w:abstractNumId w:val="6"/>
  </w:num>
  <w:num w:numId="3" w16cid:durableId="2146964799">
    <w:abstractNumId w:val="5"/>
  </w:num>
  <w:num w:numId="4" w16cid:durableId="476185895">
    <w:abstractNumId w:val="4"/>
  </w:num>
  <w:num w:numId="5" w16cid:durableId="946080746">
    <w:abstractNumId w:val="7"/>
  </w:num>
  <w:num w:numId="6" w16cid:durableId="479804887">
    <w:abstractNumId w:val="3"/>
  </w:num>
  <w:num w:numId="7" w16cid:durableId="1209991841">
    <w:abstractNumId w:val="2"/>
  </w:num>
  <w:num w:numId="8" w16cid:durableId="1300575021">
    <w:abstractNumId w:val="1"/>
  </w:num>
  <w:num w:numId="9" w16cid:durableId="994993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F44A0"/>
    <w:rsid w:val="0015074B"/>
    <w:rsid w:val="001E5381"/>
    <w:rsid w:val="0029639D"/>
    <w:rsid w:val="002B5E5E"/>
    <w:rsid w:val="002F2815"/>
    <w:rsid w:val="00326F90"/>
    <w:rsid w:val="003C4AA2"/>
    <w:rsid w:val="005A017D"/>
    <w:rsid w:val="00A9646B"/>
    <w:rsid w:val="00AA1D8D"/>
    <w:rsid w:val="00B47730"/>
    <w:rsid w:val="00CB0664"/>
    <w:rsid w:val="00D3194A"/>
    <w:rsid w:val="00DD5917"/>
    <w:rsid w:val="00DF2B1F"/>
    <w:rsid w:val="00EA68CC"/>
    <w:rsid w:val="00EA79B4"/>
    <w:rsid w:val="00EF112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65FB5B"/>
  <w14:defaultImageDpi w14:val="300"/>
  <w15:docId w15:val="{4D1C0E51-0061-AF45-A471-EA7FC2543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D319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300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1890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5</cp:revision>
  <dcterms:created xsi:type="dcterms:W3CDTF">2025-11-18T07:40:00Z</dcterms:created>
  <dcterms:modified xsi:type="dcterms:W3CDTF">2025-12-03T08:17:00Z</dcterms:modified>
  <cp:category/>
</cp:coreProperties>
</file>