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04C89" w14:textId="77777777" w:rsidR="00B42B80" w:rsidRDefault="005B728E" w:rsidP="00B42B80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B42B80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F</w:t>
      </w:r>
      <w:r w:rsidR="00482239" w:rsidRPr="00B42B80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insk dialogmanus, episode 2</w:t>
      </w:r>
    </w:p>
    <w:p w14:paraId="6908039A" w14:textId="36494106" w:rsidR="00482239" w:rsidRPr="00B42B80" w:rsidRDefault="00DD181F" w:rsidP="00B42B80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 w:rsidRPr="00B42B80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</w:p>
    <w:p w14:paraId="34320AAC" w14:textId="77777777" w:rsidR="00DD181F" w:rsidRPr="00B42B80" w:rsidRDefault="00DD181F" w:rsidP="00B42B80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</w:p>
    <w:p w14:paraId="1C449D75" w14:textId="77777777" w:rsidR="00482239" w:rsidRPr="00B42B80" w:rsidRDefault="00482239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 xml:space="preserve">ANNA: </w:t>
      </w:r>
    </w:p>
    <w:p w14:paraId="259DF112" w14:textId="3151700E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Tule!</w:t>
      </w:r>
    </w:p>
    <w:p w14:paraId="7CF9C0D0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Nils, tule!</w:t>
      </w:r>
    </w:p>
    <w:p w14:paraId="7C32BA03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Tule, Nils!</w:t>
      </w:r>
    </w:p>
    <w:p w14:paraId="488B4E39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Minä olen löytänyt kuolleia kaloja</w:t>
      </w:r>
    </w:p>
    <w:p w14:paraId="1EFD3B4D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73D8B80F" w14:textId="0BE7532B" w:rsidR="00C312BE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5C1A1567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Ei ei ei.</w:t>
      </w:r>
    </w:p>
    <w:p w14:paraId="6622E125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114F763C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ANNA:</w:t>
      </w:r>
    </w:p>
    <w:p w14:paraId="7DF8E22B" w14:textId="0B7B393C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Ajattele jos jokeen on tullut tauti?</w:t>
      </w:r>
    </w:p>
    <w:p w14:paraId="1751C5E8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37220370" w14:textId="14663907" w:rsidR="00C312BE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2EEAB555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Niin, gyru…</w:t>
      </w:r>
    </w:p>
    <w:p w14:paraId="07CEDA20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Sehän olisi aivan kauheata.</w:t>
      </w:r>
    </w:p>
    <w:p w14:paraId="4936588E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Silloin täytyisi puhdistaa koko joen.</w:t>
      </w:r>
    </w:p>
    <w:p w14:paraId="4A00BCC9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195754E5" w14:textId="5201BD4C" w:rsidR="00C312BE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ANNA:</w:t>
      </w:r>
    </w:p>
    <w:p w14:paraId="4660A1EB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Mitä me nyt teemme?</w:t>
      </w:r>
    </w:p>
    <w:p w14:paraId="55CC7F4A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213C1346" w14:textId="4E2D8902" w:rsidR="00C312BE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457344FF" w14:textId="580CBE3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Meidän täytyy puhua jonkun sellaisen ihmisen kanssa,joka pystyy selvittämään kalojen kuolinsyyn.</w:t>
      </w:r>
    </w:p>
    <w:p w14:paraId="1781A1B9" w14:textId="200E639B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JUSSA:</w:t>
      </w:r>
    </w:p>
    <w:p w14:paraId="2EDA1F20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Hei, Nils!</w:t>
      </w:r>
    </w:p>
    <w:p w14:paraId="0216CFD0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780916A4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67559801" w14:textId="44F7F89A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Hei isä!</w:t>
      </w:r>
    </w:p>
    <w:p w14:paraId="506D5AB3" w14:textId="77777777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Me olemme löytäneet kuolleita kalloja joesta!</w:t>
      </w:r>
    </w:p>
    <w:p w14:paraId="78499AB5" w14:textId="77777777" w:rsidR="00482239" w:rsidRPr="00B42B80" w:rsidRDefault="00482239" w:rsidP="00B42B80">
      <w:pPr>
        <w:spacing w:after="0"/>
        <w:rPr>
          <w:rFonts w:asciiTheme="majorHAnsi" w:hAnsiTheme="majorHAnsi" w:cstheme="majorHAnsi"/>
          <w:lang w:val="nb-NO"/>
        </w:rPr>
      </w:pPr>
    </w:p>
    <w:p w14:paraId="4482AE6D" w14:textId="77777777" w:rsidR="00482239" w:rsidRPr="00B42B80" w:rsidRDefault="00482239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JUSSA:</w:t>
      </w:r>
    </w:p>
    <w:p w14:paraId="6294B9C5" w14:textId="52348943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Mistä?</w:t>
      </w:r>
    </w:p>
    <w:p w14:paraId="7EC42223" w14:textId="77777777" w:rsidR="00C312BE" w:rsidRPr="00B42B80" w:rsidRDefault="00C312BE" w:rsidP="00B42B80">
      <w:pPr>
        <w:spacing w:after="0"/>
        <w:rPr>
          <w:rFonts w:asciiTheme="majorHAnsi" w:hAnsiTheme="majorHAnsi" w:cstheme="majorHAnsi"/>
          <w:lang w:val="nb-NO"/>
        </w:rPr>
      </w:pPr>
    </w:p>
    <w:p w14:paraId="40AE67B1" w14:textId="4F5AD034" w:rsidR="00482239" w:rsidRPr="00B42B80" w:rsidRDefault="00482239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NILS:</w:t>
      </w:r>
    </w:p>
    <w:p w14:paraId="5A98B00C" w14:textId="77777777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Uimapaikan vierestä.</w:t>
      </w:r>
    </w:p>
    <w:p w14:paraId="47CE94D8" w14:textId="77777777" w:rsidR="00C312BE" w:rsidRPr="00B42B80" w:rsidRDefault="00C312BE" w:rsidP="00B42B80">
      <w:pPr>
        <w:spacing w:after="0"/>
        <w:rPr>
          <w:rFonts w:asciiTheme="majorHAnsi" w:hAnsiTheme="majorHAnsi" w:cstheme="majorHAnsi"/>
          <w:lang w:val="nb-NO"/>
        </w:rPr>
      </w:pPr>
    </w:p>
    <w:p w14:paraId="5B311076" w14:textId="6F18A340" w:rsidR="00C312BE" w:rsidRPr="00B42B80" w:rsidRDefault="00482239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NILS:</w:t>
      </w:r>
    </w:p>
    <w:p w14:paraId="04517196" w14:textId="77777777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Ajattele jos me olemme saanee jokeen lohen tappaaja taudin!</w:t>
      </w:r>
    </w:p>
    <w:p w14:paraId="6325DBF9" w14:textId="77777777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Se oon kriisin paikka!</w:t>
      </w:r>
    </w:p>
    <w:p w14:paraId="20C9F534" w14:textId="77777777" w:rsidR="00C312BE" w:rsidRPr="00B42B80" w:rsidRDefault="00C312BE" w:rsidP="00B42B80">
      <w:pPr>
        <w:spacing w:after="0"/>
        <w:rPr>
          <w:rFonts w:asciiTheme="majorHAnsi" w:hAnsiTheme="majorHAnsi" w:cstheme="majorHAnsi"/>
          <w:lang w:val="nb-NO"/>
        </w:rPr>
      </w:pPr>
    </w:p>
    <w:p w14:paraId="155734AC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JUSSA:</w:t>
      </w:r>
    </w:p>
    <w:p w14:paraId="22734B23" w14:textId="3619C2E9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Siihen voi olla muitakin syitä, Nils.</w:t>
      </w:r>
    </w:p>
    <w:p w14:paraId="1EF93F50" w14:textId="77777777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Minä soitan Ruokavirastoon, jotta kuulemme mitä meidän täytyy tehdä.</w:t>
      </w:r>
    </w:p>
    <w:p w14:paraId="6F80B30C" w14:textId="77777777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Ota kuvia ja laita kalat kylmään sen ajaksi.</w:t>
      </w:r>
    </w:p>
    <w:p w14:paraId="3AA59F09" w14:textId="77777777" w:rsidR="00C312BE" w:rsidRPr="00B42B80" w:rsidRDefault="00C312BE" w:rsidP="00B42B80">
      <w:pPr>
        <w:spacing w:after="0"/>
        <w:rPr>
          <w:rFonts w:asciiTheme="majorHAnsi" w:hAnsiTheme="majorHAnsi" w:cstheme="majorHAnsi"/>
          <w:lang w:val="nb-NO"/>
        </w:rPr>
      </w:pPr>
    </w:p>
    <w:p w14:paraId="2A7A82EF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63964C78" w14:textId="0A34B2CE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Selvä.</w:t>
      </w:r>
    </w:p>
    <w:p w14:paraId="2AAD5760" w14:textId="77777777" w:rsidR="00BE6023" w:rsidRPr="00B42B80" w:rsidRDefault="00BE6023" w:rsidP="00B42B80">
      <w:pPr>
        <w:spacing w:after="0"/>
        <w:rPr>
          <w:rFonts w:asciiTheme="majorHAnsi" w:hAnsiTheme="majorHAnsi" w:cstheme="majorHAnsi"/>
        </w:rPr>
      </w:pPr>
    </w:p>
    <w:p w14:paraId="50836C1F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NILS:</w:t>
      </w:r>
    </w:p>
    <w:p w14:paraId="66204912" w14:textId="3BF8BD50" w:rsidR="00C312BE" w:rsidRPr="00B42B80" w:rsidRDefault="00000000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Heipähei.</w:t>
      </w:r>
    </w:p>
    <w:p w14:paraId="3B712048" w14:textId="77777777" w:rsidR="00C312BE" w:rsidRPr="00B42B80" w:rsidRDefault="00C312BE" w:rsidP="00B42B80">
      <w:pPr>
        <w:spacing w:after="0"/>
        <w:rPr>
          <w:rFonts w:asciiTheme="majorHAnsi" w:hAnsiTheme="majorHAnsi" w:cstheme="majorHAnsi"/>
        </w:rPr>
      </w:pPr>
    </w:p>
    <w:p w14:paraId="473DEB5C" w14:textId="77777777" w:rsidR="00482239" w:rsidRPr="00B42B80" w:rsidRDefault="00482239" w:rsidP="00B42B80">
      <w:pPr>
        <w:spacing w:after="0"/>
        <w:rPr>
          <w:rFonts w:asciiTheme="majorHAnsi" w:hAnsiTheme="majorHAnsi" w:cstheme="majorHAnsi"/>
        </w:rPr>
      </w:pPr>
      <w:r w:rsidRPr="00B42B80">
        <w:rPr>
          <w:rFonts w:asciiTheme="majorHAnsi" w:hAnsiTheme="majorHAnsi" w:cstheme="majorHAnsi"/>
        </w:rPr>
        <w:t>JUSSA:</w:t>
      </w:r>
    </w:p>
    <w:p w14:paraId="036DB655" w14:textId="2D6CEFF2" w:rsidR="00C312BE" w:rsidRPr="00B42B80" w:rsidRDefault="00000000" w:rsidP="00B42B80">
      <w:pPr>
        <w:spacing w:after="0"/>
        <w:rPr>
          <w:rFonts w:asciiTheme="majorHAnsi" w:hAnsiTheme="majorHAnsi" w:cstheme="majorHAnsi"/>
          <w:lang w:val="nb-NO"/>
        </w:rPr>
      </w:pPr>
      <w:r w:rsidRPr="00B42B80">
        <w:rPr>
          <w:rFonts w:asciiTheme="majorHAnsi" w:hAnsiTheme="majorHAnsi" w:cstheme="majorHAnsi"/>
          <w:lang w:val="nb-NO"/>
        </w:rPr>
        <w:t>Ollaan kuulolla</w:t>
      </w:r>
    </w:p>
    <w:p w14:paraId="4188E37E" w14:textId="77777777" w:rsidR="00C312BE" w:rsidRPr="00B42B80" w:rsidRDefault="00C312BE" w:rsidP="00B42B80">
      <w:pPr>
        <w:spacing w:after="0"/>
        <w:rPr>
          <w:rFonts w:asciiTheme="majorHAnsi" w:hAnsiTheme="majorHAnsi" w:cstheme="majorHAnsi"/>
          <w:lang w:val="nb-NO"/>
        </w:rPr>
      </w:pPr>
    </w:p>
    <w:sectPr w:rsidR="00C312BE" w:rsidRPr="00B42B80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88832" w14:textId="77777777" w:rsidR="0041609C" w:rsidRDefault="0041609C" w:rsidP="00482239">
      <w:pPr>
        <w:spacing w:after="0" w:line="240" w:lineRule="auto"/>
      </w:pPr>
      <w:r>
        <w:separator/>
      </w:r>
    </w:p>
  </w:endnote>
  <w:endnote w:type="continuationSeparator" w:id="0">
    <w:p w14:paraId="36901D99" w14:textId="77777777" w:rsidR="0041609C" w:rsidRDefault="0041609C" w:rsidP="00482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90820544"/>
      <w:docPartObj>
        <w:docPartGallery w:val="Page Numbers (Bottom of Page)"/>
        <w:docPartUnique/>
      </w:docPartObj>
    </w:sdtPr>
    <w:sdtContent>
      <w:p w14:paraId="30BD89FB" w14:textId="631C8E32" w:rsidR="00482239" w:rsidRDefault="00482239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A1C9441" w14:textId="77777777" w:rsidR="00482239" w:rsidRDefault="00482239" w:rsidP="00482239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520153952"/>
      <w:docPartObj>
        <w:docPartGallery w:val="Page Numbers (Bottom of Page)"/>
        <w:docPartUnique/>
      </w:docPartObj>
    </w:sdtPr>
    <w:sdtContent>
      <w:p w14:paraId="4E883FDB" w14:textId="57917645" w:rsidR="00482239" w:rsidRDefault="00482239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3FEA7FE9" w14:textId="77777777" w:rsidR="00482239" w:rsidRDefault="00482239" w:rsidP="00482239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139F5" w14:textId="77777777" w:rsidR="0041609C" w:rsidRDefault="0041609C" w:rsidP="00482239">
      <w:pPr>
        <w:spacing w:after="0" w:line="240" w:lineRule="auto"/>
      </w:pPr>
      <w:r>
        <w:separator/>
      </w:r>
    </w:p>
  </w:footnote>
  <w:footnote w:type="continuationSeparator" w:id="0">
    <w:p w14:paraId="3893457C" w14:textId="77777777" w:rsidR="0041609C" w:rsidRDefault="0041609C" w:rsidP="00482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5B67"/>
    <w:rsid w:val="0015074B"/>
    <w:rsid w:val="0029639D"/>
    <w:rsid w:val="00326F90"/>
    <w:rsid w:val="0041609C"/>
    <w:rsid w:val="00425062"/>
    <w:rsid w:val="00482239"/>
    <w:rsid w:val="005B728E"/>
    <w:rsid w:val="00AA1D8D"/>
    <w:rsid w:val="00B42B80"/>
    <w:rsid w:val="00B47730"/>
    <w:rsid w:val="00B65AA0"/>
    <w:rsid w:val="00BE6023"/>
    <w:rsid w:val="00C312BE"/>
    <w:rsid w:val="00CB0664"/>
    <w:rsid w:val="00DD181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482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6</cp:revision>
  <dcterms:created xsi:type="dcterms:W3CDTF">2025-11-14T12:44:00Z</dcterms:created>
  <dcterms:modified xsi:type="dcterms:W3CDTF">2025-11-18T08:07:00Z</dcterms:modified>
  <cp:category/>
</cp:coreProperties>
</file>