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95A54" w14:textId="42D411EE" w:rsidR="000017F6" w:rsidRPr="00B84620" w:rsidRDefault="00F54518" w:rsidP="00B84620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 w:rsidRPr="00B84620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F</w:t>
      </w:r>
      <w:r w:rsidR="000017F6" w:rsidRPr="00B84620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insk dialogmanus, episode 3</w:t>
      </w:r>
    </w:p>
    <w:p w14:paraId="21D7C710" w14:textId="4259297C" w:rsidR="00B87D21" w:rsidRPr="00B84620" w:rsidRDefault="00000000" w:rsidP="00B84620">
      <w:pPr>
        <w:spacing w:after="0"/>
        <w:rPr>
          <w:rFonts w:asciiTheme="majorHAnsi" w:hAnsiTheme="majorHAnsi" w:cstheme="majorHAnsi"/>
          <w:b/>
          <w:bCs/>
          <w:color w:val="000000" w:themeColor="text1"/>
          <w:lang w:val="nb-NO"/>
        </w:rPr>
      </w:pPr>
      <w:r w:rsidRPr="00B84620">
        <w:rPr>
          <w:rFonts w:asciiTheme="majorHAnsi" w:hAnsiTheme="majorHAnsi" w:cstheme="majorHAnsi"/>
          <w:b/>
          <w:bCs/>
          <w:color w:val="000000" w:themeColor="text1"/>
          <w:lang w:val="nb-NO"/>
        </w:rPr>
        <w:t>Ilmoitusseinä</w:t>
      </w:r>
    </w:p>
    <w:p w14:paraId="0B3227EC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3B764E82" w14:textId="77777777" w:rsidR="000017F6" w:rsidRPr="00B84620" w:rsidRDefault="000017F6" w:rsidP="00B84620">
      <w:pPr>
        <w:spacing w:after="0"/>
        <w:rPr>
          <w:rFonts w:asciiTheme="majorHAnsi" w:hAnsiTheme="majorHAnsi" w:cstheme="majorHAnsi"/>
        </w:rPr>
      </w:pPr>
      <w:r w:rsidRPr="00B84620">
        <w:rPr>
          <w:rFonts w:asciiTheme="majorHAnsi" w:hAnsiTheme="majorHAnsi" w:cstheme="majorHAnsi"/>
        </w:rPr>
        <w:t xml:space="preserve">EEVA: </w:t>
      </w:r>
    </w:p>
    <w:p w14:paraId="59B404A6" w14:textId="35AFFC7E" w:rsidR="00B87D21" w:rsidRPr="00B84620" w:rsidRDefault="00000000" w:rsidP="00B84620">
      <w:pPr>
        <w:spacing w:after="0"/>
        <w:rPr>
          <w:rFonts w:asciiTheme="majorHAnsi" w:hAnsiTheme="majorHAnsi" w:cstheme="majorHAnsi"/>
        </w:rPr>
      </w:pPr>
      <w:r w:rsidRPr="00B84620">
        <w:rPr>
          <w:rFonts w:asciiTheme="majorHAnsi" w:hAnsiTheme="majorHAnsi" w:cstheme="majorHAnsi"/>
        </w:rPr>
        <w:t>Nils!</w:t>
      </w:r>
    </w:p>
    <w:p w14:paraId="2BE9E9F5" w14:textId="77777777" w:rsidR="00B87D21" w:rsidRPr="00B84620" w:rsidRDefault="00000000" w:rsidP="00B84620">
      <w:pPr>
        <w:spacing w:after="0"/>
        <w:rPr>
          <w:rFonts w:asciiTheme="majorHAnsi" w:hAnsiTheme="majorHAnsi" w:cstheme="majorHAnsi"/>
        </w:rPr>
      </w:pPr>
      <w:r w:rsidRPr="00B84620">
        <w:rPr>
          <w:rFonts w:asciiTheme="majorHAnsi" w:hAnsiTheme="majorHAnsi" w:cstheme="majorHAnsi"/>
        </w:rPr>
        <w:t>Nils?</w:t>
      </w:r>
    </w:p>
    <w:p w14:paraId="719713B4" w14:textId="77777777" w:rsidR="00B87D21" w:rsidRPr="00B84620" w:rsidRDefault="00000000" w:rsidP="00B84620">
      <w:pPr>
        <w:spacing w:after="0"/>
        <w:rPr>
          <w:rFonts w:asciiTheme="majorHAnsi" w:hAnsiTheme="majorHAnsi" w:cstheme="majorHAnsi"/>
        </w:rPr>
      </w:pPr>
      <w:r w:rsidRPr="00B84620">
        <w:rPr>
          <w:rFonts w:asciiTheme="majorHAnsi" w:hAnsiTheme="majorHAnsi" w:cstheme="majorHAnsi"/>
        </w:rPr>
        <w:t>Onko totta että sinä olet löytänyt kuolleita kaloja joesta?!</w:t>
      </w:r>
    </w:p>
    <w:p w14:paraId="0BD0A7D4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Onko pukkelilohi tullut jo jokeen?</w:t>
      </w:r>
    </w:p>
    <w:p w14:paraId="00353EF1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15BC4113" w14:textId="1F8C3F99" w:rsidR="00B87D21" w:rsidRPr="00B84620" w:rsidRDefault="00550739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NILS:</w:t>
      </w:r>
    </w:p>
    <w:p w14:paraId="72193F1B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En minä tiedä.</w:t>
      </w:r>
    </w:p>
    <w:p w14:paraId="3F9A2E24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Ei sen oikeastaan näin aikaisin kesällä pitäis tulla.</w:t>
      </w:r>
    </w:p>
    <w:p w14:paraId="3DAF3A08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06522651" w14:textId="0396363A" w:rsidR="00B87D21" w:rsidRPr="00B84620" w:rsidRDefault="00550739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KAISA:</w:t>
      </w:r>
    </w:p>
    <w:p w14:paraId="1894AA00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Mikä pukkelilohi oon?</w:t>
      </w:r>
    </w:p>
    <w:p w14:paraId="3655B1D0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109339E7" w14:textId="33D9BD72" w:rsidR="00B87D21" w:rsidRPr="00B84620" w:rsidRDefault="00550739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EEVA:</w:t>
      </w:r>
    </w:p>
    <w:p w14:paraId="7B211560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Sama kuin kyttyrälohi.</w:t>
      </w:r>
    </w:p>
    <w:p w14:paraId="71323FBC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Saattaisiko se kaloja vaivaava olla lohen täi?</w:t>
      </w:r>
    </w:p>
    <w:p w14:paraId="0B2F85BE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392A7D20" w14:textId="37638DAE" w:rsidR="00B87D21" w:rsidRPr="00B84620" w:rsidRDefault="00550739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NILS:</w:t>
      </w:r>
    </w:p>
    <w:p w14:paraId="2E0F09D2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Ei, ei makeassa vedessä.</w:t>
      </w:r>
    </w:p>
    <w:p w14:paraId="60DCD5F9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Odotamme nyt vastauksia niistä tehdyistä kokeista.</w:t>
      </w:r>
    </w:p>
    <w:p w14:paraId="4330CEA1" w14:textId="77777777" w:rsidR="00550739" w:rsidRPr="00B84620" w:rsidRDefault="00550739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102F3A42" w14:textId="621409F7" w:rsidR="00B87D21" w:rsidRPr="00B84620" w:rsidRDefault="00550739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LÆRER:</w:t>
      </w:r>
    </w:p>
    <w:p w14:paraId="7EDAB25E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Hei, oppilaat.</w:t>
      </w:r>
    </w:p>
    <w:p w14:paraId="7690D933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Ok selvä, nyt aloittamme.</w:t>
      </w:r>
    </w:p>
    <w:p w14:paraId="54AD9C67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Teillä on tehtävänä laittaa pystyyn mainosseinä.</w:t>
      </w:r>
    </w:p>
    <w:p w14:paraId="532F8354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Käyttäkkää tätä seinää, se on tarpeeksi iso.</w:t>
      </w:r>
    </w:p>
    <w:p w14:paraId="513A5585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Minä olen tulostanut ilmoituksia joita löytyy teidän sosiaalisen median informaatiovirrasta.</w:t>
      </w:r>
    </w:p>
    <w:p w14:paraId="5AEA0B05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Ensiksi ripustatte nämä ilmoitukset ylös seinälle.</w:t>
      </w:r>
    </w:p>
    <w:p w14:paraId="5865ABE5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2D29DC72" w14:textId="77777777" w:rsidR="00550739" w:rsidRPr="00B84620" w:rsidRDefault="00550739" w:rsidP="00B84620">
      <w:pPr>
        <w:spacing w:after="0"/>
        <w:rPr>
          <w:rFonts w:asciiTheme="majorHAnsi" w:hAnsiTheme="majorHAnsi" w:cstheme="majorHAnsi"/>
        </w:rPr>
      </w:pPr>
      <w:r w:rsidRPr="00B84620">
        <w:rPr>
          <w:rFonts w:asciiTheme="majorHAnsi" w:hAnsiTheme="majorHAnsi" w:cstheme="majorHAnsi"/>
        </w:rPr>
        <w:t xml:space="preserve">KAISA: </w:t>
      </w:r>
    </w:p>
    <w:p w14:paraId="0A202A00" w14:textId="6DB0A7FF" w:rsidR="00B87D21" w:rsidRPr="00B84620" w:rsidRDefault="00000000" w:rsidP="00B84620">
      <w:pPr>
        <w:spacing w:after="0"/>
        <w:rPr>
          <w:rFonts w:asciiTheme="majorHAnsi" w:hAnsiTheme="majorHAnsi" w:cstheme="majorHAnsi"/>
        </w:rPr>
      </w:pPr>
      <w:r w:rsidRPr="00B84620">
        <w:rPr>
          <w:rFonts w:asciiTheme="majorHAnsi" w:hAnsiTheme="majorHAnsi" w:cstheme="majorHAnsi"/>
        </w:rPr>
        <w:t>Tässä on paljon samankaltaisia ilmoituksia.</w:t>
      </w:r>
    </w:p>
    <w:p w14:paraId="073620BD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Voimmeko laittaa erilaisia ryhmiä?</w:t>
      </w:r>
    </w:p>
    <w:p w14:paraId="0ED70012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692A74C6" w14:textId="10B48619" w:rsidR="00B87D21" w:rsidRPr="00B84620" w:rsidRDefault="00550739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LÆRER:</w:t>
      </w:r>
    </w:p>
    <w:p w14:paraId="1CCEBFA6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Joo, tietenkin.</w:t>
      </w:r>
    </w:p>
    <w:p w14:paraId="6DF0D346" w14:textId="77777777" w:rsidR="00B87D21" w:rsidRPr="00B84620" w:rsidRDefault="00000000" w:rsidP="00B84620">
      <w:pPr>
        <w:spacing w:after="0"/>
        <w:rPr>
          <w:rFonts w:asciiTheme="majorHAnsi" w:hAnsiTheme="majorHAnsi" w:cstheme="majorHAnsi"/>
        </w:rPr>
      </w:pPr>
      <w:r w:rsidRPr="00B84620">
        <w:rPr>
          <w:rFonts w:asciiTheme="majorHAnsi" w:hAnsiTheme="majorHAnsi" w:cstheme="majorHAnsi"/>
        </w:rPr>
        <w:t>Sittehän sitä on helpompi analysoida.</w:t>
      </w:r>
    </w:p>
    <w:p w14:paraId="78F5D9BB" w14:textId="77777777" w:rsidR="00B87D21" w:rsidRPr="00B84620" w:rsidRDefault="00B87D21" w:rsidP="00B84620">
      <w:pPr>
        <w:spacing w:after="0"/>
        <w:rPr>
          <w:rFonts w:asciiTheme="majorHAnsi" w:hAnsiTheme="majorHAnsi" w:cstheme="majorHAnsi"/>
        </w:rPr>
      </w:pPr>
    </w:p>
    <w:p w14:paraId="015F7A76" w14:textId="77777777" w:rsidR="00550739" w:rsidRPr="00B84620" w:rsidRDefault="00550739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KAISA:</w:t>
      </w:r>
    </w:p>
    <w:p w14:paraId="7241B237" w14:textId="187FFED2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Ok.</w:t>
      </w:r>
    </w:p>
    <w:p w14:paraId="1321B668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0F5F7246" w14:textId="2A1B1106" w:rsidR="00B87D21" w:rsidRPr="00B84620" w:rsidRDefault="00550739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KAISA:</w:t>
      </w:r>
    </w:p>
    <w:p w14:paraId="5BAFADA3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Selvä, kroppa tähän.</w:t>
      </w:r>
    </w:p>
    <w:p w14:paraId="2C1A503A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Vaatteet tuonne.</w:t>
      </w:r>
    </w:p>
    <w:p w14:paraId="5DED9FB8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26D1A06C" w14:textId="013D46A1" w:rsidR="00550739" w:rsidRPr="00B84620" w:rsidRDefault="00550739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EEVA:</w:t>
      </w:r>
    </w:p>
    <w:p w14:paraId="47F59CB2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Alemmaksi.</w:t>
      </w:r>
    </w:p>
    <w:p w14:paraId="0CA8B217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3EC4E676" w14:textId="597F486A" w:rsidR="00B87D21" w:rsidRPr="00B84620" w:rsidRDefault="00550739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ELEV:</w:t>
      </w:r>
    </w:p>
    <w:p w14:paraId="22CA08FF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Siirrä sitä vasemmalle.</w:t>
      </w:r>
    </w:p>
    <w:p w14:paraId="7EF94FFE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4EC96682" w14:textId="3DECCAF8" w:rsidR="00550739" w:rsidRPr="00B84620" w:rsidRDefault="00550739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KAISA:</w:t>
      </w:r>
    </w:p>
    <w:p w14:paraId="4299B704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Siinä!</w:t>
      </w:r>
    </w:p>
    <w:p w14:paraId="3E7156A0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Ruoka tuohon.</w:t>
      </w:r>
    </w:p>
    <w:p w14:paraId="48EC8A1B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357B0660" w14:textId="65466C52" w:rsidR="00B87D21" w:rsidRPr="00B84620" w:rsidRDefault="00550739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EEVA:</w:t>
      </w:r>
    </w:p>
    <w:p w14:paraId="4BB05F2D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Ja vaipat ja vauvan tavarat tuone…</w:t>
      </w:r>
    </w:p>
    <w:p w14:paraId="7CC7EC84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Karhun tanssi</w:t>
      </w:r>
    </w:p>
    <w:p w14:paraId="78E410F1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Vähän ylöskäsin.</w:t>
      </w:r>
    </w:p>
    <w:p w14:paraId="3D10DE29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Nuoin.</w:t>
      </w:r>
    </w:p>
    <w:p w14:paraId="334C8F39" w14:textId="77777777" w:rsidR="00D11B15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751140EE" w14:textId="77777777" w:rsidR="00D11B15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PLAKAT:</w:t>
      </w:r>
    </w:p>
    <w:p w14:paraId="3FC048C9" w14:textId="1522D9FB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Uhkaus!!!</w:t>
      </w:r>
    </w:p>
    <w:p w14:paraId="1FD60700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258D9425" w14:textId="77777777" w:rsidR="00D11B15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DATASKJERM:</w:t>
      </w:r>
    </w:p>
    <w:p w14:paraId="11168B5C" w14:textId="081EED98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Hakemus kesätöihin.</w:t>
      </w:r>
    </w:p>
    <w:p w14:paraId="3D5EEC67" w14:textId="77777777" w:rsidR="00D11B15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23BF1BAD" w14:textId="77777777" w:rsidR="00D11B15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AARON</w:t>
      </w:r>
    </w:p>
    <w:p w14:paraId="568C9156" w14:textId="1DD189D9" w:rsidR="00D11B15" w:rsidRPr="00B84620" w:rsidRDefault="00D11B15" w:rsidP="00B84620">
      <w:pPr>
        <w:spacing w:after="0"/>
        <w:rPr>
          <w:rFonts w:asciiTheme="majorHAnsi" w:hAnsiTheme="majorHAnsi" w:cstheme="majorHAnsi"/>
        </w:rPr>
      </w:pPr>
      <w:r w:rsidRPr="00B84620">
        <w:rPr>
          <w:rFonts w:asciiTheme="majorHAnsi" w:hAnsiTheme="majorHAnsi" w:cstheme="majorHAnsi"/>
        </w:rPr>
        <w:t xml:space="preserve">Se pirun tulostin! </w:t>
      </w:r>
    </w:p>
    <w:p w14:paraId="324988EB" w14:textId="77777777" w:rsidR="00D11B15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57B6E682" w14:textId="7FA3CE26" w:rsidR="00D11B15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PLAKAT:</w:t>
      </w:r>
    </w:p>
    <w:p w14:paraId="04D95280" w14:textId="3DB3B592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Pelastakaa meidän joki. Kalat kuolevat!</w:t>
      </w:r>
    </w:p>
    <w:p w14:paraId="2177AF0D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07835381" w14:textId="573E9B8F" w:rsidR="00B87D21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LÆRER:</w:t>
      </w:r>
    </w:p>
    <w:p w14:paraId="54271DCE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Loistavaa, tulkaa sitten paikoillenne ja istukaa.</w:t>
      </w:r>
    </w:p>
    <w:p w14:paraId="47BBF940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Mitä yhteistä näissä ilmoituksissa on?</w:t>
      </w:r>
    </w:p>
    <w:p w14:paraId="28A503CE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7E853B42" w14:textId="3BB72EE9" w:rsidR="00D11B15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ELEV:</w:t>
      </w:r>
    </w:p>
    <w:p w14:paraId="6C5C285A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Niissä oon paljon vartaloita ja ulkonäköä.</w:t>
      </w:r>
    </w:p>
    <w:p w14:paraId="556D9C14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6909A15A" w14:textId="292B63D4" w:rsidR="00B87D21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LÆRER:</w:t>
      </w:r>
    </w:p>
    <w:p w14:paraId="317FDDBA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Niin.</w:t>
      </w:r>
    </w:p>
    <w:p w14:paraId="27FD0992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316500DA" w14:textId="691FA35F" w:rsidR="00B87D21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ELEV:</w:t>
      </w:r>
    </w:p>
    <w:p w14:paraId="0ADE8ABC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Terveellistä ruokaa ja treenausta.</w:t>
      </w:r>
    </w:p>
    <w:p w14:paraId="526115A1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7187AC2F" w14:textId="79855DAF" w:rsidR="00B87D21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LÆRER:</w:t>
      </w:r>
    </w:p>
    <w:p w14:paraId="7CE57A16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Aha, joo.</w:t>
      </w:r>
    </w:p>
    <w:p w14:paraId="5B7E41CF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15AF7E10" w14:textId="5A24FC72" w:rsidR="00B87D21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ELEV:</w:t>
      </w:r>
    </w:p>
    <w:p w14:paraId="0883F9D1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Kaunis sisustus.</w:t>
      </w:r>
    </w:p>
    <w:p w14:paraId="68CCED45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18B74FD4" w14:textId="2FA5D8BC" w:rsidR="00B87D21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EEVA:</w:t>
      </w:r>
    </w:p>
    <w:p w14:paraId="4B7E30BC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”Täydellinen elämä.”</w:t>
      </w:r>
    </w:p>
    <w:p w14:paraId="5243AD26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34246C08" w14:textId="77777777" w:rsidR="00D11B15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NILS:</w:t>
      </w:r>
    </w:p>
    <w:p w14:paraId="54906665" w14:textId="7D5EAD1F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Miksi meidän täytyy laittaa aikaa tähän?</w:t>
      </w:r>
    </w:p>
    <w:p w14:paraId="674B4483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Se ei merkitse mitään!</w:t>
      </w:r>
    </w:p>
    <w:p w14:paraId="689F8226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Se mitä tapahtuu täällä missä me asumme, on se mikä merkitsee jotakin.</w:t>
      </w:r>
    </w:p>
    <w:p w14:paraId="1A0B41FA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3CEEC1E7" w14:textId="7D2538D3" w:rsidR="00B87D21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EEVA:</w:t>
      </w:r>
    </w:p>
    <w:p w14:paraId="2E918998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Nils..</w:t>
      </w:r>
    </w:p>
    <w:p w14:paraId="78B7F17B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4EC0E4AB" w14:textId="77777777" w:rsidR="00D11B15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 xml:space="preserve">EEVA: </w:t>
      </w:r>
    </w:p>
    <w:p w14:paraId="05AB752E" w14:textId="2616AB93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Tässähän on myös ilmoituksia kväänikoruista ja kväänien kulttuurista.</w:t>
      </w:r>
    </w:p>
    <w:p w14:paraId="1B1E19ED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Sehän on positiivista, Nils.</w:t>
      </w:r>
    </w:p>
    <w:p w14:paraId="51EF66A5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6841B21D" w14:textId="6C25506E" w:rsidR="00B87D21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KAISA:</w:t>
      </w:r>
    </w:p>
    <w:p w14:paraId="3B5AEB23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Minä katson kickboksinkkia…..</w:t>
      </w:r>
    </w:p>
    <w:p w14:paraId="2CADF0B6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6295206F" w14:textId="77777777" w:rsidR="00D11B15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 xml:space="preserve">EEVA: </w:t>
      </w:r>
    </w:p>
    <w:p w14:paraId="79F294C3" w14:textId="44BB5ABF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Hae sinä kuolleita kalloja,  niin sitten sinun infovirta täyttyy sellaisesta mistä sinä tykkäät.</w:t>
      </w:r>
    </w:p>
    <w:p w14:paraId="7F986C1F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67F9DB89" w14:textId="77777777" w:rsidR="00D11B15" w:rsidRPr="00B84620" w:rsidRDefault="00D11B15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 xml:space="preserve">NILS: </w:t>
      </w:r>
    </w:p>
    <w:p w14:paraId="57439D03" w14:textId="233CA104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Juuri, kaikki negatiivinen kasvaa.</w:t>
      </w:r>
    </w:p>
    <w:p w14:paraId="71E351F7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Algorytmit haluavat että me emme enää luota toinen toisiimme.</w:t>
      </w:r>
    </w:p>
    <w:p w14:paraId="14468778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p w14:paraId="70C7D2DE" w14:textId="4FC0FA61" w:rsidR="00B87D21" w:rsidRPr="00B84620" w:rsidRDefault="00D11B15" w:rsidP="00B84620">
      <w:pPr>
        <w:spacing w:after="0"/>
        <w:rPr>
          <w:rFonts w:asciiTheme="majorHAnsi" w:hAnsiTheme="majorHAnsi" w:cstheme="majorHAnsi"/>
        </w:rPr>
      </w:pPr>
      <w:r w:rsidRPr="00B84620">
        <w:rPr>
          <w:rFonts w:asciiTheme="majorHAnsi" w:hAnsiTheme="majorHAnsi" w:cstheme="majorHAnsi"/>
        </w:rPr>
        <w:t>ELEV</w:t>
      </w:r>
      <w:r w:rsidR="00242F62" w:rsidRPr="00B84620">
        <w:rPr>
          <w:rFonts w:asciiTheme="majorHAnsi" w:hAnsiTheme="majorHAnsi" w:cstheme="majorHAnsi"/>
        </w:rPr>
        <w:t>ER</w:t>
      </w:r>
      <w:r w:rsidRPr="00B84620">
        <w:rPr>
          <w:rFonts w:asciiTheme="majorHAnsi" w:hAnsiTheme="majorHAnsi" w:cstheme="majorHAnsi"/>
        </w:rPr>
        <w:t>:</w:t>
      </w:r>
    </w:p>
    <w:p w14:paraId="3CF18B68" w14:textId="77777777" w:rsidR="00B87D21" w:rsidRPr="00B84620" w:rsidRDefault="00000000" w:rsidP="00B84620">
      <w:pPr>
        <w:spacing w:after="0"/>
        <w:rPr>
          <w:rFonts w:asciiTheme="majorHAnsi" w:hAnsiTheme="majorHAnsi" w:cstheme="majorHAnsi"/>
        </w:rPr>
      </w:pPr>
      <w:r w:rsidRPr="00B84620">
        <w:rPr>
          <w:rFonts w:asciiTheme="majorHAnsi" w:hAnsiTheme="majorHAnsi" w:cstheme="majorHAnsi"/>
        </w:rPr>
        <w:t>Nils on oikeassa!</w:t>
      </w:r>
    </w:p>
    <w:p w14:paraId="1CA941E8" w14:textId="77777777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Meitä juksataan ja meihin vaikutetaan.</w:t>
      </w:r>
    </w:p>
    <w:p w14:paraId="0CA5EDD4" w14:textId="6D4C8398" w:rsidR="00B87D21" w:rsidRPr="00B84620" w:rsidRDefault="00000000" w:rsidP="00B84620">
      <w:pPr>
        <w:spacing w:after="0"/>
        <w:rPr>
          <w:rFonts w:asciiTheme="majorHAnsi" w:hAnsiTheme="majorHAnsi" w:cstheme="majorHAnsi"/>
          <w:lang w:val="nb-NO"/>
        </w:rPr>
      </w:pPr>
      <w:r w:rsidRPr="00B84620">
        <w:rPr>
          <w:rFonts w:asciiTheme="majorHAnsi" w:hAnsiTheme="majorHAnsi" w:cstheme="majorHAnsi"/>
          <w:lang w:val="nb-NO"/>
        </w:rPr>
        <w:t>Me olemme kaikukammiossa.</w:t>
      </w:r>
    </w:p>
    <w:p w14:paraId="54A80855" w14:textId="77777777" w:rsidR="00B87D21" w:rsidRPr="00B84620" w:rsidRDefault="00B87D21" w:rsidP="00B84620">
      <w:pPr>
        <w:spacing w:after="0"/>
        <w:rPr>
          <w:rFonts w:asciiTheme="majorHAnsi" w:hAnsiTheme="majorHAnsi" w:cstheme="majorHAnsi"/>
          <w:lang w:val="nb-NO"/>
        </w:rPr>
      </w:pPr>
    </w:p>
    <w:sectPr w:rsidR="00B87D21" w:rsidRPr="00B84620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A7DDF" w14:textId="77777777" w:rsidR="008446B6" w:rsidRDefault="008446B6" w:rsidP="00242F62">
      <w:pPr>
        <w:spacing w:after="0" w:line="240" w:lineRule="auto"/>
      </w:pPr>
      <w:r>
        <w:separator/>
      </w:r>
    </w:p>
  </w:endnote>
  <w:endnote w:type="continuationSeparator" w:id="0">
    <w:p w14:paraId="3646868D" w14:textId="77777777" w:rsidR="008446B6" w:rsidRDefault="008446B6" w:rsidP="00242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333686389"/>
      <w:docPartObj>
        <w:docPartGallery w:val="Page Numbers (Bottom of Page)"/>
        <w:docPartUnique/>
      </w:docPartObj>
    </w:sdtPr>
    <w:sdtContent>
      <w:p w14:paraId="49623D3C" w14:textId="5B0BFDA6" w:rsidR="00242F62" w:rsidRDefault="00242F62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66DC528F" w14:textId="77777777" w:rsidR="00242F62" w:rsidRDefault="00242F62" w:rsidP="00242F62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273087250"/>
      <w:docPartObj>
        <w:docPartGallery w:val="Page Numbers (Bottom of Page)"/>
        <w:docPartUnique/>
      </w:docPartObj>
    </w:sdtPr>
    <w:sdtContent>
      <w:p w14:paraId="47029EAE" w14:textId="439B616D" w:rsidR="00242F62" w:rsidRDefault="00242F62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7</w:t>
        </w:r>
        <w:r>
          <w:rPr>
            <w:rStyle w:val="Sidetall"/>
          </w:rPr>
          <w:fldChar w:fldCharType="end"/>
        </w:r>
      </w:p>
    </w:sdtContent>
  </w:sdt>
  <w:p w14:paraId="2744BD55" w14:textId="77777777" w:rsidR="00242F62" w:rsidRDefault="00242F62" w:rsidP="00242F62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61D99" w14:textId="77777777" w:rsidR="008446B6" w:rsidRDefault="008446B6" w:rsidP="00242F62">
      <w:pPr>
        <w:spacing w:after="0" w:line="240" w:lineRule="auto"/>
      </w:pPr>
      <w:r>
        <w:separator/>
      </w:r>
    </w:p>
  </w:footnote>
  <w:footnote w:type="continuationSeparator" w:id="0">
    <w:p w14:paraId="7F7878AA" w14:textId="77777777" w:rsidR="008446B6" w:rsidRDefault="008446B6" w:rsidP="00242F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57047533">
    <w:abstractNumId w:val="8"/>
  </w:num>
  <w:num w:numId="2" w16cid:durableId="165022191">
    <w:abstractNumId w:val="6"/>
  </w:num>
  <w:num w:numId="3" w16cid:durableId="1098409677">
    <w:abstractNumId w:val="5"/>
  </w:num>
  <w:num w:numId="4" w16cid:durableId="531192333">
    <w:abstractNumId w:val="4"/>
  </w:num>
  <w:num w:numId="5" w16cid:durableId="386953035">
    <w:abstractNumId w:val="7"/>
  </w:num>
  <w:num w:numId="6" w16cid:durableId="1327173428">
    <w:abstractNumId w:val="3"/>
  </w:num>
  <w:num w:numId="7" w16cid:durableId="1012613673">
    <w:abstractNumId w:val="2"/>
  </w:num>
  <w:num w:numId="8" w16cid:durableId="948121835">
    <w:abstractNumId w:val="1"/>
  </w:num>
  <w:num w:numId="9" w16cid:durableId="1123038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17F6"/>
    <w:rsid w:val="00034616"/>
    <w:rsid w:val="0006063C"/>
    <w:rsid w:val="0015074B"/>
    <w:rsid w:val="001F1679"/>
    <w:rsid w:val="00242F62"/>
    <w:rsid w:val="0029639D"/>
    <w:rsid w:val="00326F90"/>
    <w:rsid w:val="00550739"/>
    <w:rsid w:val="005B7834"/>
    <w:rsid w:val="008446B6"/>
    <w:rsid w:val="0085094C"/>
    <w:rsid w:val="008D564D"/>
    <w:rsid w:val="00AA1D8D"/>
    <w:rsid w:val="00B47730"/>
    <w:rsid w:val="00B84620"/>
    <w:rsid w:val="00B87D21"/>
    <w:rsid w:val="00CB0664"/>
    <w:rsid w:val="00D11B15"/>
    <w:rsid w:val="00F5451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AA66B1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242F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0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34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2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0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6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38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88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65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330</Words>
  <Characters>1753</Characters>
  <Application>Microsoft Office Word</Application>
  <DocSecurity>0</DocSecurity>
  <Lines>14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2079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4</cp:revision>
  <dcterms:created xsi:type="dcterms:W3CDTF">2025-11-14T13:32:00Z</dcterms:created>
  <dcterms:modified xsi:type="dcterms:W3CDTF">2025-11-18T08:08:00Z</dcterms:modified>
  <cp:category/>
</cp:coreProperties>
</file>