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77A94" w14:textId="14FD4110" w:rsidR="009B2D51" w:rsidRPr="008C7788" w:rsidRDefault="00752C1F" w:rsidP="008C7788">
      <w:pPr>
        <w:spacing w:after="0" w:line="276" w:lineRule="auto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8C7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F</w:t>
      </w:r>
      <w:r w:rsidR="009B2D51" w:rsidRPr="008C7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insk dialogmanus, episode 4</w:t>
      </w:r>
    </w:p>
    <w:p w14:paraId="7F2A31D0" w14:textId="65BFC64E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8C7788">
        <w:rPr>
          <w:rFonts w:asciiTheme="majorHAnsi" w:hAnsiTheme="majorHAnsi" w:cstheme="majorHAnsi"/>
          <w:b/>
          <w:bCs/>
          <w:color w:val="000000" w:themeColor="text1"/>
          <w:lang w:val="nb-NO"/>
        </w:rPr>
        <w:t>Äänestys</w:t>
      </w:r>
    </w:p>
    <w:p w14:paraId="15EB08B2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992CC5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 xml:space="preserve">LÆRER: </w:t>
      </w:r>
    </w:p>
    <w:p w14:paraId="1E33DA59" w14:textId="2047BFE3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Hei oppilaat</w:t>
      </w:r>
    </w:p>
    <w:p w14:paraId="5CCCBF32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Ok, oletteko te puhuneet tästä kotona?</w:t>
      </w:r>
    </w:p>
    <w:p w14:paraId="7A8BEB81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Onko teidän vanhempanne mukana tässä?</w:t>
      </w:r>
    </w:p>
    <w:p w14:paraId="5463E9E7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Selvä, äänestämme sitten.</w:t>
      </w:r>
    </w:p>
    <w:p w14:paraId="663DD0FB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C870AD7" w14:textId="72E5B152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EEVA:</w:t>
      </w:r>
    </w:p>
    <w:p w14:paraId="13B7DC42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Oliko tarkoitus että me tekisimme sen jo nyt?</w:t>
      </w:r>
    </w:p>
    <w:p w14:paraId="2C75E8EE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275C64E" w14:textId="211006A2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 xml:space="preserve">NILS: </w:t>
      </w:r>
    </w:p>
    <w:p w14:paraId="3B4581FE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Olemmehan tienneet tästä jo kauan aikaa.</w:t>
      </w:r>
    </w:p>
    <w:p w14:paraId="21B450E3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36FE349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LÆRER:</w:t>
      </w:r>
    </w:p>
    <w:p w14:paraId="2FD3BBC7" w14:textId="4BED8E10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He jotka aikovat olla viikon ilman sosiaalisia medioita, nostavat käden pystyyn.</w:t>
      </w:r>
    </w:p>
    <w:p w14:paraId="2E3FA8E0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5C24987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EEVA:</w:t>
      </w:r>
    </w:p>
    <w:p w14:paraId="044FE83F" w14:textId="44B02D2F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Mitä jos meidän on pakko ilmoittaa jollekin jotain tärkeää?</w:t>
      </w:r>
    </w:p>
    <w:p w14:paraId="3232D819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99156A" w14:textId="18C47AE3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LÆRER:</w:t>
      </w:r>
    </w:p>
    <w:p w14:paraId="02D777A7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Silloin voi soittaa toinen toiselle niinkuin ennen aikaan.</w:t>
      </w:r>
    </w:p>
    <w:p w14:paraId="6250162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Tai lähettäkää tavallinen tekstiviesti.</w:t>
      </w:r>
    </w:p>
    <w:p w14:paraId="6331E0B6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Ja harjoitelkaa sopimaan asioista etukäteen ja sitten pitämään sopimukset!</w:t>
      </w:r>
    </w:p>
    <w:p w14:paraId="0F501269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Selvä! Kaikki ovat samaa mieltä.</w:t>
      </w:r>
    </w:p>
    <w:p w14:paraId="6153A0BD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Sitten otatte pois teidän sosiaalisen median apit.</w:t>
      </w:r>
    </w:p>
    <w:p w14:paraId="54310A4D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Yksi keino on että siirätte apit pois näytöltä, että ette paina niitä vahingossa.</w:t>
      </w:r>
    </w:p>
    <w:p w14:paraId="59B90A69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AD140FA" w14:textId="27AAEBE0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EEVA:</w:t>
      </w:r>
    </w:p>
    <w:p w14:paraId="38B680B3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Voiko odottaa iltaan?</w:t>
      </w:r>
    </w:p>
    <w:p w14:paraId="2079CBDB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8E5BB5" w14:textId="38816651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LÆRER:</w:t>
      </w:r>
    </w:p>
    <w:p w14:paraId="1F613614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On tärkeää että teemme sen yhdessä ja samaan aikaan niinkuin olemme sopineet</w:t>
      </w:r>
    </w:p>
    <w:p w14:paraId="25FE83FF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Se ei tule olemaan sen helpompaa illala.</w:t>
      </w:r>
    </w:p>
    <w:p w14:paraId="5FFB0254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Ja jos me kaikki onnistumme tekemään tehtävän, sitten te saatte palkinnon.</w:t>
      </w:r>
    </w:p>
    <w:p w14:paraId="6483D6DC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A23A202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iCs/>
          <w:lang w:val="nb-NO"/>
        </w:rPr>
      </w:pPr>
      <w:r w:rsidRPr="008C7788">
        <w:rPr>
          <w:rFonts w:asciiTheme="majorHAnsi" w:hAnsiTheme="majorHAnsi" w:cstheme="majorHAnsi"/>
          <w:iCs/>
          <w:lang w:val="nb-NO"/>
        </w:rPr>
        <w:t>KAISA:</w:t>
      </w:r>
    </w:p>
    <w:p w14:paraId="3AAF0EF3" w14:textId="2E8D347E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 tein sen!</w:t>
      </w:r>
    </w:p>
    <w:p w14:paraId="33F17230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 olen poistanut apit.</w:t>
      </w:r>
    </w:p>
    <w:p w14:paraId="002E93F5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5EEBD8D" w14:textId="5FF4B60A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EEVA:</w:t>
      </w:r>
    </w:p>
    <w:p w14:paraId="02EA8FC3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lastRenderedPageBreak/>
        <w:t>Hyvästi, maailma!</w:t>
      </w:r>
    </w:p>
    <w:p w14:paraId="0DDE4562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31872CE" w14:textId="7DBB5D50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NILS:</w:t>
      </w:r>
    </w:p>
    <w:p w14:paraId="7BF91722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 näen lisää kuolleita kalloja!</w:t>
      </w:r>
    </w:p>
    <w:p w14:paraId="7B0BAA1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 haaveilen että saisin kalastaa joessa.</w:t>
      </w:r>
    </w:p>
    <w:p w14:paraId="08B9635B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E6E66BA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BESSA:</w:t>
      </w:r>
    </w:p>
    <w:p w14:paraId="743E4E5B" w14:textId="227A0715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Minäkin.</w:t>
      </w:r>
    </w:p>
    <w:p w14:paraId="736548F3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FAC7DA7" w14:textId="3D04EC54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BESSA:</w:t>
      </w:r>
    </w:p>
    <w:p w14:paraId="675D2E62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Me päätimme asettua asumaan tänne juuri siksi että paikan asukkailla oli lupa kalastaa joessa.</w:t>
      </w:r>
    </w:p>
    <w:p w14:paraId="4FC48186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E1DD4CE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NILS:</w:t>
      </w:r>
    </w:p>
    <w:p w14:paraId="4DE2F420" w14:textId="4B628890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Eikö meillä enää ole lupaa kalastaa joessa?</w:t>
      </w:r>
    </w:p>
    <w:p w14:paraId="50276E3B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9EC757F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</w:rPr>
      </w:pPr>
      <w:r w:rsidRPr="008C7788">
        <w:rPr>
          <w:rFonts w:asciiTheme="majorHAnsi" w:hAnsiTheme="majorHAnsi" w:cstheme="majorHAnsi"/>
        </w:rPr>
        <w:t>BESSA:</w:t>
      </w:r>
    </w:p>
    <w:p w14:paraId="46F6FF46" w14:textId="197F765C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</w:rPr>
      </w:pPr>
      <w:r w:rsidRPr="008C7788">
        <w:rPr>
          <w:rFonts w:asciiTheme="majorHAnsi" w:hAnsiTheme="majorHAnsi" w:cstheme="majorHAnsi"/>
        </w:rPr>
        <w:t>Joo, on kyllä, mutta nyt on liian vähän kalaa.</w:t>
      </w:r>
    </w:p>
    <w:p w14:paraId="74B79ED6" w14:textId="1AC290A6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Ennen kalaa oli paljon.</w:t>
      </w:r>
    </w:p>
    <w:p w14:paraId="3EE21889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Villilohta, nieriää ja meritaimenta.</w:t>
      </w:r>
    </w:p>
    <w:p w14:paraId="3A1D67FA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569C5E8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NILS:</w:t>
      </w:r>
    </w:p>
    <w:p w14:paraId="0DCCA343" w14:textId="03BBC463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Tuleeko kala takaisin nyt kun jokikalastus on kielletty?</w:t>
      </w:r>
    </w:p>
    <w:p w14:paraId="7B4B1C09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B26B731" w14:textId="57874411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BESSA:</w:t>
      </w:r>
    </w:p>
    <w:p w14:paraId="274EB841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Joo…</w:t>
      </w:r>
    </w:p>
    <w:p w14:paraId="0F0D4AB2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BF74A3C" w14:textId="7D2E0B90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NILS:</w:t>
      </w:r>
    </w:p>
    <w:p w14:paraId="28E7A2C9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Kuitenkin kalat kuolvat…</w:t>
      </w:r>
    </w:p>
    <w:p w14:paraId="2972DA3B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Mitä me voimme tehdä?</w:t>
      </w:r>
    </w:p>
    <w:p w14:paraId="227F1CE5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1844F04" w14:textId="3B33E25D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ANNA:</w:t>
      </w:r>
    </w:p>
    <w:p w14:paraId="4BD80D6A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No niin, täälä te istutte, verenseisauttajat!</w:t>
      </w:r>
    </w:p>
    <w:p w14:paraId="7C73B485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489122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ANNA:</w:t>
      </w:r>
    </w:p>
    <w:p w14:paraId="4991B9C5" w14:textId="150B0842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Eikö teillä ole ihmishenkiä pelastettavana?</w:t>
      </w:r>
    </w:p>
    <w:p w14:paraId="67371BEA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Meidän päälle hyökätään.</w:t>
      </w:r>
    </w:p>
    <w:p w14:paraId="7A951CAF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57A69AC" w14:textId="262F00DF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 xml:space="preserve">NILS: </w:t>
      </w:r>
    </w:p>
    <w:p w14:paraId="0434CE52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Useampi henki on jo valitettavasti menetetty.</w:t>
      </w:r>
    </w:p>
    <w:p w14:paraId="21E064EC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88C86A1" w14:textId="0E7E848A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BESSA:</w:t>
      </w:r>
    </w:p>
    <w:p w14:paraId="0215A09D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 pidän huolen "ruumiista".</w:t>
      </w:r>
    </w:p>
    <w:p w14:paraId="77F85890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lastRenderedPageBreak/>
        <w:t>Näkemiin, rakas kuningatar.</w:t>
      </w:r>
    </w:p>
    <w:p w14:paraId="0F924FCB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0BC5A1" w14:textId="5E644646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BESSA:</w:t>
      </w:r>
    </w:p>
    <w:p w14:paraId="0DA9BC1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Hei hei.</w:t>
      </w:r>
    </w:p>
    <w:p w14:paraId="4090FC64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</w:rPr>
      </w:pPr>
    </w:p>
    <w:p w14:paraId="29AA77DC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</w:rPr>
      </w:pPr>
      <w:r w:rsidRPr="008C7788">
        <w:rPr>
          <w:rFonts w:asciiTheme="majorHAnsi" w:hAnsiTheme="majorHAnsi" w:cstheme="majorHAnsi"/>
        </w:rPr>
        <w:t>ANNA:</w:t>
      </w:r>
    </w:p>
    <w:p w14:paraId="54EA27E6" w14:textId="738AAA0C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</w:rPr>
      </w:pPr>
      <w:r w:rsidRPr="008C7788">
        <w:rPr>
          <w:rFonts w:asciiTheme="majorHAnsi" w:hAnsiTheme="majorHAnsi" w:cstheme="majorHAnsi"/>
        </w:rPr>
        <w:t>Viholinen oon lähellä.</w:t>
      </w:r>
    </w:p>
    <w:p w14:paraId="23CB0DD1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0177711" w14:textId="23C2EE5C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BESSA, EEVA OG KAISA:</w:t>
      </w:r>
    </w:p>
    <w:p w14:paraId="39C9FC7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Päivää. Päivää!</w:t>
      </w:r>
    </w:p>
    <w:p w14:paraId="4267F88D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A46DC74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ANNA:</w:t>
      </w:r>
    </w:p>
    <w:p w14:paraId="6D8BB3B1" w14:textId="2937BC7D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Oletteko te vain sammakonpoikasia kulhossa, vai pystyttekö päihittämään minut?!?</w:t>
      </w:r>
    </w:p>
    <w:p w14:paraId="7F7BE80C" w14:textId="581F4DE3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Voimanaisn!</w:t>
      </w:r>
    </w:p>
    <w:p w14:paraId="4D6CD4C7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2BA5B7" w14:textId="3C69C8A8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NILS:</w:t>
      </w:r>
    </w:p>
    <w:p w14:paraId="1C814C01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Naisvoimaa, Anna!</w:t>
      </w:r>
    </w:p>
    <w:p w14:paraId="6138B014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6C7D82A" w14:textId="0326D76E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ANNA:</w:t>
      </w:r>
    </w:p>
    <w:p w14:paraId="4BBCA87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Oo jaa…</w:t>
      </w:r>
    </w:p>
    <w:p w14:paraId="03AE0F90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59304F9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KAISA:</w:t>
      </w:r>
    </w:p>
    <w:p w14:paraId="23FF5C62" w14:textId="5AC2FDE4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Onko se oikea miekka?</w:t>
      </w:r>
    </w:p>
    <w:p w14:paraId="75C6656A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EE36464" w14:textId="77777777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EEVA:</w:t>
      </w:r>
    </w:p>
    <w:p w14:paraId="0871D6EC" w14:textId="5C539E0E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Teatteriryhmän rekvisiittataistelumiekka.</w:t>
      </w:r>
    </w:p>
    <w:p w14:paraId="754D7254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727F5DB" w14:textId="02E60C2A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KAISA:</w:t>
      </w:r>
    </w:p>
    <w:p w14:paraId="130F976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Eikö se ole lastenteatteria?</w:t>
      </w:r>
    </w:p>
    <w:p w14:paraId="60806593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3F3F355" w14:textId="14AC66E0" w:rsidR="009B2D51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EEVA:</w:t>
      </w:r>
    </w:p>
    <w:p w14:paraId="0E5188A8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Mitä sinä tarkoitat?</w:t>
      </w:r>
    </w:p>
    <w:p w14:paraId="7EB992F4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047A94E" w14:textId="07F11966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NILS:</w:t>
      </w:r>
    </w:p>
    <w:p w14:paraId="4836E92E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Luulitko sinä että lastenteatteri on lapsellista?</w:t>
      </w:r>
    </w:p>
    <w:p w14:paraId="751C78F3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058FF55" w14:textId="49D5B293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ANNA:</w:t>
      </w:r>
    </w:p>
    <w:p w14:paraId="51483FDC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Ei kukaan teistä sammakonpojista uskalla haastaa minua.</w:t>
      </w:r>
    </w:p>
    <w:p w14:paraId="74FCA160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AC7CCD3" w14:textId="11FDC175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KAISA:</w:t>
      </w:r>
    </w:p>
    <w:p w14:paraId="7E097252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Minä voin haastaa sinut!</w:t>
      </w:r>
    </w:p>
    <w:p w14:paraId="30908BD0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4507558" w14:textId="10280100" w:rsidR="006622A0" w:rsidRPr="008C7788" w:rsidRDefault="009B2D51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lastRenderedPageBreak/>
        <w:t>NILS:</w:t>
      </w:r>
    </w:p>
    <w:p w14:paraId="0DB26F16" w14:textId="77777777" w:rsidR="006622A0" w:rsidRPr="008C7788" w:rsidRDefault="0000000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8C7788">
        <w:rPr>
          <w:rFonts w:asciiTheme="majorHAnsi" w:hAnsiTheme="majorHAnsi" w:cstheme="majorHAnsi"/>
          <w:lang w:val="nb-NO"/>
        </w:rPr>
        <w:t>Varo käsivarttasi, Kaisa!</w:t>
      </w:r>
    </w:p>
    <w:p w14:paraId="212A50DC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09AED2F" w14:textId="77777777" w:rsidR="006622A0" w:rsidRPr="008C7788" w:rsidRDefault="006622A0" w:rsidP="008C7788">
      <w:pPr>
        <w:spacing w:after="0" w:line="276" w:lineRule="auto"/>
        <w:rPr>
          <w:rFonts w:asciiTheme="majorHAnsi" w:hAnsiTheme="majorHAnsi" w:cstheme="majorHAnsi"/>
          <w:lang w:val="nb-NO"/>
        </w:rPr>
      </w:pPr>
    </w:p>
    <w:sectPr w:rsidR="006622A0" w:rsidRPr="008C7788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E34A1" w14:textId="77777777" w:rsidR="00650D32" w:rsidRDefault="00650D32" w:rsidP="009B2D51">
      <w:pPr>
        <w:spacing w:after="0" w:line="240" w:lineRule="auto"/>
      </w:pPr>
      <w:r>
        <w:separator/>
      </w:r>
    </w:p>
  </w:endnote>
  <w:endnote w:type="continuationSeparator" w:id="0">
    <w:p w14:paraId="5A27EE30" w14:textId="77777777" w:rsidR="00650D32" w:rsidRDefault="00650D32" w:rsidP="009B2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835037363"/>
      <w:docPartObj>
        <w:docPartGallery w:val="Page Numbers (Bottom of Page)"/>
        <w:docPartUnique/>
      </w:docPartObj>
    </w:sdtPr>
    <w:sdtContent>
      <w:p w14:paraId="0CD41D5D" w14:textId="360C81F9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5208D28" w14:textId="77777777" w:rsidR="009B2D51" w:rsidRDefault="009B2D51" w:rsidP="009B2D5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261870523"/>
      <w:docPartObj>
        <w:docPartGallery w:val="Page Numbers (Bottom of Page)"/>
        <w:docPartUnique/>
      </w:docPartObj>
    </w:sdtPr>
    <w:sdtContent>
      <w:p w14:paraId="28FDFEE6" w14:textId="31C9A7AF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61F9033C" w14:textId="77777777" w:rsidR="009B2D51" w:rsidRDefault="009B2D51" w:rsidP="009B2D5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71141" w14:textId="77777777" w:rsidR="00650D32" w:rsidRDefault="00650D32" w:rsidP="009B2D51">
      <w:pPr>
        <w:spacing w:after="0" w:line="240" w:lineRule="auto"/>
      </w:pPr>
      <w:r>
        <w:separator/>
      </w:r>
    </w:p>
  </w:footnote>
  <w:footnote w:type="continuationSeparator" w:id="0">
    <w:p w14:paraId="2967E75A" w14:textId="77777777" w:rsidR="00650D32" w:rsidRDefault="00650D32" w:rsidP="009B2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1109152">
    <w:abstractNumId w:val="8"/>
  </w:num>
  <w:num w:numId="2" w16cid:durableId="1221862484">
    <w:abstractNumId w:val="6"/>
  </w:num>
  <w:num w:numId="3" w16cid:durableId="1044255951">
    <w:abstractNumId w:val="5"/>
  </w:num>
  <w:num w:numId="4" w16cid:durableId="129133149">
    <w:abstractNumId w:val="4"/>
  </w:num>
  <w:num w:numId="5" w16cid:durableId="417868786">
    <w:abstractNumId w:val="7"/>
  </w:num>
  <w:num w:numId="6" w16cid:durableId="870260495">
    <w:abstractNumId w:val="3"/>
  </w:num>
  <w:num w:numId="7" w16cid:durableId="205795547">
    <w:abstractNumId w:val="2"/>
  </w:num>
  <w:num w:numId="8" w16cid:durableId="960646720">
    <w:abstractNumId w:val="1"/>
  </w:num>
  <w:num w:numId="9" w16cid:durableId="2013332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35235"/>
    <w:rsid w:val="00650D32"/>
    <w:rsid w:val="006622A0"/>
    <w:rsid w:val="006A68F5"/>
    <w:rsid w:val="00752C1F"/>
    <w:rsid w:val="008C7788"/>
    <w:rsid w:val="009B2D51"/>
    <w:rsid w:val="00AA1D8D"/>
    <w:rsid w:val="00B47730"/>
    <w:rsid w:val="00BA6BE7"/>
    <w:rsid w:val="00CB0664"/>
    <w:rsid w:val="00F705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71E79D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line="240" w:lineRule="exact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2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378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2025-11-14T13:46:00Z</dcterms:created>
  <dcterms:modified xsi:type="dcterms:W3CDTF">2025-11-18T08:08:00Z</dcterms:modified>
  <cp:category/>
</cp:coreProperties>
</file>