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4D5C" w14:textId="19F972F4" w:rsidR="00CA1A1C" w:rsidRPr="00CA1A1C" w:rsidRDefault="001B7684" w:rsidP="00CA1A1C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F</w:t>
      </w:r>
      <w:r w:rsidR="00CA1A1C" w:rsidRPr="00CA1A1C">
        <w:rPr>
          <w:b/>
          <w:bCs/>
          <w:lang w:val="nb-NO"/>
        </w:rPr>
        <w:t>insk dialogmanus, episode 6</w:t>
      </w:r>
    </w:p>
    <w:p w14:paraId="6CB68D3A" w14:textId="6D6B24AC" w:rsidR="00CA1A1C" w:rsidRPr="00CA1A1C" w:rsidRDefault="00CA1A1C" w:rsidP="00CA1A1C">
      <w:pPr>
        <w:spacing w:after="0" w:line="240" w:lineRule="auto"/>
        <w:rPr>
          <w:b/>
          <w:bCs/>
          <w:lang w:val="nb-NO"/>
        </w:rPr>
      </w:pPr>
      <w:proofErr w:type="spellStart"/>
      <w:r w:rsidRPr="00CA1A1C">
        <w:rPr>
          <w:b/>
          <w:bCs/>
          <w:lang w:val="nb-NO"/>
        </w:rPr>
        <w:t>Kvääniruusukoru</w:t>
      </w:r>
      <w:proofErr w:type="spellEnd"/>
    </w:p>
    <w:p w14:paraId="3540A69E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AA1252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5460A61A" w14:textId="3D1F99D5" w:rsid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Voi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paska</w:t>
      </w:r>
      <w:proofErr w:type="spellEnd"/>
      <w:r w:rsidRPr="00CA1A1C">
        <w:rPr>
          <w:lang w:val="nb-NO"/>
        </w:rPr>
        <w:br/>
        <w:t xml:space="preserve">Hei </w:t>
      </w:r>
      <w:proofErr w:type="spellStart"/>
      <w:r w:rsidRPr="00CA1A1C">
        <w:rPr>
          <w:lang w:val="nb-NO"/>
        </w:rPr>
        <w:t>Eeva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saattaako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etiäinen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asua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sinun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luonasi</w:t>
      </w:r>
      <w:proofErr w:type="spellEnd"/>
      <w:r w:rsidRPr="00CA1A1C">
        <w:rPr>
          <w:lang w:val="nb-NO"/>
        </w:rPr>
        <w:t>?</w:t>
      </w:r>
      <w:r w:rsidRPr="00CA1A1C">
        <w:rPr>
          <w:lang w:val="nb-NO"/>
        </w:rPr>
        <w:br/>
        <w:t>Hallo?</w:t>
      </w:r>
      <w:r w:rsidRPr="00CA1A1C">
        <w:rPr>
          <w:lang w:val="nb-NO"/>
        </w:rPr>
        <w:br/>
      </w:r>
    </w:p>
    <w:p w14:paraId="2263F69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7FD87BB" w14:textId="041BE4A7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 xml:space="preserve">Hei, </w:t>
      </w:r>
      <w:proofErr w:type="spellStart"/>
      <w:r w:rsidRPr="00CA1A1C">
        <w:rPr>
          <w:lang w:val="nb-NO"/>
        </w:rPr>
        <w:t>Jussa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tarvitsetko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apua</w:t>
      </w:r>
      <w:proofErr w:type="spellEnd"/>
      <w:r w:rsidRPr="00CA1A1C">
        <w:rPr>
          <w:lang w:val="nb-NO"/>
        </w:rPr>
        <w:t>?</w:t>
      </w:r>
      <w:r w:rsidRPr="00CA1A1C">
        <w:rPr>
          <w:lang w:val="nb-NO"/>
        </w:rPr>
        <w:br/>
      </w:r>
    </w:p>
    <w:p w14:paraId="1A92806B" w14:textId="2C775253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544D09A4" w14:textId="190FFFDF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 xml:space="preserve">Ei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Eeva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ajattelin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vain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katsoa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yhtä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korua</w:t>
      </w:r>
      <w:proofErr w:type="spellEnd"/>
      <w:r w:rsidRPr="00CA1A1C">
        <w:rPr>
          <w:lang w:val="nb-NO"/>
        </w:rPr>
        <w:t>.</w:t>
      </w:r>
    </w:p>
    <w:p w14:paraId="509C5B28" w14:textId="126B89D7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Raisiin</w:t>
      </w:r>
      <w:proofErr w:type="spellEnd"/>
      <w:r w:rsidRPr="00CA1A1C">
        <w:rPr>
          <w:lang w:val="nb-NO"/>
        </w:rPr>
        <w:t xml:space="preserve"> kun </w:t>
      </w:r>
      <w:proofErr w:type="spellStart"/>
      <w:r w:rsidRPr="00CA1A1C">
        <w:rPr>
          <w:lang w:val="nb-NO"/>
        </w:rPr>
        <w:t>tulee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Suomen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mies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kysytään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hältä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mikä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ties.</w:t>
      </w:r>
    </w:p>
    <w:p w14:paraId="1961FEE7" w14:textId="3681E27D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tiedän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osaat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tämän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laulun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Eeva</w:t>
      </w:r>
      <w:proofErr w:type="spellEnd"/>
      <w:r w:rsidRPr="00CA1A1C">
        <w:rPr>
          <w:lang w:val="nb-NO"/>
        </w:rPr>
        <w:t>.</w:t>
      </w:r>
    </w:p>
    <w:p w14:paraId="4BC3D318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8EF117A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EEVA</w:t>
      </w:r>
      <w:proofErr w:type="spellEnd"/>
      <w:r w:rsidRPr="00CA1A1C">
        <w:t>:</w:t>
      </w:r>
    </w:p>
    <w:p w14:paraId="5F7C9093" w14:textId="74457320" w:rsidR="00C545AE" w:rsidRPr="00CA1A1C" w:rsidRDefault="00000000" w:rsidP="00CA1A1C">
      <w:pPr>
        <w:spacing w:after="0" w:line="240" w:lineRule="auto"/>
      </w:pPr>
      <w:proofErr w:type="spellStart"/>
      <w:r w:rsidRPr="00CA1A1C">
        <w:t>Ohoh</w:t>
      </w:r>
      <w:proofErr w:type="spellEnd"/>
      <w:r w:rsidRPr="00CA1A1C">
        <w:t>.</w:t>
      </w:r>
    </w:p>
    <w:p w14:paraId="2A649E0F" w14:textId="77777777" w:rsidR="00CA1A1C" w:rsidRPr="00CA1A1C" w:rsidRDefault="00CA1A1C" w:rsidP="00CA1A1C">
      <w:pPr>
        <w:spacing w:after="0" w:line="240" w:lineRule="auto"/>
      </w:pPr>
    </w:p>
    <w:p w14:paraId="7948D31B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JUSSA</w:t>
      </w:r>
      <w:proofErr w:type="spellEnd"/>
      <w:r w:rsidRPr="00CA1A1C">
        <w:t>:</w:t>
      </w:r>
    </w:p>
    <w:p w14:paraId="04C05821" w14:textId="7061F5B6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t>Oikein</w:t>
      </w:r>
      <w:proofErr w:type="spellEnd"/>
      <w:r w:rsidRPr="00CA1A1C">
        <w:t xml:space="preserve"> </w:t>
      </w:r>
      <w:proofErr w:type="spellStart"/>
      <w:r w:rsidRPr="00CA1A1C">
        <w:t>aikaisin</w:t>
      </w:r>
      <w:proofErr w:type="spellEnd"/>
      <w:r w:rsidRPr="00CA1A1C">
        <w:t xml:space="preserve"> </w:t>
      </w:r>
      <w:proofErr w:type="spellStart"/>
      <w:r w:rsidRPr="00CA1A1C">
        <w:t>aamulla</w:t>
      </w:r>
      <w:proofErr w:type="spellEnd"/>
      <w:r w:rsidRPr="00CA1A1C">
        <w:t xml:space="preserve">... </w:t>
      </w:r>
      <w:proofErr w:type="spellStart"/>
      <w:r w:rsidRPr="00CA1A1C">
        <w:t>käskee</w:t>
      </w:r>
      <w:proofErr w:type="spellEnd"/>
      <w:r w:rsidRPr="00CA1A1C">
        <w:t xml:space="preserve"> </w:t>
      </w:r>
      <w:proofErr w:type="spellStart"/>
      <w:r w:rsidRPr="00CA1A1C">
        <w:t>ihmisiä</w:t>
      </w:r>
      <w:proofErr w:type="spellEnd"/>
      <w:r w:rsidRPr="00CA1A1C">
        <w:t>… </w:t>
      </w:r>
      <w:proofErr w:type="spellStart"/>
      <w:r w:rsidRPr="00CA1A1C">
        <w:t>hiihtämään</w:t>
      </w:r>
      <w:proofErr w:type="spellEnd"/>
      <w:r w:rsidRPr="00CA1A1C">
        <w:t xml:space="preserve"> </w:t>
      </w:r>
      <w:proofErr w:type="spellStart"/>
      <w:r w:rsidRPr="00CA1A1C">
        <w:t>haudalle</w:t>
      </w:r>
      <w:proofErr w:type="spellEnd"/>
      <w:r w:rsidRPr="00CA1A1C">
        <w:t>.</w:t>
      </w:r>
    </w:p>
    <w:p w14:paraId="41FFCF6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33DD27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 xml:space="preserve">: </w:t>
      </w:r>
    </w:p>
    <w:p w14:paraId="122E8107" w14:textId="4A7362C8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Paketoinko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tämän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sinulle</w:t>
      </w:r>
      <w:proofErr w:type="spellEnd"/>
      <w:r w:rsidRPr="00CA1A1C">
        <w:rPr>
          <w:lang w:val="nb-NO"/>
        </w:rPr>
        <w:t>?</w:t>
      </w:r>
    </w:p>
    <w:p w14:paraId="0E25E3E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DC69A74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 xml:space="preserve">: </w:t>
      </w:r>
    </w:p>
    <w:p w14:paraId="3D80ED3C" w14:textId="6041A9E1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proofErr w:type="spellStart"/>
      <w:r w:rsidRPr="00CA1A1C">
        <w:rPr>
          <w:lang w:val="nb-NO"/>
        </w:rPr>
        <w:t>Tämä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syntymäpäivälahja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Annalle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Pr="00CA1A1C">
        <w:rPr>
          <w:lang w:val="nb-NO"/>
        </w:rPr>
        <w:t>Kuinka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sinun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isoäitisi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kanssa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menee</w:t>
      </w:r>
      <w:proofErr w:type="spellEnd"/>
      <w:r w:rsidRPr="00CA1A1C">
        <w:rPr>
          <w:lang w:val="nb-NO"/>
        </w:rPr>
        <w:t xml:space="preserve"> nyt?</w:t>
      </w:r>
    </w:p>
    <w:p w14:paraId="04DD745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8BD38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1619D9EF" w14:textId="521EF96C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Hän</w:t>
      </w:r>
      <w:proofErr w:type="spellEnd"/>
      <w:r w:rsidRPr="00CA1A1C">
        <w:rPr>
          <w:lang w:val="nb-NO"/>
        </w:rPr>
        <w:t xml:space="preserve"> ei </w:t>
      </w:r>
      <w:proofErr w:type="spellStart"/>
      <w:r w:rsidRPr="00CA1A1C">
        <w:rPr>
          <w:lang w:val="nb-NO"/>
        </w:rPr>
        <w:t>muista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minua</w:t>
      </w:r>
      <w:proofErr w:type="spellEnd"/>
      <w:r w:rsidRPr="00CA1A1C">
        <w:rPr>
          <w:lang w:val="nb-NO"/>
        </w:rPr>
        <w:t xml:space="preserve"> </w:t>
      </w:r>
      <w:proofErr w:type="spellStart"/>
      <w:proofErr w:type="gramStart"/>
      <w:r w:rsidRPr="00CA1A1C">
        <w:rPr>
          <w:lang w:val="nb-NO"/>
        </w:rPr>
        <w:t>enää</w:t>
      </w:r>
      <w:proofErr w:type="spellEnd"/>
      <w:r w:rsidRPr="00CA1A1C">
        <w:rPr>
          <w:lang w:val="nb-NO"/>
        </w:rPr>
        <w:t>...</w:t>
      </w:r>
      <w:proofErr w:type="gramEnd"/>
      <w:r w:rsidRPr="00CA1A1C">
        <w:rPr>
          <w:lang w:val="nb-NO"/>
        </w:rPr>
        <w:br/>
      </w:r>
    </w:p>
    <w:p w14:paraId="2366682F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 xml:space="preserve">: </w:t>
      </w:r>
    </w:p>
    <w:p w14:paraId="0CE0DA78" w14:textId="6F423B60" w:rsidR="001B7684" w:rsidRPr="001B7684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Sehän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surullista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</w:p>
    <w:p w14:paraId="01CD8B9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A207EFD" w14:textId="48D14BC5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Miksi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aina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laulat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Jussa</w:t>
      </w:r>
      <w:proofErr w:type="spellEnd"/>
      <w:r w:rsidRPr="00CA1A1C">
        <w:rPr>
          <w:lang w:val="nb-NO"/>
        </w:rPr>
        <w:t>?</w:t>
      </w:r>
    </w:p>
    <w:p w14:paraId="0BD438E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598534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1BB4597F" w14:textId="6A815F9D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Kaunis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laulu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poistaa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pölyn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sydämestä</w:t>
      </w:r>
      <w:proofErr w:type="spellEnd"/>
      <w:r w:rsidRPr="00CA1A1C">
        <w:rPr>
          <w:lang w:val="nb-NO"/>
        </w:rPr>
        <w:t>.</w:t>
      </w:r>
    </w:p>
    <w:p w14:paraId="70DA2FB4" w14:textId="6433195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 xml:space="preserve">On </w:t>
      </w:r>
      <w:proofErr w:type="spellStart"/>
      <w:r w:rsidRPr="00CA1A1C">
        <w:rPr>
          <w:lang w:val="nb-NO"/>
        </w:rPr>
        <w:t>ehkä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parempi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sanoa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laulaminen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pitää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pölyt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poissa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aivoista</w:t>
      </w:r>
      <w:proofErr w:type="spellEnd"/>
      <w:r w:rsidRPr="00CA1A1C">
        <w:rPr>
          <w:lang w:val="nb-NO"/>
        </w:rPr>
        <w:t>.</w:t>
      </w:r>
    </w:p>
    <w:p w14:paraId="7D651309" w14:textId="457500A9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Ajatukset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selvenevät</w:t>
      </w:r>
      <w:proofErr w:type="spellEnd"/>
      <w:r w:rsidRPr="00CA1A1C">
        <w:rPr>
          <w:lang w:val="nb-NO"/>
        </w:rPr>
        <w:t xml:space="preserve"> ja </w:t>
      </w:r>
      <w:proofErr w:type="spellStart"/>
      <w:r w:rsidRPr="00CA1A1C">
        <w:rPr>
          <w:lang w:val="nb-NO"/>
        </w:rPr>
        <w:t>mieli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kevenee</w:t>
      </w:r>
      <w:proofErr w:type="spellEnd"/>
      <w:r w:rsidRPr="00CA1A1C">
        <w:rPr>
          <w:lang w:val="nb-NO"/>
        </w:rPr>
        <w:t>.</w:t>
      </w:r>
    </w:p>
    <w:p w14:paraId="73FBBCC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9CEB81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99829D8" w14:textId="0E1FF5B8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Oo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>!</w:t>
      </w:r>
    </w:p>
    <w:p w14:paraId="407819A5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3C4757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D8A1AC2" w14:textId="6F756B2C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lastRenderedPageBreak/>
        <w:t>Minä</w:t>
      </w:r>
      <w:proofErr w:type="spellEnd"/>
      <w:r w:rsidRPr="00CA1A1C">
        <w:rPr>
          <w:lang w:val="nb-NO"/>
        </w:rPr>
        <w:t xml:space="preserve"> olen neurologi ja </w:t>
      </w:r>
      <w:proofErr w:type="spellStart"/>
      <w:r w:rsidRPr="00CA1A1C">
        <w:rPr>
          <w:lang w:val="nb-NO"/>
        </w:rPr>
        <w:t>tutkin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aivoja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senhän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tiedät</w:t>
      </w:r>
      <w:proofErr w:type="spellEnd"/>
      <w:r w:rsidRPr="00CA1A1C">
        <w:rPr>
          <w:lang w:val="nb-NO"/>
        </w:rPr>
        <w:t>.</w:t>
      </w:r>
    </w:p>
    <w:p w14:paraId="463175C5" w14:textId="5E0FAAEE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Tulipa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hieno</w:t>
      </w:r>
      <w:proofErr w:type="spellEnd"/>
      <w:r w:rsidRPr="00CA1A1C">
        <w:rPr>
          <w:lang w:val="nb-NO"/>
        </w:rPr>
        <w:t xml:space="preserve">.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!</w:t>
      </w:r>
    </w:p>
    <w:p w14:paraId="3565E6D1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48761C40" w14:textId="381CFBB5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27FD29E" w14:textId="72101345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.</w:t>
      </w:r>
    </w:p>
    <w:p w14:paraId="48AB1E72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139E7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2CBFDF40" w14:textId="7FB4F654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Näkemiin</w:t>
      </w:r>
      <w:proofErr w:type="spellEnd"/>
      <w:r w:rsidRPr="00CA1A1C">
        <w:rPr>
          <w:lang w:val="nb-NO"/>
        </w:rPr>
        <w:t>!</w:t>
      </w:r>
    </w:p>
    <w:p w14:paraId="39C34D5B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C10A0B9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57E46ACC" w14:textId="291780D5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Näkemiin</w:t>
      </w:r>
      <w:proofErr w:type="spellEnd"/>
      <w:r w:rsidRPr="00CA1A1C">
        <w:rPr>
          <w:lang w:val="nb-NO"/>
        </w:rPr>
        <w:t>!</w:t>
      </w:r>
    </w:p>
    <w:p w14:paraId="3C19469F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BE9F1C5" w14:textId="4B73AAB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70E1F810" w14:textId="3AF4F940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Ylös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Sapphen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työta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hakeen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luulen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löydän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vaan</w:t>
      </w:r>
      <w:proofErr w:type="spellEnd"/>
      <w:r w:rsidRPr="00CA1A1C">
        <w:rPr>
          <w:lang w:val="nb-NO"/>
        </w:rPr>
        <w:t>.</w:t>
      </w:r>
    </w:p>
    <w:p w14:paraId="4FC0016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CF734EA" w14:textId="5E7FD9FD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RADIOSTEMME:</w:t>
      </w:r>
    </w:p>
    <w:p w14:paraId="32539EFB" w14:textId="34F0291B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Raisinjoesta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löytynyt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kuolleita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kalloja</w:t>
      </w:r>
      <w:proofErr w:type="spellEnd"/>
      <w:r w:rsidRPr="00CA1A1C">
        <w:rPr>
          <w:lang w:val="nb-NO"/>
        </w:rPr>
        <w:t xml:space="preserve">, ja kun </w:t>
      </w:r>
      <w:proofErr w:type="spellStart"/>
      <w:r w:rsidRPr="00CA1A1C">
        <w:rPr>
          <w:lang w:val="nb-NO"/>
        </w:rPr>
        <w:t>kaloista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otettu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kokeista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selvinnyt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ovat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kuolleet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furunkuloosiin</w:t>
      </w:r>
      <w:proofErr w:type="spellEnd"/>
      <w:r w:rsidRPr="00CA1A1C">
        <w:rPr>
          <w:lang w:val="nb-NO"/>
        </w:rPr>
        <w:t>.</w:t>
      </w:r>
    </w:p>
    <w:p w14:paraId="4D06E497" w14:textId="65AC500A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Furunkuloosi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tarttuva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tauti</w:t>
      </w:r>
      <w:proofErr w:type="spellEnd"/>
      <w:r w:rsidRPr="00CA1A1C">
        <w:rPr>
          <w:lang w:val="nb-NO"/>
        </w:rPr>
        <w:t xml:space="preserve"> joka </w:t>
      </w:r>
      <w:proofErr w:type="spellStart"/>
      <w:r w:rsidRPr="00CA1A1C">
        <w:rPr>
          <w:lang w:val="nb-NO"/>
        </w:rPr>
        <w:t>tappaa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lohia</w:t>
      </w:r>
      <w:proofErr w:type="spellEnd"/>
      <w:r w:rsidRPr="00CA1A1C">
        <w:rPr>
          <w:lang w:val="nb-NO"/>
        </w:rPr>
        <w:t xml:space="preserve"> kun </w:t>
      </w:r>
      <w:proofErr w:type="spellStart"/>
      <w:r w:rsidRPr="00CA1A1C">
        <w:rPr>
          <w:lang w:val="nb-NO"/>
        </w:rPr>
        <w:t>vesi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lämpenee</w:t>
      </w:r>
      <w:proofErr w:type="spellEnd"/>
      <w:r w:rsidRPr="00CA1A1C">
        <w:rPr>
          <w:lang w:val="nb-NO"/>
        </w:rPr>
        <w:t>.</w:t>
      </w:r>
    </w:p>
    <w:p w14:paraId="1C7C53CB" w14:textId="4DA0C4B6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Määtän</w:t>
      </w:r>
      <w:proofErr w:type="spellEnd"/>
      <w:r w:rsidRPr="00CA1A1C">
        <w:rPr>
          <w:lang w:val="nb-NO"/>
        </w:rPr>
        <w:t xml:space="preserve"> lapset Anna ja Nils </w:t>
      </w:r>
      <w:proofErr w:type="spellStart"/>
      <w:r w:rsidRPr="00CA1A1C">
        <w:rPr>
          <w:lang w:val="nb-NO"/>
        </w:rPr>
        <w:t>löysivät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kalat</w:t>
      </w:r>
      <w:proofErr w:type="spellEnd"/>
      <w:r w:rsidRPr="00CA1A1C">
        <w:rPr>
          <w:lang w:val="nb-NO"/>
        </w:rPr>
        <w:t xml:space="preserve"> ja </w:t>
      </w:r>
      <w:proofErr w:type="spellStart"/>
      <w:r w:rsidRPr="00CA1A1C">
        <w:rPr>
          <w:lang w:val="nb-NO"/>
        </w:rPr>
        <w:t>ovat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asian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vuoksi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tähđen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murheissaan</w:t>
      </w:r>
      <w:proofErr w:type="spellEnd"/>
      <w:r w:rsidRPr="00CA1A1C">
        <w:rPr>
          <w:lang w:val="nb-NO"/>
        </w:rPr>
        <w:t>.</w:t>
      </w:r>
    </w:p>
    <w:p w14:paraId="0BABA280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6ED13FC4" w14:textId="195B1658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ANNA PÅ RADIO:</w:t>
      </w:r>
    </w:p>
    <w:p w14:paraId="68A74B8A" w14:textId="4FDC1230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hämmästyin</w:t>
      </w:r>
      <w:proofErr w:type="spellEnd"/>
      <w:r w:rsidRPr="00CA1A1C">
        <w:rPr>
          <w:lang w:val="nb-NO"/>
        </w:rPr>
        <w:t xml:space="preserve"> ja </w:t>
      </w:r>
      <w:proofErr w:type="spellStart"/>
      <w:r w:rsidRPr="00CA1A1C">
        <w:rPr>
          <w:lang w:val="nb-NO"/>
        </w:rPr>
        <w:t>tulin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suruliseksi</w:t>
      </w:r>
      <w:proofErr w:type="spellEnd"/>
      <w:r w:rsidRPr="00CA1A1C">
        <w:rPr>
          <w:lang w:val="nb-NO"/>
        </w:rPr>
        <w:t xml:space="preserve"> kun </w:t>
      </w:r>
      <w:proofErr w:type="spellStart"/>
      <w:r w:rsidRPr="00CA1A1C">
        <w:rPr>
          <w:lang w:val="nb-NO"/>
        </w:rPr>
        <w:t>löysin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kuolleita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kalloja</w:t>
      </w:r>
      <w:proofErr w:type="spellEnd"/>
      <w:r w:rsidRPr="00CA1A1C">
        <w:rPr>
          <w:lang w:val="nb-NO"/>
        </w:rPr>
        <w:t>.</w:t>
      </w:r>
    </w:p>
    <w:p w14:paraId="49D10659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DF5E0BE" w14:textId="77777777" w:rsidR="000D3B94" w:rsidRDefault="000D3B94" w:rsidP="00CA1A1C">
      <w:pPr>
        <w:spacing w:after="0" w:line="240" w:lineRule="auto"/>
        <w:rPr>
          <w:lang w:val="nb-NO"/>
        </w:rPr>
      </w:pPr>
      <w:r>
        <w:rPr>
          <w:lang w:val="nb-NO"/>
        </w:rPr>
        <w:t>NILS PÅ RADIO:</w:t>
      </w:r>
    </w:p>
    <w:p w14:paraId="01058DAE" w14:textId="08EFB59F" w:rsidR="000D3B94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 xml:space="preserve">Nyt </w:t>
      </w:r>
      <w:proofErr w:type="spellStart"/>
      <w:r w:rsidRPr="00CA1A1C">
        <w:rPr>
          <w:lang w:val="nb-NO"/>
        </w:rPr>
        <w:t>olemme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saaneet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vielä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yhden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uhan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kalalle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joessa</w:t>
      </w:r>
      <w:proofErr w:type="spellEnd"/>
      <w:r w:rsidRPr="00CA1A1C">
        <w:rPr>
          <w:lang w:val="nb-NO"/>
        </w:rPr>
        <w:t>.</w:t>
      </w:r>
    </w:p>
    <w:p w14:paraId="171122DE" w14:textId="6986317D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 xml:space="preserve">Nyt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sen </w:t>
      </w:r>
      <w:proofErr w:type="spellStart"/>
      <w:r w:rsidRPr="00CA1A1C">
        <w:rPr>
          <w:lang w:val="nb-NO"/>
        </w:rPr>
        <w:t>aika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kaikki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yhdessä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yritämme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pelastaa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meidän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jokemme</w:t>
      </w:r>
      <w:proofErr w:type="spellEnd"/>
      <w:r w:rsidRPr="00CA1A1C">
        <w:rPr>
          <w:lang w:val="nb-NO"/>
        </w:rPr>
        <w:t>.</w:t>
      </w:r>
    </w:p>
    <w:p w14:paraId="6DF712F5" w14:textId="77777777" w:rsidR="000D3B94" w:rsidRPr="001B7684" w:rsidRDefault="000D3B94" w:rsidP="00CA1A1C">
      <w:pPr>
        <w:spacing w:after="0" w:line="240" w:lineRule="auto"/>
        <w:rPr>
          <w:lang w:val="nb-NO"/>
        </w:rPr>
      </w:pPr>
    </w:p>
    <w:p w14:paraId="37CE00AB" w14:textId="77777777" w:rsidR="000D3B94" w:rsidRDefault="000D3B94" w:rsidP="00CA1A1C">
      <w:pPr>
        <w:spacing w:after="0" w:line="240" w:lineRule="auto"/>
      </w:pPr>
      <w:r>
        <w:t>AARON:</w:t>
      </w:r>
    </w:p>
    <w:p w14:paraId="5FE46221" w14:textId="230E6DB7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>
        <w:t>Minä</w:t>
      </w:r>
      <w:proofErr w:type="spellEnd"/>
      <w:r>
        <w:t xml:space="preserve"> </w:t>
      </w:r>
      <w:proofErr w:type="spellStart"/>
      <w:r>
        <w:t>kuulin</w:t>
      </w:r>
      <w:proofErr w:type="spellEnd"/>
      <w:r>
        <w:t xml:space="preserve"> </w:t>
      </w:r>
      <w:proofErr w:type="spellStart"/>
      <w:r>
        <w:t>sinut</w:t>
      </w:r>
      <w:proofErr w:type="spellEnd"/>
      <w:r>
        <w:t xml:space="preserve"> </w:t>
      </w:r>
      <w:proofErr w:type="spellStart"/>
      <w:r>
        <w:t>radiossa</w:t>
      </w:r>
      <w:proofErr w:type="spellEnd"/>
      <w:r>
        <w:t>, Nils!</w:t>
      </w:r>
    </w:p>
    <w:p w14:paraId="57957EDA" w14:textId="6F4D881A" w:rsidR="00C545AE" w:rsidRPr="000D3B94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tulen</w:t>
      </w:r>
      <w:proofErr w:type="spellEnd"/>
      <w:r w:rsidRPr="00CA1A1C">
        <w:rPr>
          <w:lang w:val="nb-NO"/>
        </w:rPr>
        <w:t xml:space="preserve"> </w:t>
      </w:r>
      <w:proofErr w:type="spellStart"/>
      <w:proofErr w:type="gramStart"/>
      <w:r w:rsidRPr="00CA1A1C">
        <w:rPr>
          <w:lang w:val="nb-NO"/>
        </w:rPr>
        <w:t>kylään</w:t>
      </w:r>
      <w:proofErr w:type="spellEnd"/>
      <w:r w:rsidRPr="00CA1A1C">
        <w:rPr>
          <w:lang w:val="nb-NO"/>
        </w:rPr>
        <w:t xml:space="preserve">  –</w:t>
      </w:r>
      <w:proofErr w:type="gramEnd"/>
      <w:r w:rsidRPr="00CA1A1C">
        <w:rPr>
          <w:lang w:val="nb-NO"/>
        </w:rPr>
        <w:t xml:space="preserve"> olen jo </w:t>
      </w:r>
      <w:proofErr w:type="spellStart"/>
      <w:r w:rsidRPr="00CA1A1C">
        <w:rPr>
          <w:lang w:val="nb-NO"/>
        </w:rPr>
        <w:t>ostanut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bussilipun</w:t>
      </w:r>
      <w:proofErr w:type="spellEnd"/>
      <w:r w:rsidRPr="00CA1A1C">
        <w:rPr>
          <w:lang w:val="nb-NO"/>
        </w:rPr>
        <w:t>!</w:t>
      </w:r>
    </w:p>
    <w:sectPr w:rsidR="00C545AE" w:rsidRPr="000D3B94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3D7A7" w14:textId="77777777" w:rsidR="00784244" w:rsidRDefault="00784244" w:rsidP="00CA1A1C">
      <w:pPr>
        <w:spacing w:after="0" w:line="240" w:lineRule="auto"/>
      </w:pPr>
      <w:r>
        <w:separator/>
      </w:r>
    </w:p>
  </w:endnote>
  <w:endnote w:type="continuationSeparator" w:id="0">
    <w:p w14:paraId="6F201750" w14:textId="77777777" w:rsidR="00784244" w:rsidRDefault="00784244" w:rsidP="00CA1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163890352"/>
      <w:docPartObj>
        <w:docPartGallery w:val="Page Numbers (Bottom of Page)"/>
        <w:docPartUnique/>
      </w:docPartObj>
    </w:sdtPr>
    <w:sdtContent>
      <w:p w14:paraId="76D7EEC6" w14:textId="18522705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261DAF2" w14:textId="77777777" w:rsidR="00CA1A1C" w:rsidRDefault="00CA1A1C" w:rsidP="00CA1A1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137986440"/>
      <w:docPartObj>
        <w:docPartGallery w:val="Page Numbers (Bottom of Page)"/>
        <w:docPartUnique/>
      </w:docPartObj>
    </w:sdtPr>
    <w:sdtContent>
      <w:p w14:paraId="21050508" w14:textId="016B7D9A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AA4FECF" w14:textId="77777777" w:rsidR="00CA1A1C" w:rsidRDefault="00CA1A1C" w:rsidP="00CA1A1C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CBDEB" w14:textId="77777777" w:rsidR="00784244" w:rsidRDefault="00784244" w:rsidP="00CA1A1C">
      <w:pPr>
        <w:spacing w:after="0" w:line="240" w:lineRule="auto"/>
      </w:pPr>
      <w:r>
        <w:separator/>
      </w:r>
    </w:p>
  </w:footnote>
  <w:footnote w:type="continuationSeparator" w:id="0">
    <w:p w14:paraId="3AF54CBB" w14:textId="77777777" w:rsidR="00784244" w:rsidRDefault="00784244" w:rsidP="00CA1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4789354">
    <w:abstractNumId w:val="8"/>
  </w:num>
  <w:num w:numId="2" w16cid:durableId="690958310">
    <w:abstractNumId w:val="6"/>
  </w:num>
  <w:num w:numId="3" w16cid:durableId="1830441198">
    <w:abstractNumId w:val="5"/>
  </w:num>
  <w:num w:numId="4" w16cid:durableId="241110222">
    <w:abstractNumId w:val="4"/>
  </w:num>
  <w:num w:numId="5" w16cid:durableId="502857794">
    <w:abstractNumId w:val="7"/>
  </w:num>
  <w:num w:numId="6" w16cid:durableId="865290430">
    <w:abstractNumId w:val="3"/>
  </w:num>
  <w:num w:numId="7" w16cid:durableId="381441628">
    <w:abstractNumId w:val="2"/>
  </w:num>
  <w:num w:numId="8" w16cid:durableId="1798599124">
    <w:abstractNumId w:val="1"/>
  </w:num>
  <w:num w:numId="9" w16cid:durableId="211879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3B94"/>
    <w:rsid w:val="001255E5"/>
    <w:rsid w:val="0015074B"/>
    <w:rsid w:val="001B7684"/>
    <w:rsid w:val="0029639D"/>
    <w:rsid w:val="00326F90"/>
    <w:rsid w:val="00680634"/>
    <w:rsid w:val="00784244"/>
    <w:rsid w:val="00A426FB"/>
    <w:rsid w:val="00AA1D8D"/>
    <w:rsid w:val="00B47730"/>
    <w:rsid w:val="00C545AE"/>
    <w:rsid w:val="00CA1A1C"/>
    <w:rsid w:val="00CB0664"/>
    <w:rsid w:val="00CF54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92BCE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CA1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259</Words>
  <Characters>1374</Characters>
  <Application>Microsoft Office Word</Application>
  <DocSecurity>0</DocSecurity>
  <Lines>11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2025-11-17T08:30:00Z</dcterms:created>
  <dcterms:modified xsi:type="dcterms:W3CDTF">2025-11-17T08:36:00Z</dcterms:modified>
  <cp:category/>
</cp:coreProperties>
</file>