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BEADA" w14:textId="67756E81" w:rsidR="00E32A31" w:rsidRPr="00E32A31" w:rsidRDefault="00E32A31" w:rsidP="00E32A31">
      <w:pPr>
        <w:spacing w:after="0" w:line="240" w:lineRule="auto"/>
        <w:rPr>
          <w:b/>
          <w:bCs/>
          <w:lang w:val="nb-NO"/>
        </w:rPr>
      </w:pPr>
      <w:r w:rsidRPr="00E32A31">
        <w:rPr>
          <w:b/>
          <w:bCs/>
          <w:lang w:val="nb-NO"/>
        </w:rPr>
        <w:t>FINSK DIALOGMANUS, EPISODE 8</w:t>
      </w:r>
    </w:p>
    <w:p w14:paraId="27E5E1A0" w14:textId="1E8429E8" w:rsidR="00E32A31" w:rsidRPr="00E32A31" w:rsidRDefault="00E32A31" w:rsidP="00E32A31">
      <w:pPr>
        <w:spacing w:after="0" w:line="240" w:lineRule="auto"/>
        <w:rPr>
          <w:b/>
          <w:bCs/>
          <w:lang w:val="nb-NO"/>
        </w:rPr>
      </w:pPr>
      <w:r w:rsidRPr="00E32A31">
        <w:rPr>
          <w:b/>
          <w:bCs/>
          <w:lang w:val="nb-NO"/>
        </w:rPr>
        <w:t>Sinnikkyys</w:t>
      </w:r>
    </w:p>
    <w:p w14:paraId="5B8B6829" w14:textId="77777777" w:rsidR="00E32A31" w:rsidRPr="00E32A31" w:rsidRDefault="00E32A31" w:rsidP="00E32A31">
      <w:pPr>
        <w:spacing w:after="0" w:line="240" w:lineRule="auto"/>
        <w:rPr>
          <w:b/>
          <w:bCs/>
          <w:lang w:val="nb-NO"/>
        </w:rPr>
      </w:pPr>
    </w:p>
    <w:p w14:paraId="0606817B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KAISA: </w:t>
      </w:r>
    </w:p>
    <w:p w14:paraId="3C574C4E" w14:textId="1F1D4BAB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Päivää!</w:t>
      </w:r>
      <w:r w:rsidRPr="00E32A31">
        <w:rPr>
          <w:lang w:val="nb-NO"/>
        </w:rPr>
        <w:br/>
      </w:r>
    </w:p>
    <w:p w14:paraId="16643BB1" w14:textId="77777777" w:rsidR="00E32A31" w:rsidRDefault="00E32A31" w:rsidP="00E32A31">
      <w:pPr>
        <w:spacing w:after="0" w:line="240" w:lineRule="auto"/>
        <w:rPr>
          <w:i/>
          <w:lang w:val="nb-NO"/>
        </w:rPr>
      </w:pPr>
    </w:p>
    <w:p w14:paraId="66CAED50" w14:textId="712F2C2A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C172486" w14:textId="0C764810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Päivää!</w:t>
      </w:r>
    </w:p>
    <w:p w14:paraId="1EE120DE" w14:textId="004251B7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Päivää Kaisa.</w:t>
      </w:r>
    </w:p>
    <w:p w14:paraId="0AD36F0D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0EDA2A43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DB6A59D" w14:textId="06BBDEFE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Onko sinulla minulle roolia?</w:t>
      </w:r>
    </w:p>
    <w:p w14:paraId="642596F3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111CC1BF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22FC3E05" w14:textId="21DCB87F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Tervetuloa, Kaisa.</w:t>
      </w:r>
    </w:p>
    <w:p w14:paraId="41E41252" w14:textId="7E32B876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Meiltä löytyy kyllä rooli jokaiselle.</w:t>
      </w:r>
    </w:p>
    <w:p w14:paraId="6EDC9425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6EB87177" w14:textId="34E5CC54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659F98B9" w14:textId="52B15118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Minä haluan olla mukana miekkataistelussa. Minä pidän kickboksingista ja sen kaltaisista jutuista.</w:t>
      </w:r>
    </w:p>
    <w:p w14:paraId="182A6636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2D9FD427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04C555CB" w14:textId="29EFD5E0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Varovasti</w:t>
      </w:r>
      <w:r w:rsidR="00E32A31">
        <w:rPr>
          <w:lang w:val="nb-NO"/>
        </w:rPr>
        <w:t>.</w:t>
      </w:r>
    </w:p>
    <w:p w14:paraId="39E21E31" w14:textId="465AB78D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Me emme tappele täällä, me vain näyttelemme taistelemista.</w:t>
      </w:r>
    </w:p>
    <w:p w14:paraId="0FE643FC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4DEA26B3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2AD0429" w14:textId="40461DC3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Se ja sama.</w:t>
      </w:r>
    </w:p>
    <w:p w14:paraId="328561E0" w14:textId="14C7FCF0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Taistelu on taistelu.</w:t>
      </w:r>
    </w:p>
    <w:p w14:paraId="527245F5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190B9D9A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12935429" w14:textId="320C47CE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Missä ilma on?</w:t>
      </w:r>
    </w:p>
    <w:p w14:paraId="2856FDC5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309EC99E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9106F1A" w14:textId="4CBD91A4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Tuossa.</w:t>
      </w:r>
    </w:p>
    <w:p w14:paraId="6DCC62A4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54ACA2A8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468319DA" w14:textId="686E5C0F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Missä minun ilma on?</w:t>
      </w:r>
    </w:p>
    <w:p w14:paraId="2E839F21" w14:textId="4EE9BF5C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Sinun piti pitää huolta siitä!</w:t>
      </w:r>
    </w:p>
    <w:p w14:paraId="0A7C9427" w14:textId="6E7AA14A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Sinä lupasit!</w:t>
      </w:r>
    </w:p>
    <w:p w14:paraId="603BAEA0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CA71DB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684C4381" w14:textId="68830E3A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Sinun täytyy puolustautua, Kaisa.</w:t>
      </w:r>
    </w:p>
    <w:p w14:paraId="50C69390" w14:textId="6772D40A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Sinun pitää liikkua taaksepäin tai ympäri ringissä.</w:t>
      </w:r>
    </w:p>
    <w:p w14:paraId="6D17E422" w14:textId="3CDE7521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Kokeile löytää sinun sisäinen voimasi, jotta voit puolustautua.</w:t>
      </w:r>
    </w:p>
    <w:p w14:paraId="4C46F21F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68831B31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4897F0F9" w14:textId="656BC2B9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Tämähän on aivan järjetöntä!</w:t>
      </w:r>
    </w:p>
    <w:p w14:paraId="08046DC8" w14:textId="6E398298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lastRenderedPageBreak/>
        <w:t>Missä ilma on?!</w:t>
      </w:r>
    </w:p>
    <w:p w14:paraId="5170D798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710BD60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2CF445A8" w14:textId="44DE5CF2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Niin, mutta onko se sitä?</w:t>
      </w:r>
    </w:p>
    <w:p w14:paraId="32211A1F" w14:textId="289A8E39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Tai onko se vain järjettömyyden illuusio?</w:t>
      </w:r>
    </w:p>
    <w:p w14:paraId="371156AF" w14:textId="0C67849D" w:rsidR="00356C56" w:rsidRDefault="00E32A31" w:rsidP="00E32A31">
      <w:pPr>
        <w:spacing w:after="0" w:line="240" w:lineRule="auto"/>
        <w:rPr>
          <w:i/>
          <w:lang w:val="nb-NO"/>
        </w:rPr>
      </w:pPr>
      <w:r>
        <w:rPr>
          <w:lang w:val="nb-NO"/>
        </w:rPr>
        <w:t xml:space="preserve">No, </w:t>
      </w:r>
      <w:r w:rsidRPr="00E32A31">
        <w:rPr>
          <w:lang w:val="nb-NO"/>
        </w:rPr>
        <w:t>löydä sinun sisäinen voimasi, sisu, Kaisa!</w:t>
      </w:r>
    </w:p>
    <w:p w14:paraId="7FC58A79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2ABC4ED9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2F37510A" w14:textId="7DD6C6CD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Missä ilma on?</w:t>
      </w:r>
    </w:p>
    <w:p w14:paraId="1FA245B3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2F58A97D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82CC1D3" w14:textId="0EDD4FF6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Enemmän voimaa!</w:t>
      </w:r>
    </w:p>
    <w:p w14:paraId="5A8003EB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6FBA7EE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6814A9A5" w14:textId="576DE999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Missä ilma on?</w:t>
      </w:r>
    </w:p>
    <w:p w14:paraId="733654D5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06616E76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BBD11A7" w14:textId="2EA76D8C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Enemmän voimaa!</w:t>
      </w:r>
      <w:r w:rsidRPr="00E32A31">
        <w:rPr>
          <w:lang w:val="nb-NO"/>
        </w:rPr>
        <w:br/>
      </w:r>
    </w:p>
    <w:p w14:paraId="24CDF69F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F5B3765" w14:textId="09089E09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Missä ilma on?</w:t>
      </w:r>
    </w:p>
    <w:p w14:paraId="63235689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5DBBB0F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0968DDC2" w14:textId="5A8FE567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Löydä sisäinen voima itsestäsi!</w:t>
      </w:r>
    </w:p>
    <w:p w14:paraId="042F00FF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75F1AFCD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7101A92" w14:textId="5C97A11C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Missä ilma on?</w:t>
      </w:r>
    </w:p>
    <w:p w14:paraId="1BFD9064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99919E0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5FD80444" w14:textId="3BCE8B50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Tuntekaa kuinka energia virtaa.</w:t>
      </w:r>
    </w:p>
    <w:p w14:paraId="688A312F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12E30229" w14:textId="6A0FB653" w:rsidR="00E32A31" w:rsidRPr="00E32A31" w:rsidRDefault="00E32A31" w:rsidP="00E32A31">
      <w:pPr>
        <w:spacing w:after="0" w:line="240" w:lineRule="auto"/>
      </w:pPr>
      <w:r>
        <w:t>MAIA</w:t>
      </w:r>
      <w:r w:rsidRPr="00E32A31">
        <w:t>:</w:t>
      </w:r>
    </w:p>
    <w:p w14:paraId="7D288B80" w14:textId="4B5B7E3A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t>Missä minun ilma on?</w:t>
      </w:r>
    </w:p>
    <w:p w14:paraId="177CB5CC" w14:textId="5BD3DDE7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Sinun piti pitää huolta siitä!</w:t>
      </w:r>
    </w:p>
    <w:p w14:paraId="2657162C" w14:textId="71033C92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Sinä lupasit!</w:t>
      </w:r>
    </w:p>
    <w:p w14:paraId="75FA5F43" w14:textId="07AA6D84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Missä ilma on!</w:t>
      </w:r>
    </w:p>
    <w:p w14:paraId="21257FE8" w14:textId="70DF43DD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Sinä lupasit!</w:t>
      </w:r>
    </w:p>
    <w:p w14:paraId="36CB2B1D" w14:textId="77777777" w:rsidR="00E32A31" w:rsidRDefault="00E32A31" w:rsidP="00E32A31">
      <w:pPr>
        <w:spacing w:after="0" w:line="240" w:lineRule="auto"/>
      </w:pPr>
    </w:p>
    <w:p w14:paraId="4014DD9B" w14:textId="6BB91799" w:rsidR="00E32A31" w:rsidRPr="00E32A31" w:rsidRDefault="00E32A31" w:rsidP="00E32A31">
      <w:pPr>
        <w:spacing w:after="0" w:line="240" w:lineRule="auto"/>
      </w:pPr>
      <w:r w:rsidRPr="00E32A31">
        <w:t xml:space="preserve">KAISA: </w:t>
      </w:r>
    </w:p>
    <w:p w14:paraId="36A8B6C8" w14:textId="44DD6529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t>Missä minun ilma on?!</w:t>
      </w:r>
    </w:p>
    <w:p w14:paraId="24FE68C6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4F064261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0178E5C9" w14:textId="20B8CD09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Kaisa, sinun piti vain näytellä!</w:t>
      </w:r>
    </w:p>
    <w:p w14:paraId="64080697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B35C82B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613FC4E" w14:textId="1A386E25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Anteeksi!</w:t>
      </w:r>
    </w:p>
    <w:p w14:paraId="17C2FD3A" w14:textId="7A184F8E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Kuinka kävi?</w:t>
      </w:r>
    </w:p>
    <w:p w14:paraId="2E796497" w14:textId="4AAC616C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Anteeksi, Maija!</w:t>
      </w:r>
    </w:p>
    <w:p w14:paraId="0214ADC5" w14:textId="094CFAF5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lastRenderedPageBreak/>
        <w:t>Anteeksi!</w:t>
      </w:r>
      <w:r w:rsidRPr="00E32A31">
        <w:rPr>
          <w:lang w:val="nb-NO"/>
        </w:rPr>
        <w:br/>
      </w:r>
    </w:p>
    <w:p w14:paraId="5EE149F8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6E5AFD2C" w14:textId="0A9619AB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Sinä veit minulta hengen.</w:t>
      </w:r>
    </w:p>
    <w:p w14:paraId="33AF75B0" w14:textId="3B6374A9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Maija!</w:t>
      </w:r>
      <w:r w:rsidRPr="00E32A31">
        <w:rPr>
          <w:lang w:val="nb-NO"/>
        </w:rPr>
        <w:br/>
      </w:r>
    </w:p>
    <w:p w14:paraId="59B0C5D5" w14:textId="03DFA7CF" w:rsidR="00356C56" w:rsidRPr="00E32A31" w:rsidRDefault="00356C56" w:rsidP="00E32A31">
      <w:pPr>
        <w:spacing w:after="0" w:line="240" w:lineRule="auto"/>
        <w:rPr>
          <w:lang w:val="nb-NO"/>
        </w:rPr>
      </w:pPr>
    </w:p>
    <w:sectPr w:rsidR="00356C56" w:rsidRPr="00E32A31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9A19C" w14:textId="77777777" w:rsidR="0034786C" w:rsidRDefault="0034786C" w:rsidP="002D4561">
      <w:pPr>
        <w:spacing w:after="0" w:line="240" w:lineRule="auto"/>
      </w:pPr>
      <w:r>
        <w:separator/>
      </w:r>
    </w:p>
  </w:endnote>
  <w:endnote w:type="continuationSeparator" w:id="0">
    <w:p w14:paraId="4C27422D" w14:textId="77777777" w:rsidR="0034786C" w:rsidRDefault="0034786C" w:rsidP="002D45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960554879"/>
      <w:docPartObj>
        <w:docPartGallery w:val="Page Numbers (Bottom of Page)"/>
        <w:docPartUnique/>
      </w:docPartObj>
    </w:sdtPr>
    <w:sdtContent>
      <w:p w14:paraId="2EF325F2" w14:textId="3D88D651" w:rsidR="002D4561" w:rsidRDefault="002D4561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75011752" w14:textId="77777777" w:rsidR="002D4561" w:rsidRDefault="002D4561" w:rsidP="002D4561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864511010"/>
      <w:docPartObj>
        <w:docPartGallery w:val="Page Numbers (Bottom of Page)"/>
        <w:docPartUnique/>
      </w:docPartObj>
    </w:sdtPr>
    <w:sdtContent>
      <w:p w14:paraId="098AE1BF" w14:textId="405C0292" w:rsidR="002D4561" w:rsidRDefault="002D4561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04B8E7F2" w14:textId="77777777" w:rsidR="002D4561" w:rsidRDefault="002D4561" w:rsidP="002D4561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43018" w14:textId="77777777" w:rsidR="0034786C" w:rsidRDefault="0034786C" w:rsidP="002D4561">
      <w:pPr>
        <w:spacing w:after="0" w:line="240" w:lineRule="auto"/>
      </w:pPr>
      <w:r>
        <w:separator/>
      </w:r>
    </w:p>
  </w:footnote>
  <w:footnote w:type="continuationSeparator" w:id="0">
    <w:p w14:paraId="283FAA52" w14:textId="77777777" w:rsidR="0034786C" w:rsidRDefault="0034786C" w:rsidP="002D45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21909584">
    <w:abstractNumId w:val="8"/>
  </w:num>
  <w:num w:numId="2" w16cid:durableId="771969569">
    <w:abstractNumId w:val="6"/>
  </w:num>
  <w:num w:numId="3" w16cid:durableId="302122185">
    <w:abstractNumId w:val="5"/>
  </w:num>
  <w:num w:numId="4" w16cid:durableId="2096197579">
    <w:abstractNumId w:val="4"/>
  </w:num>
  <w:num w:numId="5" w16cid:durableId="444077753">
    <w:abstractNumId w:val="7"/>
  </w:num>
  <w:num w:numId="6" w16cid:durableId="937711408">
    <w:abstractNumId w:val="3"/>
  </w:num>
  <w:num w:numId="7" w16cid:durableId="928926812">
    <w:abstractNumId w:val="2"/>
  </w:num>
  <w:num w:numId="8" w16cid:durableId="1124080022">
    <w:abstractNumId w:val="1"/>
  </w:num>
  <w:num w:numId="9" w16cid:durableId="1473719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D4561"/>
    <w:rsid w:val="00326F90"/>
    <w:rsid w:val="0034786C"/>
    <w:rsid w:val="00356C56"/>
    <w:rsid w:val="007E72B9"/>
    <w:rsid w:val="009272BD"/>
    <w:rsid w:val="00AA1D8D"/>
    <w:rsid w:val="00AF094C"/>
    <w:rsid w:val="00B47730"/>
    <w:rsid w:val="00BB6F00"/>
    <w:rsid w:val="00CB0664"/>
    <w:rsid w:val="00E32A3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650D6C"/>
  <w14:defaultImageDpi w14:val="300"/>
  <w15:docId w15:val="{04AFF7EF-E43A-7446-9CBD-F75787E8B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2D45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226</Words>
  <Characters>1200</Characters>
  <Application>Microsoft Office Word</Application>
  <DocSecurity>0</DocSecurity>
  <Lines>10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4</cp:revision>
  <dcterms:created xsi:type="dcterms:W3CDTF">2025-11-18T07:57:00Z</dcterms:created>
  <dcterms:modified xsi:type="dcterms:W3CDTF">2025-11-18T08:09:00Z</dcterms:modified>
  <cp:category/>
</cp:coreProperties>
</file>