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A210A" w14:textId="2DC77457" w:rsidR="009C2A45" w:rsidRPr="009C2A45" w:rsidRDefault="00EF2572" w:rsidP="009C2A45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F</w:t>
      </w:r>
      <w:r w:rsidR="009C2A45" w:rsidRPr="009C2A45">
        <w:rPr>
          <w:b/>
          <w:bCs/>
          <w:lang w:val="nb-NO"/>
        </w:rPr>
        <w:t>insk dialogmanus, episode 9</w:t>
      </w:r>
    </w:p>
    <w:p w14:paraId="44B8F056" w14:textId="77777777" w:rsidR="009C2A45" w:rsidRPr="009C2A45" w:rsidRDefault="009C2A45" w:rsidP="009C2A45">
      <w:pPr>
        <w:spacing w:after="0" w:line="240" w:lineRule="auto"/>
        <w:rPr>
          <w:b/>
          <w:bCs/>
          <w:lang w:val="nb-NO"/>
        </w:rPr>
      </w:pPr>
    </w:p>
    <w:p w14:paraId="6483FC69" w14:textId="3AC64AE9" w:rsidR="009C2A45" w:rsidRPr="009C2A45" w:rsidRDefault="009C2A45" w:rsidP="009C2A45">
      <w:pPr>
        <w:spacing w:after="0" w:line="240" w:lineRule="auto"/>
        <w:rPr>
          <w:b/>
          <w:bCs/>
          <w:lang w:val="nb-NO"/>
        </w:rPr>
      </w:pPr>
      <w:r w:rsidRPr="009C2A45">
        <w:rPr>
          <w:b/>
          <w:bCs/>
          <w:lang w:val="nb-NO"/>
        </w:rPr>
        <w:t>Kesäloma</w:t>
      </w:r>
    </w:p>
    <w:p w14:paraId="1800FC73" w14:textId="77777777" w:rsidR="009C2A45" w:rsidRPr="009C2A45" w:rsidRDefault="009C2A45" w:rsidP="009C2A45">
      <w:pPr>
        <w:spacing w:after="0" w:line="240" w:lineRule="auto"/>
        <w:rPr>
          <w:lang w:val="nb-NO"/>
        </w:rPr>
      </w:pPr>
    </w:p>
    <w:p w14:paraId="16FB5BFA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AARON: </w:t>
      </w:r>
    </w:p>
    <w:p w14:paraId="514BC9A5" w14:textId="38D67961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Minä iloitsen. Tuletteko minua vastaan? </w:t>
      </w:r>
    </w:p>
    <w:p w14:paraId="4B1B9BBB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738EC608" w14:textId="7240B67D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47500FF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Kiitos, wow!</w:t>
      </w:r>
    </w:p>
    <w:p w14:paraId="57F8D67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Ok.</w:t>
      </w:r>
    </w:p>
    <w:p w14:paraId="3855A66D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Minä olen saanut teidän raportit.</w:t>
      </w:r>
    </w:p>
    <w:p w14:paraId="63066D1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Kaikki eivät jaksaneet pysyä poissa sosiaalisista medioista.</w:t>
      </w:r>
    </w:p>
    <w:p w14:paraId="0755967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Joku oli painanut vahingossa yhtä appia.</w:t>
      </w:r>
    </w:p>
    <w:p w14:paraId="6FF56DD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Useimmat olivat kyllä pärjänneet koko viikon. </w:t>
      </w:r>
    </w:p>
    <w:p w14:paraId="42114BF2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Minun mielestäni olette olleet todella taitavia koska olette ottaneet tehtävän näin vakavasti.</w:t>
      </w:r>
    </w:p>
    <w:p w14:paraId="080BA33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Kaikki saavat palkinnon. </w:t>
      </w:r>
    </w:p>
    <w:p w14:paraId="116A898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Jutellaan vielä meidän kokemuksistamme ennenkuin lähdemme lomalle.</w:t>
      </w:r>
    </w:p>
    <w:p w14:paraId="5BC4283D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99D6910" w14:textId="138938F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0F48A38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Minulla oli tylsää ja painoin vahingossa.</w:t>
      </w:r>
    </w:p>
    <w:p w14:paraId="1312BBCC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36125B8" w14:textId="010D4E2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50BB499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Aha, joo.</w:t>
      </w:r>
    </w:p>
    <w:p w14:paraId="35916609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ABFDAC8" w14:textId="6D96ABDC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26042B4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Kuka on raskaana?</w:t>
      </w:r>
    </w:p>
    <w:p w14:paraId="1916F9A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759F83E" w14:textId="37745BB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ELEVER:</w:t>
      </w:r>
    </w:p>
    <w:p w14:paraId="2175362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Häh? </w:t>
      </w:r>
    </w:p>
    <w:p w14:paraId="3FE6BE2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DCC925B" w14:textId="518C1F6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1219B70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Näyttää siltä kuin joku olisi katsellut vauvan tavaroita.</w:t>
      </w:r>
    </w:p>
    <w:p w14:paraId="42CA1FDE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52B99106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LÆRER: </w:t>
      </w:r>
    </w:p>
    <w:p w14:paraId="5F355100" w14:textId="07C95B20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Niin ajateleem asiaa eteenpäin.</w:t>
      </w:r>
    </w:p>
    <w:p w14:paraId="46D3DE6F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Sosiaaliset mediat tietävät meistä paljon ja myös aivan yksityisiä asioita.</w:t>
      </w:r>
    </w:p>
    <w:p w14:paraId="535AFB7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Mitä se tarkoittaa? </w:t>
      </w:r>
    </w:p>
    <w:p w14:paraId="7080F062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70CBCE7B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ELEV: </w:t>
      </w:r>
    </w:p>
    <w:p w14:paraId="1D92D804" w14:textId="5AE3D0BD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Että alustat tienaavat rahaa meidän henkilötiedoillamme.</w:t>
      </w:r>
    </w:p>
    <w:p w14:paraId="317B36DC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F333E51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5EF45F6D" w14:textId="644AA89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Minä rakastan videoita vauvoista, pandakarhuista ja sen tapaisista. </w:t>
      </w:r>
    </w:p>
    <w:p w14:paraId="1B00763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Mutta en ole kuitenkaan raskaana.</w:t>
      </w:r>
    </w:p>
    <w:p w14:paraId="1A2FA6EE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3C4EEF42" w14:textId="01916FF8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2F498F41" w14:textId="6058735F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Pandakarhut on uhanalainen laji… </w:t>
      </w:r>
    </w:p>
    <w:p w14:paraId="6906845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3CCD1269" w14:textId="5587598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lastRenderedPageBreak/>
        <w:t>MAIA:</w:t>
      </w:r>
    </w:p>
    <w:p w14:paraId="3A10FD5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Ei enää. </w:t>
      </w:r>
    </w:p>
    <w:p w14:paraId="4AE83C1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Ne on pelastettu! </w:t>
      </w:r>
    </w:p>
    <w:p w14:paraId="208D902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Eikä siinä kestänyt kuin 50 vuotta! </w:t>
      </w:r>
    </w:p>
    <w:p w14:paraId="43A4063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3AC1184" w14:textId="02442DFE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068ED7FA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Aloitetaan sitten meidän joen kalojen pelastus.</w:t>
      </w:r>
    </w:p>
    <w:p w14:paraId="66985F72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Tämä on aivan turhaa. </w:t>
      </w:r>
    </w:p>
    <w:p w14:paraId="546C6B51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96C40C7" w14:textId="6278169A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E5DEB4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Ei se nyt niin vaarallista ole! </w:t>
      </w:r>
    </w:p>
    <w:p w14:paraId="0AE36C6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7DAFA9" w14:textId="0DF72C6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51C2517B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On se!</w:t>
      </w:r>
    </w:p>
    <w:p w14:paraId="321F153F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D98D7E2" w14:textId="490A5E53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6D7EE9C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Hyvänen aika, Nils! </w:t>
      </w:r>
    </w:p>
    <w:p w14:paraId="4E5F00F6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Kuinka sinä sitte ajattelit koota allekirjoituksia jokea varten? </w:t>
      </w:r>
    </w:p>
    <w:p w14:paraId="0901FCA3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61FC9DA8" w14:textId="48A0F846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33391A2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No hyvää kesää, Nils.</w:t>
      </w:r>
    </w:p>
    <w:p w14:paraId="646950FC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04BE571D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NILS: </w:t>
      </w:r>
    </w:p>
    <w:p w14:paraId="4EA91259" w14:textId="28EC1A6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Perhanan hyvää kesää… </w:t>
      </w:r>
    </w:p>
    <w:p w14:paraId="5A52950F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63D0A1BE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NOTATBOK:</w:t>
      </w:r>
    </w:p>
    <w:p w14:paraId="31E0A47F" w14:textId="70395DC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Joen pelastussuunnitelma.</w:t>
      </w:r>
    </w:p>
    <w:p w14:paraId="0EBBD3D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E0F2A11" w14:textId="0C0B36B8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56BAA8E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Sinäkö se olet raskaana?</w:t>
      </w:r>
    </w:p>
    <w:p w14:paraId="50ABE847" w14:textId="794589E6" w:rsidR="009C27FC" w:rsidRDefault="009C27FC" w:rsidP="009C2A45">
      <w:pPr>
        <w:spacing w:after="0" w:line="240" w:lineRule="auto"/>
        <w:rPr>
          <w:lang w:val="nb-NO"/>
        </w:rPr>
      </w:pPr>
    </w:p>
    <w:p w14:paraId="482F39EC" w14:textId="6F89DEC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6DFADCEF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Onnea! </w:t>
      </w:r>
    </w:p>
    <w:p w14:paraId="690AF723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89E4B2A" w14:textId="2EFF97A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ELEV:</w:t>
      </w:r>
    </w:p>
    <w:p w14:paraId="64B7F6B1" w14:textId="77777777" w:rsidR="009C27FC" w:rsidRPr="00613336" w:rsidRDefault="00000000" w:rsidP="009C2A45">
      <w:pPr>
        <w:spacing w:after="0" w:line="240" w:lineRule="auto"/>
        <w:rPr>
          <w:color w:val="000000" w:themeColor="text1"/>
        </w:rPr>
      </w:pPr>
      <w:r w:rsidRPr="00613336">
        <w:rPr>
          <w:color w:val="000000" w:themeColor="text1"/>
        </w:rPr>
        <w:t>Wow!</w:t>
      </w:r>
    </w:p>
    <w:p w14:paraId="454B7C16" w14:textId="77777777" w:rsidR="009C27FC" w:rsidRDefault="009C27FC" w:rsidP="009C2A45">
      <w:pPr>
        <w:spacing w:after="0" w:line="240" w:lineRule="auto"/>
        <w:rPr>
          <w:color w:val="FF0000"/>
        </w:rPr>
      </w:pPr>
    </w:p>
    <w:p w14:paraId="6C04F3F2" w14:textId="033A337E" w:rsidR="00613336" w:rsidRPr="00613336" w:rsidRDefault="00613336" w:rsidP="009C2A45">
      <w:pPr>
        <w:spacing w:after="0" w:line="240" w:lineRule="auto"/>
        <w:rPr>
          <w:color w:val="000000" w:themeColor="text1"/>
        </w:rPr>
      </w:pPr>
      <w:r w:rsidRPr="00613336">
        <w:rPr>
          <w:color w:val="000000" w:themeColor="text1"/>
        </w:rPr>
        <w:t xml:space="preserve">LÆRER: </w:t>
      </w:r>
    </w:p>
    <w:p w14:paraId="7BE43C78" w14:textId="77777777" w:rsidR="009C27FC" w:rsidRPr="00613336" w:rsidRDefault="00000000" w:rsidP="009C2A45">
      <w:pPr>
        <w:spacing w:after="0" w:line="240" w:lineRule="auto"/>
        <w:rPr>
          <w:lang w:val="nb-NO"/>
        </w:rPr>
      </w:pPr>
      <w:r w:rsidRPr="00613336">
        <w:rPr>
          <w:lang w:val="nb-NO"/>
        </w:rPr>
        <w:t xml:space="preserve">Paljon kiitoksia! </w:t>
      </w:r>
    </w:p>
    <w:p w14:paraId="187B76E1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2407A6F9" w14:textId="7B2D9A1D" w:rsidR="009C27FC" w:rsidRPr="00613336" w:rsidRDefault="00613336" w:rsidP="009C2A45">
      <w:pPr>
        <w:spacing w:after="0" w:line="240" w:lineRule="auto"/>
      </w:pPr>
      <w:r w:rsidRPr="00613336">
        <w:t>AARON:</w:t>
      </w:r>
    </w:p>
    <w:p w14:paraId="549D5155" w14:textId="77777777" w:rsidR="009C27FC" w:rsidRPr="00613336" w:rsidRDefault="00000000" w:rsidP="009C2A45">
      <w:pPr>
        <w:spacing w:after="0" w:line="240" w:lineRule="auto"/>
      </w:pPr>
      <w:r w:rsidRPr="00613336">
        <w:t>Minä tulen bussilla perjantaina klo 14…</w:t>
      </w:r>
    </w:p>
    <w:p w14:paraId="06DD0BA6" w14:textId="1B160963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Vastatkaan jo!</w:t>
      </w:r>
    </w:p>
    <w:p w14:paraId="576C3C0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D37ACA" w14:textId="03FC22A6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6E47375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Voi, taavetti! </w:t>
      </w:r>
    </w:p>
    <w:p w14:paraId="3EEFAE6C" w14:textId="77777777" w:rsidR="00EF2572" w:rsidRDefault="00EF2572" w:rsidP="009C2A45">
      <w:pPr>
        <w:spacing w:after="0" w:line="240" w:lineRule="auto"/>
        <w:rPr>
          <w:lang w:val="nb-NO"/>
        </w:rPr>
      </w:pPr>
    </w:p>
    <w:p w14:paraId="5D6EED6E" w14:textId="11BA9B97" w:rsidR="009C27FC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69290439" w14:textId="4DE931F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lastRenderedPageBreak/>
        <w:t>Hyvää Kesälomaa!</w:t>
      </w:r>
      <w:r w:rsidRPr="009C2A45">
        <w:rPr>
          <w:lang w:val="nb-NO"/>
        </w:rPr>
        <w:br/>
        <w:t>Sosiaalinen media....!</w:t>
      </w:r>
    </w:p>
    <w:p w14:paraId="31016EB7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4439B0B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EEVA: </w:t>
      </w:r>
    </w:p>
    <w:p w14:paraId="1F013953" w14:textId="4F448F8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Tuliko hänelle niin paha mieli?</w:t>
      </w:r>
    </w:p>
    <w:p w14:paraId="7782E7A1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004680BE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275365F3" w14:textId="7F4474EC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Hei Eeva, voiko "etiäinen" asua sinun luonasi?</w:t>
      </w:r>
    </w:p>
    <w:p w14:paraId="14070C0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7F62BA51" w14:textId="66687A8E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6D6530D9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Miksi hän ei soittanut? </w:t>
      </w:r>
    </w:p>
    <w:p w14:paraId="21193B68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19CD53E4" w14:textId="137D013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EEVA: </w:t>
      </w:r>
    </w:p>
    <w:p w14:paraId="6008C811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Ohoh! </w:t>
      </w:r>
    </w:p>
    <w:p w14:paraId="57E4275D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sectPr w:rsidR="009C27FC" w:rsidRPr="009C2A45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19B72F" w14:textId="77777777" w:rsidR="00804B71" w:rsidRDefault="00804B71" w:rsidP="00613336">
      <w:pPr>
        <w:spacing w:after="0" w:line="240" w:lineRule="auto"/>
      </w:pPr>
      <w:r>
        <w:separator/>
      </w:r>
    </w:p>
  </w:endnote>
  <w:endnote w:type="continuationSeparator" w:id="0">
    <w:p w14:paraId="4F86755E" w14:textId="77777777" w:rsidR="00804B71" w:rsidRDefault="00804B71" w:rsidP="0061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6286404"/>
      <w:docPartObj>
        <w:docPartGallery w:val="Page Numbers (Bottom of Page)"/>
        <w:docPartUnique/>
      </w:docPartObj>
    </w:sdtPr>
    <w:sdtContent>
      <w:p w14:paraId="053C448B" w14:textId="45B63F3A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DB0E269" w14:textId="77777777" w:rsidR="00613336" w:rsidRDefault="00613336" w:rsidP="00613336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95716327"/>
      <w:docPartObj>
        <w:docPartGallery w:val="Page Numbers (Bottom of Page)"/>
        <w:docPartUnique/>
      </w:docPartObj>
    </w:sdtPr>
    <w:sdtContent>
      <w:p w14:paraId="068F2AA8" w14:textId="7AB581FF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785CBD7B" w14:textId="77777777" w:rsidR="00613336" w:rsidRDefault="00613336" w:rsidP="00613336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4748B" w14:textId="77777777" w:rsidR="00804B71" w:rsidRDefault="00804B71" w:rsidP="00613336">
      <w:pPr>
        <w:spacing w:after="0" w:line="240" w:lineRule="auto"/>
      </w:pPr>
      <w:r>
        <w:separator/>
      </w:r>
    </w:p>
  </w:footnote>
  <w:footnote w:type="continuationSeparator" w:id="0">
    <w:p w14:paraId="0A7CA1BF" w14:textId="77777777" w:rsidR="00804B71" w:rsidRDefault="00804B71" w:rsidP="006133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6323418">
    <w:abstractNumId w:val="8"/>
  </w:num>
  <w:num w:numId="2" w16cid:durableId="547305055">
    <w:abstractNumId w:val="6"/>
  </w:num>
  <w:num w:numId="3" w16cid:durableId="165052148">
    <w:abstractNumId w:val="5"/>
  </w:num>
  <w:num w:numId="4" w16cid:durableId="144510897">
    <w:abstractNumId w:val="4"/>
  </w:num>
  <w:num w:numId="5" w16cid:durableId="1807115356">
    <w:abstractNumId w:val="7"/>
  </w:num>
  <w:num w:numId="6" w16cid:durableId="1301378021">
    <w:abstractNumId w:val="3"/>
  </w:num>
  <w:num w:numId="7" w16cid:durableId="1805856019">
    <w:abstractNumId w:val="2"/>
  </w:num>
  <w:num w:numId="8" w16cid:durableId="156112198">
    <w:abstractNumId w:val="1"/>
  </w:num>
  <w:num w:numId="9" w16cid:durableId="953289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33915"/>
    <w:rsid w:val="00613336"/>
    <w:rsid w:val="007E74C0"/>
    <w:rsid w:val="00804B71"/>
    <w:rsid w:val="009C27FC"/>
    <w:rsid w:val="009C2A45"/>
    <w:rsid w:val="00AA1D8D"/>
    <w:rsid w:val="00B47730"/>
    <w:rsid w:val="00CA515C"/>
    <w:rsid w:val="00CB0664"/>
    <w:rsid w:val="00EF2572"/>
    <w:rsid w:val="00FC693F"/>
    <w:rsid w:val="00FE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6F2F97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613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283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2025-11-17T14:30:00Z</dcterms:created>
  <dcterms:modified xsi:type="dcterms:W3CDTF">2025-11-17T14:33:00Z</dcterms:modified>
  <cp:category/>
</cp:coreProperties>
</file>