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DFEC2" w14:textId="3ED83D03" w:rsidR="00EA68CC" w:rsidRPr="00EA68CC" w:rsidRDefault="00E9679D" w:rsidP="005A017D">
      <w:pPr>
        <w:spacing w:after="0" w:line="240" w:lineRule="auto"/>
        <w:rPr>
          <w:b/>
          <w:bCs/>
          <w:lang w:val="nb-NO"/>
        </w:rPr>
      </w:pPr>
      <w:r>
        <w:rPr>
          <w:b/>
          <w:bCs/>
          <w:lang w:val="nb-NO"/>
        </w:rPr>
        <w:t>Kvensk dialogmanus</w:t>
      </w:r>
      <w:r w:rsidR="00EA68CC" w:rsidRPr="00EA68CC">
        <w:rPr>
          <w:b/>
          <w:bCs/>
          <w:lang w:val="nb-NO"/>
        </w:rPr>
        <w:t>, episode 10</w:t>
      </w:r>
    </w:p>
    <w:p w14:paraId="243CBF45" w14:textId="77777777" w:rsidR="00977C16" w:rsidRPr="00E9679D" w:rsidRDefault="00977C16" w:rsidP="005A017D">
      <w:pPr>
        <w:spacing w:after="0" w:line="240" w:lineRule="auto"/>
        <w:rPr>
          <w:b/>
          <w:bCs/>
        </w:rPr>
      </w:pPr>
      <w:r w:rsidRPr="00E9679D">
        <w:rPr>
          <w:b/>
          <w:bCs/>
        </w:rPr>
        <w:t xml:space="preserve">Hollipaikka </w:t>
      </w:r>
    </w:p>
    <w:p w14:paraId="50A00B87" w14:textId="77777777" w:rsidR="00EA68CC" w:rsidRPr="00E9679D" w:rsidRDefault="00EA68CC" w:rsidP="005A017D">
      <w:pPr>
        <w:spacing w:after="0" w:line="240" w:lineRule="auto"/>
        <w:rPr>
          <w:i/>
          <w:iCs/>
        </w:rPr>
      </w:pPr>
    </w:p>
    <w:p w14:paraId="1C4DCD4C" w14:textId="3AED2B44" w:rsidR="00EA68CC" w:rsidRPr="00E9679D" w:rsidRDefault="00EA68CC" w:rsidP="005A017D">
      <w:pPr>
        <w:spacing w:after="0" w:line="240" w:lineRule="auto"/>
      </w:pPr>
      <w:r w:rsidRPr="00E9679D">
        <w:t>AARON:</w:t>
      </w:r>
    </w:p>
    <w:p w14:paraId="131EE5B9" w14:textId="77777777" w:rsidR="00EF112A" w:rsidRPr="00E9679D" w:rsidRDefault="00000000" w:rsidP="005A017D">
      <w:pPr>
        <w:spacing w:after="0" w:line="240" w:lineRule="auto"/>
      </w:pPr>
      <w:r w:rsidRPr="00E9679D">
        <w:t>Hei Eeva.</w:t>
      </w:r>
    </w:p>
    <w:p w14:paraId="1F3388A9" w14:textId="77777777" w:rsidR="00EA79B4" w:rsidRDefault="00EA79B4" w:rsidP="005A017D">
      <w:pPr>
        <w:spacing w:after="0" w:line="240" w:lineRule="auto"/>
      </w:pPr>
    </w:p>
    <w:p w14:paraId="7A2A7406" w14:textId="77777777" w:rsidR="00EA79B4" w:rsidRDefault="00EA79B4" w:rsidP="005A017D">
      <w:pPr>
        <w:spacing w:after="0" w:line="240" w:lineRule="auto"/>
      </w:pPr>
      <w:r>
        <w:t>EEVA:</w:t>
      </w:r>
    </w:p>
    <w:p w14:paraId="0CAFCAC8" w14:textId="092C0E3A" w:rsidR="00EF112A" w:rsidRDefault="00000000" w:rsidP="005A017D">
      <w:pPr>
        <w:spacing w:after="0" w:line="240" w:lineRule="auto"/>
      </w:pPr>
      <w:r>
        <w:t>Aaron?</w:t>
      </w:r>
    </w:p>
    <w:p w14:paraId="43505F60" w14:textId="77777777" w:rsidR="00EF112A" w:rsidRDefault="00EF112A" w:rsidP="005A017D">
      <w:pPr>
        <w:spacing w:after="0" w:line="240" w:lineRule="auto"/>
      </w:pPr>
    </w:p>
    <w:p w14:paraId="4E2E2462" w14:textId="440CAF30" w:rsidR="00EA79B4" w:rsidRPr="00977C16" w:rsidRDefault="00EA79B4" w:rsidP="005A017D">
      <w:pPr>
        <w:spacing w:after="0" w:line="240" w:lineRule="auto"/>
        <w:rPr>
          <w:lang w:val="nb-NO"/>
        </w:rPr>
      </w:pPr>
      <w:r w:rsidRPr="00977C16">
        <w:rPr>
          <w:lang w:val="nb-NO"/>
        </w:rPr>
        <w:t>KAISA:</w:t>
      </w:r>
    </w:p>
    <w:p w14:paraId="1579CE65" w14:textId="77777777" w:rsidR="00977C16" w:rsidRDefault="00977C16" w:rsidP="005A017D">
      <w:pPr>
        <w:spacing w:after="0" w:line="240" w:lineRule="auto"/>
        <w:rPr>
          <w:lang w:val="nb-NO"/>
        </w:rPr>
      </w:pPr>
      <w:r w:rsidRPr="00977C16">
        <w:rPr>
          <w:lang w:val="nb-NO"/>
        </w:rPr>
        <w:t xml:space="preserve">Oi! </w:t>
      </w:r>
    </w:p>
    <w:p w14:paraId="02E6BB61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17A309FC" w14:textId="19E99E44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ALLE:</w:t>
      </w:r>
    </w:p>
    <w:p w14:paraId="2B5B8035" w14:textId="77777777" w:rsidR="00977C16" w:rsidRDefault="00977C16" w:rsidP="005A017D">
      <w:pPr>
        <w:spacing w:after="0" w:line="240" w:lineRule="auto"/>
        <w:rPr>
          <w:lang w:val="nb-NO"/>
        </w:rPr>
      </w:pPr>
      <w:r w:rsidRPr="00977C16">
        <w:rPr>
          <w:lang w:val="nb-NO"/>
        </w:rPr>
        <w:t xml:space="preserve">Etiäinen!!! </w:t>
      </w:r>
    </w:p>
    <w:p w14:paraId="05DBAAA5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7440551B" w14:textId="5C7A74C0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4EC864E9" w14:textId="77777777" w:rsidR="00977C16" w:rsidRDefault="00977C16" w:rsidP="005A017D">
      <w:pPr>
        <w:spacing w:after="0" w:line="240" w:lineRule="auto"/>
        <w:rPr>
          <w:lang w:val="nb-NO"/>
        </w:rPr>
      </w:pPr>
      <w:r w:rsidRPr="00977C16">
        <w:rPr>
          <w:lang w:val="nb-NO"/>
        </w:rPr>
        <w:t xml:space="preserve">Hopusti, net sullaavat! </w:t>
      </w:r>
    </w:p>
    <w:p w14:paraId="032143B5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52B5A2BE" w14:textId="5EA4E7DD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KAISA OG EEVA:</w:t>
      </w:r>
    </w:p>
    <w:p w14:paraId="2E2F335F" w14:textId="3682CB15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>Kiitos.</w:t>
      </w:r>
    </w:p>
    <w:p w14:paraId="219DD1DD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16CE5851" w14:textId="498F22A2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5AA61798" w14:textId="77777777" w:rsidR="00977C16" w:rsidRDefault="00977C16" w:rsidP="005A017D">
      <w:pPr>
        <w:spacing w:after="0" w:line="240" w:lineRule="auto"/>
        <w:rPr>
          <w:lang w:val="nb-NO"/>
        </w:rPr>
      </w:pPr>
      <w:r w:rsidRPr="00977C16">
        <w:rPr>
          <w:lang w:val="nb-NO"/>
        </w:rPr>
        <w:t xml:space="preserve">Kunka </w:t>
      </w:r>
      <w:proofErr w:type="gramStart"/>
      <w:r w:rsidRPr="00977C16">
        <w:rPr>
          <w:lang w:val="nb-NO"/>
        </w:rPr>
        <w:t>kauvoin  sie</w:t>
      </w:r>
      <w:proofErr w:type="gramEnd"/>
      <w:r w:rsidRPr="00977C16">
        <w:rPr>
          <w:lang w:val="nb-NO"/>
        </w:rPr>
        <w:t xml:space="preserve"> jäät tänne? </w:t>
      </w:r>
    </w:p>
    <w:p w14:paraId="66637275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436A264C" w14:textId="5DDDEEC4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11A12E55" w14:textId="77777777" w:rsidR="00977C16" w:rsidRDefault="00977C16" w:rsidP="005A017D">
      <w:pPr>
        <w:spacing w:after="0" w:line="240" w:lineRule="auto"/>
        <w:rPr>
          <w:lang w:val="nb-NO"/>
        </w:rPr>
      </w:pPr>
      <w:r w:rsidRPr="00977C16">
        <w:rPr>
          <w:lang w:val="nb-NO"/>
        </w:rPr>
        <w:t xml:space="preserve">Kunka kauvoin mie saan assuut teiđän tykönä? </w:t>
      </w:r>
    </w:p>
    <w:p w14:paraId="4F010E48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5BF948DB" w14:textId="72CB927B" w:rsidR="00EA79B4" w:rsidRPr="00E9679D" w:rsidRDefault="00EA79B4" w:rsidP="005A017D">
      <w:pPr>
        <w:spacing w:after="0" w:line="240" w:lineRule="auto"/>
      </w:pPr>
      <w:r w:rsidRPr="00E9679D">
        <w:t>NILS:</w:t>
      </w:r>
    </w:p>
    <w:p w14:paraId="7465AFD7" w14:textId="77777777" w:rsidR="00977C16" w:rsidRPr="00E9679D" w:rsidRDefault="00977C16" w:rsidP="005A017D">
      <w:pPr>
        <w:spacing w:after="0" w:line="240" w:lineRule="auto"/>
      </w:pPr>
      <w:r w:rsidRPr="00E9679D">
        <w:t xml:space="preserve">Kauvoin! </w:t>
      </w:r>
    </w:p>
    <w:p w14:paraId="5AFE15AF" w14:textId="77777777" w:rsidR="00EF112A" w:rsidRPr="00E9679D" w:rsidRDefault="00EF112A" w:rsidP="005A017D">
      <w:pPr>
        <w:spacing w:after="0" w:line="240" w:lineRule="auto"/>
      </w:pPr>
    </w:p>
    <w:p w14:paraId="774EB3A9" w14:textId="3DAB3FBC" w:rsidR="00EA79B4" w:rsidRPr="00E9679D" w:rsidRDefault="00EA79B4" w:rsidP="005A017D">
      <w:pPr>
        <w:spacing w:after="0" w:line="240" w:lineRule="auto"/>
      </w:pPr>
      <w:r w:rsidRPr="00E9679D">
        <w:t>EEVA:</w:t>
      </w:r>
    </w:p>
    <w:p w14:paraId="4ED25E6A" w14:textId="77777777" w:rsidR="00977C16" w:rsidRPr="00E9679D" w:rsidRDefault="00977C16" w:rsidP="005A017D">
      <w:pPr>
        <w:spacing w:after="0" w:line="240" w:lineRule="auto"/>
      </w:pPr>
      <w:r w:rsidRPr="00E9679D">
        <w:t xml:space="preserve">Niin, kauvoin! </w:t>
      </w:r>
    </w:p>
    <w:p w14:paraId="28BCE6E9" w14:textId="77777777" w:rsidR="00EF112A" w:rsidRPr="00E9679D" w:rsidRDefault="00EF112A" w:rsidP="005A017D">
      <w:pPr>
        <w:spacing w:after="0" w:line="240" w:lineRule="auto"/>
      </w:pPr>
    </w:p>
    <w:p w14:paraId="496748C4" w14:textId="1D1354EA" w:rsidR="00EA79B4" w:rsidRPr="00E9679D" w:rsidRDefault="00EA79B4" w:rsidP="005A017D">
      <w:pPr>
        <w:spacing w:after="0" w:line="240" w:lineRule="auto"/>
      </w:pPr>
      <w:r w:rsidRPr="00E9679D">
        <w:t>AARON:</w:t>
      </w:r>
    </w:p>
    <w:p w14:paraId="1DC35E58" w14:textId="77777777" w:rsidR="00977C16" w:rsidRPr="00E9679D" w:rsidRDefault="00977C16" w:rsidP="005A017D">
      <w:pPr>
        <w:spacing w:after="0" w:line="240" w:lineRule="auto"/>
      </w:pPr>
      <w:r w:rsidRPr="00E9679D">
        <w:t xml:space="preserve">Mie hajin kesätyötä liijan hiljain. </w:t>
      </w:r>
    </w:p>
    <w:p w14:paraId="27A49DE0" w14:textId="77777777" w:rsidR="00977C16" w:rsidRDefault="00977C16" w:rsidP="005A017D">
      <w:pPr>
        <w:spacing w:after="0" w:line="240" w:lineRule="auto"/>
        <w:rPr>
          <w:lang w:val="nb-NO"/>
        </w:rPr>
      </w:pPr>
      <w:r w:rsidRPr="00977C16">
        <w:rPr>
          <w:lang w:val="nb-NO"/>
        </w:rPr>
        <w:t xml:space="preserve">Eikä mammala ja papala ole feeriätä ennen ko juulikuun lopussa. </w:t>
      </w:r>
    </w:p>
    <w:p w14:paraId="70DDF783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0A439E65" w14:textId="652E6613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40A45AC1" w14:textId="77777777" w:rsidR="00977C16" w:rsidRDefault="00977C16" w:rsidP="005A017D">
      <w:pPr>
        <w:spacing w:after="0" w:line="240" w:lineRule="auto"/>
        <w:rPr>
          <w:lang w:val="nb-NO"/>
        </w:rPr>
      </w:pPr>
      <w:r w:rsidRPr="00977C16">
        <w:rPr>
          <w:lang w:val="nb-NO"/>
        </w:rPr>
        <w:t xml:space="preserve">Sitte saatama pyyttäät meressä yhđessä! </w:t>
      </w:r>
    </w:p>
    <w:p w14:paraId="2BC31490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3E0F8EA5" w14:textId="1D32A0C1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36D494F3" w14:textId="77777777" w:rsidR="00977C16" w:rsidRDefault="00977C16" w:rsidP="005A017D">
      <w:pPr>
        <w:spacing w:after="0" w:line="240" w:lineRule="auto"/>
        <w:rPr>
          <w:lang w:val="nb-NO"/>
        </w:rPr>
      </w:pPr>
      <w:r w:rsidRPr="00977C16">
        <w:rPr>
          <w:lang w:val="nb-NO"/>
        </w:rPr>
        <w:t xml:space="preserve">Mie harjoittelen miekkataisteluu.  </w:t>
      </w:r>
    </w:p>
    <w:p w14:paraId="42A024B7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5781AA13" w14:textId="71C4A1E3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5279DCD9" w14:textId="77777777" w:rsidR="00977C16" w:rsidRDefault="00977C16" w:rsidP="005A017D">
      <w:pPr>
        <w:spacing w:after="0" w:line="240" w:lineRule="auto"/>
        <w:rPr>
          <w:lang w:val="nb-NO"/>
        </w:rPr>
      </w:pPr>
      <w:r w:rsidRPr="00977C16">
        <w:rPr>
          <w:lang w:val="nb-NO"/>
        </w:rPr>
        <w:t xml:space="preserve">Se meinaa teaatteriharjoituksii. </w:t>
      </w:r>
    </w:p>
    <w:p w14:paraId="556204B7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6C0FE924" w14:textId="1AD32B56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6CC272D8" w14:textId="77777777" w:rsidR="00977C16" w:rsidRDefault="00977C16" w:rsidP="005A017D">
      <w:pPr>
        <w:spacing w:after="0" w:line="240" w:lineRule="auto"/>
        <w:rPr>
          <w:lang w:val="nb-NO"/>
        </w:rPr>
      </w:pPr>
      <w:proofErr w:type="gramStart"/>
      <w:r w:rsidRPr="00977C16">
        <w:rPr>
          <w:lang w:val="nb-NO"/>
        </w:rPr>
        <w:t>Siunakhoon…</w:t>
      </w:r>
      <w:proofErr w:type="gramEnd"/>
      <w:r w:rsidRPr="00977C16">
        <w:rPr>
          <w:lang w:val="nb-NO"/>
        </w:rPr>
        <w:t xml:space="preserve"> Oletko sie alkanu teaatterhiin, Kaisa?! </w:t>
      </w:r>
    </w:p>
    <w:p w14:paraId="23098D7A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53AA38F4" w14:textId="77777777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3E35FBAD" w14:textId="77777777" w:rsidR="00977C16" w:rsidRDefault="00977C16" w:rsidP="005A017D">
      <w:pPr>
        <w:spacing w:after="0" w:line="240" w:lineRule="auto"/>
        <w:rPr>
          <w:lang w:val="nb-NO"/>
        </w:rPr>
      </w:pPr>
      <w:r w:rsidRPr="00977C16">
        <w:rPr>
          <w:lang w:val="nb-NO"/>
        </w:rPr>
        <w:t xml:space="preserve">Mutta, Kaisa, tieđätkö sie mikä rolli sulla oon? </w:t>
      </w:r>
    </w:p>
    <w:p w14:paraId="300B251B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3C687AAE" w14:textId="0A67B14F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4D50C179" w14:textId="77777777" w:rsidR="00977C16" w:rsidRDefault="00977C16" w:rsidP="005A017D">
      <w:pPr>
        <w:spacing w:after="0" w:line="240" w:lineRule="auto"/>
        <w:rPr>
          <w:lang w:val="nb-NO"/>
        </w:rPr>
      </w:pPr>
      <w:r w:rsidRPr="00977C16">
        <w:rPr>
          <w:lang w:val="nb-NO"/>
        </w:rPr>
        <w:t xml:space="preserve">Tieđän. </w:t>
      </w:r>
    </w:p>
    <w:p w14:paraId="3CB85666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130FD7A3" w14:textId="77777777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1CD9017C" w14:textId="77777777" w:rsidR="00977C16" w:rsidRDefault="00977C16" w:rsidP="005A017D">
      <w:pPr>
        <w:spacing w:after="0" w:line="240" w:lineRule="auto"/>
        <w:rPr>
          <w:lang w:val="nb-NO"/>
        </w:rPr>
      </w:pPr>
      <w:r w:rsidRPr="00977C16">
        <w:rPr>
          <w:lang w:val="nb-NO"/>
        </w:rPr>
        <w:t xml:space="preserve">Manalaisila ei ole </w:t>
      </w:r>
      <w:proofErr w:type="gramStart"/>
      <w:r w:rsidRPr="00977C16">
        <w:rPr>
          <w:lang w:val="nb-NO"/>
        </w:rPr>
        <w:t>miekkaa…</w:t>
      </w:r>
      <w:proofErr w:type="gramEnd"/>
      <w:r w:rsidRPr="00977C16">
        <w:rPr>
          <w:lang w:val="nb-NO"/>
        </w:rPr>
        <w:t xml:space="preserve"> </w:t>
      </w:r>
    </w:p>
    <w:p w14:paraId="7CEC60C7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0FD06179" w14:textId="5BB295A0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5EF0B95B" w14:textId="77777777" w:rsidR="00977C16" w:rsidRDefault="00977C16" w:rsidP="005A017D">
      <w:pPr>
        <w:spacing w:after="0" w:line="240" w:lineRule="auto"/>
        <w:rPr>
          <w:lang w:val="nb-NO"/>
        </w:rPr>
      </w:pPr>
      <w:r w:rsidRPr="00977C16">
        <w:rPr>
          <w:lang w:val="nb-NO"/>
        </w:rPr>
        <w:t xml:space="preserve">Niin, mutta minun rollila semmoinen oon. </w:t>
      </w:r>
    </w:p>
    <w:p w14:paraId="07391EF0" w14:textId="77777777" w:rsidR="00977C16" w:rsidRPr="00977C16" w:rsidRDefault="00977C16" w:rsidP="00977C16">
      <w:pPr>
        <w:spacing w:after="0" w:line="240" w:lineRule="auto"/>
        <w:rPr>
          <w:lang w:val="nb-NO"/>
        </w:rPr>
      </w:pPr>
      <w:r w:rsidRPr="00977C16">
        <w:rPr>
          <w:lang w:val="nb-NO"/>
        </w:rPr>
        <w:t xml:space="preserve">Ja mie taistelen niin ko Nilski  </w:t>
      </w:r>
    </w:p>
    <w:p w14:paraId="761DF23F" w14:textId="77777777" w:rsidR="00977C16" w:rsidRDefault="00977C16" w:rsidP="00977C16">
      <w:pPr>
        <w:spacing w:after="0" w:line="240" w:lineRule="auto"/>
        <w:rPr>
          <w:lang w:val="nb-NO"/>
        </w:rPr>
      </w:pPr>
      <w:r w:rsidRPr="00977C16">
        <w:rPr>
          <w:lang w:val="nb-NO"/>
        </w:rPr>
        <w:t xml:space="preserve">– luonon eđestä. </w:t>
      </w:r>
    </w:p>
    <w:p w14:paraId="79134D46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380FB4AC" w14:textId="04B43E0E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TEATERLEDER:</w:t>
      </w:r>
    </w:p>
    <w:p w14:paraId="6BCFE5E7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Aaroni! </w:t>
      </w:r>
    </w:p>
    <w:p w14:paraId="2BEEB66C" w14:textId="77777777" w:rsidR="00977C16" w:rsidRDefault="00977C16" w:rsidP="005A017D">
      <w:pPr>
        <w:spacing w:after="0" w:line="240" w:lineRule="auto"/>
        <w:rPr>
          <w:lang w:val="nb-NO"/>
        </w:rPr>
      </w:pPr>
      <w:r w:rsidRPr="00977C16">
        <w:rPr>
          <w:lang w:val="nb-NO"/>
        </w:rPr>
        <w:t xml:space="preserve">Meiđän viimi toivo oon tullu takaisin! </w:t>
      </w:r>
    </w:p>
    <w:p w14:paraId="219E5D75" w14:textId="77777777" w:rsidR="00977C16" w:rsidRDefault="00977C16" w:rsidP="005A017D">
      <w:pPr>
        <w:spacing w:after="0" w:line="240" w:lineRule="auto"/>
        <w:rPr>
          <w:lang w:val="nb-NO"/>
        </w:rPr>
      </w:pPr>
      <w:r w:rsidRPr="00977C16">
        <w:rPr>
          <w:lang w:val="nb-NO"/>
        </w:rPr>
        <w:t xml:space="preserve">Tervettulemaa! </w:t>
      </w:r>
    </w:p>
    <w:p w14:paraId="113EAADF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2950620A" w14:textId="42285089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298C9A8C" w14:textId="77777777" w:rsidR="00977C16" w:rsidRDefault="00977C16" w:rsidP="005A017D">
      <w:pPr>
        <w:spacing w:after="0" w:line="240" w:lineRule="auto"/>
        <w:rPr>
          <w:lang w:val="nb-NO"/>
        </w:rPr>
      </w:pPr>
      <w:r w:rsidRPr="00977C16">
        <w:rPr>
          <w:lang w:val="nb-NO"/>
        </w:rPr>
        <w:t xml:space="preserve">Päivää! </w:t>
      </w:r>
    </w:p>
    <w:p w14:paraId="0B3812BD" w14:textId="77777777" w:rsidR="00EA79B4" w:rsidRPr="005A017D" w:rsidRDefault="00EA79B4" w:rsidP="005A017D">
      <w:pPr>
        <w:spacing w:after="0" w:line="240" w:lineRule="auto"/>
        <w:rPr>
          <w:lang w:val="nb-NO"/>
        </w:rPr>
      </w:pPr>
    </w:p>
    <w:p w14:paraId="4750A287" w14:textId="4281F337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2AAFC908" w14:textId="77777777" w:rsidR="00977C16" w:rsidRDefault="00977C16" w:rsidP="005A017D">
      <w:pPr>
        <w:spacing w:after="0" w:line="240" w:lineRule="auto"/>
        <w:rPr>
          <w:lang w:val="nb-NO"/>
        </w:rPr>
      </w:pPr>
      <w:r w:rsidRPr="00977C16">
        <w:rPr>
          <w:lang w:val="nb-NO"/>
        </w:rPr>
        <w:t xml:space="preserve">Oonko tronninki kokonhansa vaipunu? </w:t>
      </w:r>
    </w:p>
    <w:p w14:paraId="6EE1F1C9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6507C9C5" w14:textId="664D5DA9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ANNA:</w:t>
      </w:r>
    </w:p>
    <w:p w14:paraId="6D058D46" w14:textId="51225789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>Olen</w:t>
      </w:r>
    </w:p>
    <w:p w14:paraId="0F4370A0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>Kiitos.</w:t>
      </w:r>
    </w:p>
    <w:p w14:paraId="4168505B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5708DAEF" w14:textId="6814BE10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TEKSTMELDING:</w:t>
      </w:r>
    </w:p>
    <w:p w14:paraId="05EE01CD" w14:textId="77777777" w:rsidR="001F27AC" w:rsidRPr="001F27AC" w:rsidRDefault="001F27AC" w:rsidP="001F27AC">
      <w:pPr>
        <w:spacing w:after="0" w:line="240" w:lineRule="auto"/>
        <w:rPr>
          <w:iCs/>
          <w:lang w:val="nb-NO"/>
        </w:rPr>
      </w:pPr>
      <w:r w:rsidRPr="001F27AC">
        <w:rPr>
          <w:iCs/>
          <w:lang w:val="nb-NO"/>
        </w:rPr>
        <w:t>Nilsiltä papale: Anne, Raisin nöyrä tronninki!</w:t>
      </w:r>
    </w:p>
    <w:p w14:paraId="3058CFD4" w14:textId="77777777" w:rsidR="00977C16" w:rsidRPr="005A017D" w:rsidRDefault="00977C16" w:rsidP="005A017D">
      <w:pPr>
        <w:spacing w:after="0" w:line="240" w:lineRule="auto"/>
        <w:rPr>
          <w:lang w:val="nb-NO"/>
        </w:rPr>
      </w:pPr>
    </w:p>
    <w:p w14:paraId="3DF58426" w14:textId="0CF16645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TEATERLEDER:</w:t>
      </w:r>
    </w:p>
    <w:p w14:paraId="32D1B701" w14:textId="77777777" w:rsidR="00977C16" w:rsidRDefault="00977C16" w:rsidP="005A017D">
      <w:pPr>
        <w:spacing w:after="0" w:line="240" w:lineRule="auto"/>
        <w:rPr>
          <w:lang w:val="nb-NO"/>
        </w:rPr>
      </w:pPr>
      <w:r w:rsidRPr="00977C16">
        <w:rPr>
          <w:lang w:val="nb-NO"/>
        </w:rPr>
        <w:t xml:space="preserve">Alama sitte harjoituksen. </w:t>
      </w:r>
    </w:p>
    <w:p w14:paraId="58769BB3" w14:textId="77777777" w:rsidR="00977C16" w:rsidRDefault="00977C16" w:rsidP="005A017D">
      <w:pPr>
        <w:spacing w:after="0" w:line="240" w:lineRule="auto"/>
        <w:rPr>
          <w:lang w:val="nb-NO"/>
        </w:rPr>
      </w:pPr>
      <w:r w:rsidRPr="00977C16">
        <w:rPr>
          <w:lang w:val="nb-NO"/>
        </w:rPr>
        <w:t xml:space="preserve">Manalaiset kokkointtuuvat täälä. </w:t>
      </w:r>
    </w:p>
    <w:p w14:paraId="51EEB81D" w14:textId="77777777" w:rsidR="00977C16" w:rsidRDefault="00977C16" w:rsidP="005A017D">
      <w:pPr>
        <w:spacing w:after="0" w:line="240" w:lineRule="auto"/>
        <w:rPr>
          <w:lang w:val="nb-NO"/>
        </w:rPr>
      </w:pPr>
      <w:r w:rsidRPr="00977C16">
        <w:rPr>
          <w:lang w:val="nb-NO"/>
        </w:rPr>
        <w:t>Alama sitte harjoituksen. Tulkaa</w:t>
      </w:r>
      <w:r>
        <w:rPr>
          <w:lang w:val="nb-NO"/>
        </w:rPr>
        <w:t>!</w:t>
      </w:r>
    </w:p>
    <w:p w14:paraId="2005BECC" w14:textId="77777777" w:rsidR="00977C16" w:rsidRDefault="00977C16" w:rsidP="005A017D">
      <w:pPr>
        <w:spacing w:after="0" w:line="240" w:lineRule="auto"/>
        <w:rPr>
          <w:lang w:val="nb-NO"/>
        </w:rPr>
      </w:pPr>
      <w:r w:rsidRPr="00977C16">
        <w:rPr>
          <w:lang w:val="nb-NO"/>
        </w:rPr>
        <w:t xml:space="preserve">Manalaiset kokkointtuuvat täälä. </w:t>
      </w:r>
    </w:p>
    <w:p w14:paraId="04444190" w14:textId="77777777" w:rsidR="00977C16" w:rsidRDefault="00977C16" w:rsidP="005A017D">
      <w:pPr>
        <w:spacing w:after="0" w:line="240" w:lineRule="auto"/>
        <w:rPr>
          <w:lang w:val="nb-NO"/>
        </w:rPr>
      </w:pPr>
      <w:r w:rsidRPr="00977C16">
        <w:rPr>
          <w:lang w:val="nb-NO"/>
        </w:rPr>
        <w:t xml:space="preserve">Sottiijat tuola. </w:t>
      </w:r>
    </w:p>
    <w:p w14:paraId="5439E169" w14:textId="77777777" w:rsidR="00D62305" w:rsidRDefault="00D62305" w:rsidP="005A017D">
      <w:pPr>
        <w:spacing w:after="0" w:line="240" w:lineRule="auto"/>
        <w:rPr>
          <w:lang w:val="nb-NO"/>
        </w:rPr>
      </w:pPr>
      <w:r w:rsidRPr="00D62305">
        <w:rPr>
          <w:lang w:val="nb-NO"/>
        </w:rPr>
        <w:t xml:space="preserve">Tronninki oon keskelä. </w:t>
      </w:r>
    </w:p>
    <w:p w14:paraId="28215ECC" w14:textId="77777777" w:rsidR="00D62305" w:rsidRDefault="00D62305" w:rsidP="005A017D">
      <w:pPr>
        <w:spacing w:after="0" w:line="240" w:lineRule="auto"/>
        <w:rPr>
          <w:lang w:val="nb-NO"/>
        </w:rPr>
      </w:pPr>
      <w:r w:rsidRPr="00D62305">
        <w:rPr>
          <w:lang w:val="nb-NO"/>
        </w:rPr>
        <w:t xml:space="preserve">Kaisa, nyt sie hääđyt laskeet sen miekan. </w:t>
      </w:r>
    </w:p>
    <w:p w14:paraId="37037D0F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39AC5253" w14:textId="77777777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6C455B43" w14:textId="77777777" w:rsidR="00D62305" w:rsidRDefault="00D62305" w:rsidP="005A017D">
      <w:pPr>
        <w:spacing w:after="0" w:line="240" w:lineRule="auto"/>
        <w:rPr>
          <w:lang w:val="nb-NO"/>
        </w:rPr>
      </w:pPr>
      <w:r w:rsidRPr="00D62305">
        <w:rPr>
          <w:lang w:val="nb-NO"/>
        </w:rPr>
        <w:t xml:space="preserve">Niilä jokka taistelhaan luonon eđestä, häättyy olla asheet. </w:t>
      </w:r>
    </w:p>
    <w:p w14:paraId="63F970F0" w14:textId="77777777" w:rsidR="00D62305" w:rsidRDefault="00D62305" w:rsidP="005A017D">
      <w:pPr>
        <w:spacing w:after="0" w:line="240" w:lineRule="auto"/>
        <w:rPr>
          <w:lang w:val="nb-NO"/>
        </w:rPr>
      </w:pPr>
      <w:r w:rsidRPr="00D62305">
        <w:rPr>
          <w:lang w:val="nb-NO"/>
        </w:rPr>
        <w:t xml:space="preserve">Muutoin met taappaama.  </w:t>
      </w:r>
    </w:p>
    <w:p w14:paraId="3807BD60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7489BFE4" w14:textId="77777777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TEATERLEDER:</w:t>
      </w:r>
    </w:p>
    <w:p w14:paraId="0101B176" w14:textId="77777777" w:rsidR="00D62305" w:rsidRDefault="00D62305" w:rsidP="005A017D">
      <w:pPr>
        <w:spacing w:after="0" w:line="240" w:lineRule="auto"/>
        <w:rPr>
          <w:lang w:val="nb-NO"/>
        </w:rPr>
      </w:pPr>
      <w:r w:rsidRPr="00D62305">
        <w:rPr>
          <w:lang w:val="nb-NO"/>
        </w:rPr>
        <w:t>Sie olet kyllä juuri oikkeessa, Kaisa.</w:t>
      </w:r>
    </w:p>
    <w:p w14:paraId="46BC6DDD" w14:textId="77777777" w:rsidR="00D62305" w:rsidRDefault="00D62305" w:rsidP="005A017D">
      <w:pPr>
        <w:spacing w:after="0" w:line="240" w:lineRule="auto"/>
        <w:rPr>
          <w:lang w:val="nb-NO"/>
        </w:rPr>
      </w:pPr>
      <w:r w:rsidRPr="00D62305">
        <w:rPr>
          <w:lang w:val="nb-NO"/>
        </w:rPr>
        <w:lastRenderedPageBreak/>
        <w:t xml:space="preserve">Mutta sinun aset oon sinni. </w:t>
      </w:r>
    </w:p>
    <w:p w14:paraId="4F7F44C7" w14:textId="77777777" w:rsidR="00D62305" w:rsidRDefault="00D62305" w:rsidP="005A017D">
      <w:pPr>
        <w:spacing w:after="0" w:line="240" w:lineRule="auto"/>
        <w:rPr>
          <w:lang w:val="nb-NO"/>
        </w:rPr>
      </w:pPr>
      <w:r w:rsidRPr="00D62305">
        <w:rPr>
          <w:lang w:val="nb-NO"/>
        </w:rPr>
        <w:t xml:space="preserve">Kumman sie valitet? </w:t>
      </w:r>
    </w:p>
    <w:p w14:paraId="0EF283D5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392B8FBD" w14:textId="7E08D3F6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0CF7AAC5" w14:textId="77777777" w:rsidR="00D62305" w:rsidRDefault="00D62305" w:rsidP="005A017D">
      <w:pPr>
        <w:spacing w:after="0" w:line="240" w:lineRule="auto"/>
        <w:rPr>
          <w:lang w:val="nb-NO"/>
        </w:rPr>
      </w:pPr>
      <w:r w:rsidRPr="00D62305">
        <w:rPr>
          <w:lang w:val="nb-NO"/>
        </w:rPr>
        <w:t>Manalaiset</w:t>
      </w:r>
      <w:r>
        <w:rPr>
          <w:lang w:val="nb-NO"/>
        </w:rPr>
        <w:t>!</w:t>
      </w:r>
    </w:p>
    <w:p w14:paraId="03F920BC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545C77CD" w14:textId="77777777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ANNA:</w:t>
      </w:r>
    </w:p>
    <w:p w14:paraId="695BC6A5" w14:textId="24DB987C" w:rsidR="00D62305" w:rsidRDefault="00D62305" w:rsidP="005A017D">
      <w:pPr>
        <w:spacing w:after="0" w:line="240" w:lineRule="auto"/>
        <w:rPr>
          <w:lang w:val="nb-NO"/>
        </w:rPr>
      </w:pPr>
      <w:r w:rsidRPr="00D62305">
        <w:rPr>
          <w:lang w:val="nb-NO"/>
        </w:rPr>
        <w:t>Met tulema rauhassa</w:t>
      </w:r>
      <w:r>
        <w:rPr>
          <w:lang w:val="nb-NO"/>
        </w:rPr>
        <w:t>!</w:t>
      </w:r>
    </w:p>
    <w:p w14:paraId="2052D832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6316CF86" w14:textId="4D57D8F6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UNDERJORDISKE:</w:t>
      </w:r>
    </w:p>
    <w:p w14:paraId="75B66BED" w14:textId="77777777" w:rsidR="00D62305" w:rsidRDefault="00D62305" w:rsidP="005A017D">
      <w:pPr>
        <w:spacing w:after="0" w:line="240" w:lineRule="auto"/>
        <w:rPr>
          <w:lang w:val="nb-NO"/>
        </w:rPr>
      </w:pPr>
      <w:r w:rsidRPr="00D62305">
        <w:rPr>
          <w:lang w:val="nb-NO"/>
        </w:rPr>
        <w:t xml:space="preserve">Elämä sitte rauhassa. </w:t>
      </w:r>
    </w:p>
    <w:p w14:paraId="770E2E7A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77B749F6" w14:textId="77777777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ANNE:</w:t>
      </w:r>
    </w:p>
    <w:p w14:paraId="4767BBC4" w14:textId="77777777" w:rsidR="00D62305" w:rsidRDefault="00D62305" w:rsidP="005A017D">
      <w:pPr>
        <w:spacing w:after="0" w:line="240" w:lineRule="auto"/>
        <w:rPr>
          <w:lang w:val="nb-NO"/>
        </w:rPr>
      </w:pPr>
      <w:r w:rsidRPr="00D62305">
        <w:rPr>
          <w:lang w:val="nb-NO"/>
        </w:rPr>
        <w:t xml:space="preserve">Meiđät oon ajettu pois meiđän maasta. </w:t>
      </w:r>
    </w:p>
    <w:p w14:paraId="7AECC8B4" w14:textId="77777777" w:rsidR="00D62305" w:rsidRDefault="00D62305" w:rsidP="005A017D">
      <w:pPr>
        <w:spacing w:after="0" w:line="240" w:lineRule="auto"/>
        <w:rPr>
          <w:lang w:val="nb-NO"/>
        </w:rPr>
      </w:pPr>
      <w:r w:rsidRPr="00D62305">
        <w:rPr>
          <w:lang w:val="nb-NO"/>
        </w:rPr>
        <w:t xml:space="preserve">Met olema haavoittunheet ja nälkäiset. </w:t>
      </w:r>
    </w:p>
    <w:p w14:paraId="1EEA4395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7F8A258C" w14:textId="385A322C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UNDERJORDISKE:</w:t>
      </w:r>
    </w:p>
    <w:p w14:paraId="288C90B3" w14:textId="77777777" w:rsidR="00D62305" w:rsidRDefault="00D62305" w:rsidP="005A017D">
      <w:pPr>
        <w:spacing w:after="0" w:line="240" w:lineRule="auto"/>
        <w:rPr>
          <w:lang w:val="nb-NO"/>
        </w:rPr>
      </w:pPr>
      <w:r w:rsidRPr="00D62305">
        <w:rPr>
          <w:lang w:val="nb-NO"/>
        </w:rPr>
        <w:t xml:space="preserve">Ihmiset tuovat tasan tuhhoo. </w:t>
      </w:r>
    </w:p>
    <w:p w14:paraId="0DA6BD89" w14:textId="77777777" w:rsidR="00D62305" w:rsidRDefault="00D62305" w:rsidP="005A017D">
      <w:pPr>
        <w:spacing w:after="0" w:line="240" w:lineRule="auto"/>
        <w:rPr>
          <w:lang w:val="nb-NO"/>
        </w:rPr>
      </w:pPr>
      <w:r w:rsidRPr="00D62305">
        <w:rPr>
          <w:lang w:val="nb-NO"/>
        </w:rPr>
        <w:t xml:space="preserve">Miksi met pitäisimmä uskoot teitä? </w:t>
      </w:r>
    </w:p>
    <w:p w14:paraId="2EFC8139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639217CA" w14:textId="2E7A9DFB" w:rsidR="00EA79B4" w:rsidRPr="00EA68CC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ANNA:</w:t>
      </w:r>
    </w:p>
    <w:p w14:paraId="43A35A07" w14:textId="77777777" w:rsidR="00D62305" w:rsidRDefault="00D62305" w:rsidP="005A017D">
      <w:pPr>
        <w:spacing w:after="0" w:line="240" w:lineRule="auto"/>
        <w:rPr>
          <w:lang w:val="nb-NO"/>
        </w:rPr>
      </w:pPr>
      <w:r w:rsidRPr="00D62305">
        <w:rPr>
          <w:lang w:val="nb-NO"/>
        </w:rPr>
        <w:t xml:space="preserve">Mie annan koko minun vallan teile. </w:t>
      </w:r>
    </w:p>
    <w:p w14:paraId="3E6789C8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1CA38CC0" w14:textId="74EE69A8" w:rsidR="00EA79B4" w:rsidRPr="00977C16" w:rsidRDefault="00EA79B4" w:rsidP="005A017D">
      <w:pPr>
        <w:spacing w:after="0" w:line="240" w:lineRule="auto"/>
      </w:pPr>
      <w:r w:rsidRPr="00977C16">
        <w:t>NILS:</w:t>
      </w:r>
    </w:p>
    <w:p w14:paraId="5BF2C22F" w14:textId="77777777" w:rsidR="00D62305" w:rsidRPr="00D62305" w:rsidRDefault="00D62305" w:rsidP="005A017D">
      <w:pPr>
        <w:spacing w:after="0" w:line="240" w:lineRule="auto"/>
        <w:rPr>
          <w:lang w:val="nb-NO"/>
        </w:rPr>
      </w:pPr>
      <w:r w:rsidRPr="00D62305">
        <w:rPr>
          <w:lang w:val="nb-NO"/>
        </w:rPr>
        <w:t xml:space="preserve">Tässä tullee jotaki lämmintä. </w:t>
      </w:r>
    </w:p>
    <w:p w14:paraId="343D178B" w14:textId="77777777" w:rsidR="00EF112A" w:rsidRPr="00EA68CC" w:rsidRDefault="00EF112A" w:rsidP="005A017D">
      <w:pPr>
        <w:spacing w:after="0" w:line="240" w:lineRule="auto"/>
        <w:rPr>
          <w:lang w:val="nb-NO"/>
        </w:rPr>
      </w:pPr>
    </w:p>
    <w:p w14:paraId="5CF6BEE7" w14:textId="77777777" w:rsidR="00EF112A" w:rsidRPr="00D62305" w:rsidRDefault="00EF112A" w:rsidP="005A017D">
      <w:pPr>
        <w:spacing w:after="0" w:line="240" w:lineRule="auto"/>
        <w:rPr>
          <w:lang w:val="nb-NO"/>
        </w:rPr>
      </w:pPr>
    </w:p>
    <w:sectPr w:rsidR="00EF112A" w:rsidRPr="00D62305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29F94F" w14:textId="77777777" w:rsidR="004B6746" w:rsidRDefault="004B6746" w:rsidP="00D3194A">
      <w:pPr>
        <w:spacing w:after="0" w:line="240" w:lineRule="auto"/>
      </w:pPr>
      <w:r>
        <w:separator/>
      </w:r>
    </w:p>
  </w:endnote>
  <w:endnote w:type="continuationSeparator" w:id="0">
    <w:p w14:paraId="4155815E" w14:textId="77777777" w:rsidR="004B6746" w:rsidRDefault="004B6746" w:rsidP="00D319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189678773"/>
      <w:docPartObj>
        <w:docPartGallery w:val="Page Numbers (Bottom of Page)"/>
        <w:docPartUnique/>
      </w:docPartObj>
    </w:sdtPr>
    <w:sdtContent>
      <w:p w14:paraId="2F54A8B4" w14:textId="62766294" w:rsidR="00D3194A" w:rsidRDefault="00D3194A" w:rsidP="00731037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4F152926" w14:textId="77777777" w:rsidR="00D3194A" w:rsidRDefault="00D3194A" w:rsidP="00D3194A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95121836"/>
      <w:docPartObj>
        <w:docPartGallery w:val="Page Numbers (Bottom of Page)"/>
        <w:docPartUnique/>
      </w:docPartObj>
    </w:sdtPr>
    <w:sdtContent>
      <w:p w14:paraId="13E817C2" w14:textId="1AA4EBF4" w:rsidR="00D3194A" w:rsidRDefault="00D3194A" w:rsidP="00731037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4</w:t>
        </w:r>
        <w:r>
          <w:rPr>
            <w:rStyle w:val="Sidetall"/>
          </w:rPr>
          <w:fldChar w:fldCharType="end"/>
        </w:r>
      </w:p>
    </w:sdtContent>
  </w:sdt>
  <w:p w14:paraId="02D5D40B" w14:textId="77777777" w:rsidR="00D3194A" w:rsidRDefault="00D3194A" w:rsidP="00D3194A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82C8DD" w14:textId="77777777" w:rsidR="004B6746" w:rsidRDefault="004B6746" w:rsidP="00D3194A">
      <w:pPr>
        <w:spacing w:after="0" w:line="240" w:lineRule="auto"/>
      </w:pPr>
      <w:r>
        <w:separator/>
      </w:r>
    </w:p>
  </w:footnote>
  <w:footnote w:type="continuationSeparator" w:id="0">
    <w:p w14:paraId="153727FA" w14:textId="77777777" w:rsidR="004B6746" w:rsidRDefault="004B6746" w:rsidP="00D319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27100602">
    <w:abstractNumId w:val="8"/>
  </w:num>
  <w:num w:numId="2" w16cid:durableId="774177292">
    <w:abstractNumId w:val="6"/>
  </w:num>
  <w:num w:numId="3" w16cid:durableId="2146964799">
    <w:abstractNumId w:val="5"/>
  </w:num>
  <w:num w:numId="4" w16cid:durableId="476185895">
    <w:abstractNumId w:val="4"/>
  </w:num>
  <w:num w:numId="5" w16cid:durableId="946080746">
    <w:abstractNumId w:val="7"/>
  </w:num>
  <w:num w:numId="6" w16cid:durableId="479804887">
    <w:abstractNumId w:val="3"/>
  </w:num>
  <w:num w:numId="7" w16cid:durableId="1209991841">
    <w:abstractNumId w:val="2"/>
  </w:num>
  <w:num w:numId="8" w16cid:durableId="1300575021">
    <w:abstractNumId w:val="1"/>
  </w:num>
  <w:num w:numId="9" w16cid:durableId="9949931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03FA1"/>
    <w:rsid w:val="0015074B"/>
    <w:rsid w:val="001F27AC"/>
    <w:rsid w:val="0029639D"/>
    <w:rsid w:val="002F2815"/>
    <w:rsid w:val="00326F90"/>
    <w:rsid w:val="004B6746"/>
    <w:rsid w:val="005A017D"/>
    <w:rsid w:val="00977C16"/>
    <w:rsid w:val="00A826AA"/>
    <w:rsid w:val="00AA1D8D"/>
    <w:rsid w:val="00B47730"/>
    <w:rsid w:val="00B745BD"/>
    <w:rsid w:val="00CB0664"/>
    <w:rsid w:val="00D3194A"/>
    <w:rsid w:val="00D62305"/>
    <w:rsid w:val="00E60251"/>
    <w:rsid w:val="00E9679D"/>
    <w:rsid w:val="00EA68CC"/>
    <w:rsid w:val="00EA79B4"/>
    <w:rsid w:val="00EF112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565FB5B"/>
  <w14:defaultImageDpi w14:val="300"/>
  <w15:docId w15:val="{4D1C0E51-0061-AF45-A471-EA7FC2543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D319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285</Words>
  <Characters>1513</Characters>
  <Application>Microsoft Office Word</Application>
  <DocSecurity>0</DocSecurity>
  <Lines>12</Lines>
  <Paragraphs>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1795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4</cp:revision>
  <dcterms:created xsi:type="dcterms:W3CDTF">2025-12-02T14:25:00Z</dcterms:created>
  <dcterms:modified xsi:type="dcterms:W3CDTF">2025-12-03T08:15:00Z</dcterms:modified>
  <cp:category/>
</cp:coreProperties>
</file>