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AC6BD" w14:textId="0DF8D1F3" w:rsidR="009B475E" w:rsidRPr="00785E8F" w:rsidRDefault="00B2458E" w:rsidP="00785E8F">
      <w:pPr>
        <w:spacing w:after="0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r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K</w:t>
      </w:r>
      <w:r w:rsidR="007214B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vensk</w:t>
      </w:r>
      <w:r w:rsidR="009B475E" w:rsidRPr="00785E8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 xml:space="preserve"> dialogmanus, episode 2</w:t>
      </w:r>
    </w:p>
    <w:p w14:paraId="669AF1A2" w14:textId="249EB020" w:rsidR="009B475E" w:rsidRPr="00785E8F" w:rsidRDefault="009B475E" w:rsidP="00785E8F">
      <w:pPr>
        <w:spacing w:after="0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proofErr w:type="spellStart"/>
      <w:r w:rsidRPr="00785E8F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Joki</w:t>
      </w:r>
      <w:proofErr w:type="spellEnd"/>
    </w:p>
    <w:p w14:paraId="4E8045A0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079AE804" w14:textId="62D63370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ANNA:</w:t>
      </w:r>
    </w:p>
    <w:p w14:paraId="259DF112" w14:textId="6E95E5B9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Tule!</w:t>
      </w:r>
    </w:p>
    <w:p w14:paraId="7CF9C0D0" w14:textId="77777777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Nils, tule!</w:t>
      </w:r>
    </w:p>
    <w:p w14:paraId="6AC1E220" w14:textId="77777777" w:rsidR="009B475E" w:rsidRPr="00B2458E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B2458E">
        <w:rPr>
          <w:rFonts w:asciiTheme="majorHAnsi" w:hAnsiTheme="majorHAnsi" w:cstheme="majorHAnsi"/>
          <w:lang w:val="nb-NO"/>
        </w:rPr>
        <w:t>Tule, Nils!</w:t>
      </w:r>
    </w:p>
    <w:p w14:paraId="64BDE083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 xml:space="preserve">Mie olen </w:t>
      </w:r>
      <w:proofErr w:type="spellStart"/>
      <w:r w:rsidRPr="007214BF">
        <w:rPr>
          <w:rFonts w:asciiTheme="majorHAnsi" w:hAnsiTheme="majorHAnsi" w:cstheme="majorHAnsi"/>
          <w:lang w:val="nb-NO"/>
        </w:rPr>
        <w:t>löytäny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kuolheita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proofErr w:type="gramStart"/>
      <w:r w:rsidRPr="007214BF">
        <w:rPr>
          <w:rFonts w:asciiTheme="majorHAnsi" w:hAnsiTheme="majorHAnsi" w:cstheme="majorHAnsi"/>
          <w:lang w:val="nb-NO"/>
        </w:rPr>
        <w:t>kalloi</w:t>
      </w:r>
      <w:proofErr w:type="spellEnd"/>
      <w:r w:rsidRPr="007214BF">
        <w:rPr>
          <w:rFonts w:asciiTheme="majorHAnsi" w:hAnsiTheme="majorHAnsi" w:cstheme="majorHAnsi"/>
          <w:lang w:val="nb-NO"/>
        </w:rPr>
        <w:t>…</w:t>
      </w:r>
      <w:proofErr w:type="gramEnd"/>
      <w:r w:rsidRPr="007214BF">
        <w:rPr>
          <w:rFonts w:asciiTheme="majorHAnsi" w:hAnsiTheme="majorHAnsi" w:cstheme="majorHAnsi"/>
          <w:lang w:val="nb-NO"/>
        </w:rPr>
        <w:t xml:space="preserve"> </w:t>
      </w:r>
    </w:p>
    <w:p w14:paraId="1EFD3B4D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73D8B80F" w14:textId="00455B56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5C1A1567" w14:textId="77777777" w:rsidR="00C312BE" w:rsidRPr="00785E8F" w:rsidRDefault="00000000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 xml:space="preserve">Ei </w:t>
      </w:r>
      <w:proofErr w:type="spellStart"/>
      <w:r w:rsidRPr="00785E8F">
        <w:rPr>
          <w:rFonts w:asciiTheme="majorHAnsi" w:hAnsiTheme="majorHAnsi" w:cstheme="majorHAnsi"/>
          <w:lang w:val="nb-NO"/>
        </w:rPr>
        <w:t>ei</w:t>
      </w:r>
      <w:proofErr w:type="spellEnd"/>
      <w:r w:rsidRPr="00785E8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85E8F">
        <w:rPr>
          <w:rFonts w:asciiTheme="majorHAnsi" w:hAnsiTheme="majorHAnsi" w:cstheme="majorHAnsi"/>
          <w:lang w:val="nb-NO"/>
        </w:rPr>
        <w:t>ei</w:t>
      </w:r>
      <w:proofErr w:type="spellEnd"/>
      <w:r w:rsidRPr="00785E8F">
        <w:rPr>
          <w:rFonts w:asciiTheme="majorHAnsi" w:hAnsiTheme="majorHAnsi" w:cstheme="majorHAnsi"/>
          <w:lang w:val="nb-NO"/>
        </w:rPr>
        <w:t>.</w:t>
      </w:r>
    </w:p>
    <w:p w14:paraId="6622E125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63242DAB" w14:textId="063C2C8D" w:rsidR="00C312BE" w:rsidRPr="00B2458E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B2458E">
        <w:rPr>
          <w:rFonts w:asciiTheme="majorHAnsi" w:hAnsiTheme="majorHAnsi" w:cstheme="majorHAnsi"/>
          <w:lang w:val="nb-NO"/>
        </w:rPr>
        <w:t>ANNA</w:t>
      </w:r>
    </w:p>
    <w:p w14:paraId="1BE56FF8" w14:textId="77777777" w:rsidR="007214BF" w:rsidRP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214BF">
        <w:rPr>
          <w:rFonts w:asciiTheme="majorHAnsi" w:hAnsiTheme="majorHAnsi" w:cstheme="majorHAnsi"/>
          <w:lang w:val="nb-NO"/>
        </w:rPr>
        <w:t>Ajattele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jos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meile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oon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tullu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jokheen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7214BF">
        <w:rPr>
          <w:rFonts w:asciiTheme="majorHAnsi" w:hAnsiTheme="majorHAnsi" w:cstheme="majorHAnsi"/>
          <w:lang w:val="nb-NO"/>
        </w:rPr>
        <w:t>tauti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? </w:t>
      </w:r>
    </w:p>
    <w:p w14:paraId="1751C5E8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3880E02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0E8D0D2A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214BF">
        <w:rPr>
          <w:rFonts w:asciiTheme="majorHAnsi" w:hAnsiTheme="majorHAnsi" w:cstheme="majorHAnsi"/>
          <w:lang w:val="nb-NO"/>
        </w:rPr>
        <w:t>Niin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, </w:t>
      </w:r>
      <w:proofErr w:type="spellStart"/>
      <w:proofErr w:type="gramStart"/>
      <w:r w:rsidRPr="007214BF">
        <w:rPr>
          <w:rFonts w:asciiTheme="majorHAnsi" w:hAnsiTheme="majorHAnsi" w:cstheme="majorHAnsi"/>
          <w:lang w:val="nb-NO"/>
        </w:rPr>
        <w:t>gyyru</w:t>
      </w:r>
      <w:proofErr w:type="spellEnd"/>
      <w:r w:rsidRPr="007214BF">
        <w:rPr>
          <w:rFonts w:asciiTheme="majorHAnsi" w:hAnsiTheme="majorHAnsi" w:cstheme="majorHAnsi"/>
          <w:lang w:val="nb-NO"/>
        </w:rPr>
        <w:t>…</w:t>
      </w:r>
      <w:proofErr w:type="gramEnd"/>
      <w:r w:rsidRPr="007214BF">
        <w:rPr>
          <w:rFonts w:asciiTheme="majorHAnsi" w:hAnsiTheme="majorHAnsi" w:cstheme="majorHAnsi"/>
          <w:lang w:val="nb-NO"/>
        </w:rPr>
        <w:t xml:space="preserve"> </w:t>
      </w:r>
    </w:p>
    <w:p w14:paraId="000F21AD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214BF">
        <w:rPr>
          <w:rFonts w:asciiTheme="majorHAnsi" w:hAnsiTheme="majorHAnsi" w:cstheme="majorHAnsi"/>
          <w:lang w:val="nb-NO"/>
        </w:rPr>
        <w:t>Sehän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olis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aivan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kauheeta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. </w:t>
      </w:r>
    </w:p>
    <w:p w14:paraId="36FE93C4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214BF">
        <w:rPr>
          <w:rFonts w:asciiTheme="majorHAnsi" w:hAnsiTheme="majorHAnsi" w:cstheme="majorHAnsi"/>
          <w:lang w:val="nb-NO"/>
        </w:rPr>
        <w:t>Silloin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sen </w:t>
      </w:r>
      <w:proofErr w:type="spellStart"/>
      <w:r w:rsidRPr="007214BF">
        <w:rPr>
          <w:rFonts w:asciiTheme="majorHAnsi" w:hAnsiTheme="majorHAnsi" w:cstheme="majorHAnsi"/>
          <w:lang w:val="nb-NO"/>
        </w:rPr>
        <w:t>tarttee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puhđistaat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koko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joven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.  </w:t>
      </w:r>
    </w:p>
    <w:p w14:paraId="4A00BCC9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195754E5" w14:textId="0EDAE041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ANNA:</w:t>
      </w:r>
    </w:p>
    <w:p w14:paraId="41C5ACDA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214BF">
        <w:rPr>
          <w:rFonts w:asciiTheme="majorHAnsi" w:hAnsiTheme="majorHAnsi" w:cstheme="majorHAnsi"/>
          <w:lang w:val="nb-NO"/>
        </w:rPr>
        <w:t>Mitä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met nyt </w:t>
      </w:r>
      <w:proofErr w:type="spellStart"/>
      <w:r w:rsidRPr="007214BF">
        <w:rPr>
          <w:rFonts w:asciiTheme="majorHAnsi" w:hAnsiTheme="majorHAnsi" w:cstheme="majorHAnsi"/>
          <w:lang w:val="nb-NO"/>
        </w:rPr>
        <w:t>tehemä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? </w:t>
      </w:r>
    </w:p>
    <w:p w14:paraId="55CC7F4A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213C1346" w14:textId="0A1531E7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2D1FEE53" w14:textId="442625CB" w:rsidR="007214BF" w:rsidRDefault="007214BF" w:rsidP="007214B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 xml:space="preserve">Met </w:t>
      </w:r>
      <w:proofErr w:type="spellStart"/>
      <w:r w:rsidRPr="007214BF">
        <w:rPr>
          <w:rFonts w:asciiTheme="majorHAnsi" w:hAnsiTheme="majorHAnsi" w:cstheme="majorHAnsi"/>
          <w:lang w:val="nb-NO"/>
        </w:rPr>
        <w:t>hääđymä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puhhuut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jonku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semmoisen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kans</w:t>
      </w:r>
      <w:proofErr w:type="spellEnd"/>
      <w:r>
        <w:rPr>
          <w:rFonts w:asciiTheme="majorHAnsi" w:hAnsiTheme="majorHAnsi" w:cstheme="majorHAnsi"/>
          <w:lang w:val="nb-NO"/>
        </w:rPr>
        <w:t xml:space="preserve"> </w:t>
      </w:r>
      <w:r w:rsidRPr="007214BF">
        <w:rPr>
          <w:rFonts w:asciiTheme="majorHAnsi" w:hAnsiTheme="majorHAnsi" w:cstheme="majorHAnsi"/>
          <w:lang w:val="nb-NO"/>
        </w:rPr>
        <w:t xml:space="preserve">joka </w:t>
      </w:r>
      <w:proofErr w:type="spellStart"/>
      <w:r w:rsidRPr="007214BF">
        <w:rPr>
          <w:rFonts w:asciiTheme="majorHAnsi" w:hAnsiTheme="majorHAnsi" w:cstheme="majorHAnsi"/>
          <w:lang w:val="nb-NO"/>
        </w:rPr>
        <w:t>pystyy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selvittämhään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kuolemansyyn</w:t>
      </w:r>
      <w:proofErr w:type="spellEnd"/>
      <w:r w:rsidRPr="007214BF">
        <w:rPr>
          <w:rFonts w:asciiTheme="majorHAnsi" w:hAnsiTheme="majorHAnsi" w:cstheme="majorHAnsi"/>
          <w:lang w:val="nb-NO"/>
        </w:rPr>
        <w:t>.</w:t>
      </w:r>
    </w:p>
    <w:p w14:paraId="6A82E89A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821FB5C" w14:textId="77777777" w:rsidR="009B475E" w:rsidRPr="00785E8F" w:rsidRDefault="009B475E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JUSSA:</w:t>
      </w:r>
    </w:p>
    <w:p w14:paraId="2EDA1F20" w14:textId="24CC2E89" w:rsidR="00C312BE" w:rsidRPr="00785E8F" w:rsidRDefault="00000000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>Hei, Nils!</w:t>
      </w:r>
    </w:p>
    <w:p w14:paraId="0216CFD0" w14:textId="77777777" w:rsidR="00C312BE" w:rsidRPr="00785E8F" w:rsidRDefault="00C312BE" w:rsidP="00785E8F">
      <w:pPr>
        <w:spacing w:after="0"/>
        <w:rPr>
          <w:rFonts w:asciiTheme="majorHAnsi" w:hAnsiTheme="majorHAnsi" w:cstheme="majorHAnsi"/>
        </w:rPr>
      </w:pPr>
    </w:p>
    <w:p w14:paraId="47D4D3C1" w14:textId="77777777" w:rsidR="009B475E" w:rsidRPr="00785E8F" w:rsidRDefault="009B475E" w:rsidP="00785E8F">
      <w:pPr>
        <w:spacing w:after="0"/>
        <w:rPr>
          <w:rFonts w:asciiTheme="majorHAnsi" w:hAnsiTheme="majorHAnsi" w:cstheme="majorHAnsi"/>
        </w:rPr>
      </w:pPr>
      <w:r w:rsidRPr="00785E8F">
        <w:rPr>
          <w:rFonts w:asciiTheme="majorHAnsi" w:hAnsiTheme="majorHAnsi" w:cstheme="majorHAnsi"/>
        </w:rPr>
        <w:t xml:space="preserve">NILS: </w:t>
      </w:r>
    </w:p>
    <w:p w14:paraId="00668ED8" w14:textId="77777777" w:rsidR="007214BF" w:rsidRPr="00B2458E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B2458E">
        <w:rPr>
          <w:rFonts w:asciiTheme="majorHAnsi" w:hAnsiTheme="majorHAnsi" w:cstheme="majorHAnsi"/>
          <w:lang w:val="nb-NO"/>
        </w:rPr>
        <w:t xml:space="preserve">Hei, pappa! </w:t>
      </w:r>
    </w:p>
    <w:p w14:paraId="382AAD1B" w14:textId="77777777" w:rsidR="007214BF" w:rsidRP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 xml:space="preserve">Met </w:t>
      </w:r>
      <w:proofErr w:type="spellStart"/>
      <w:r w:rsidRPr="007214BF">
        <w:rPr>
          <w:rFonts w:asciiTheme="majorHAnsi" w:hAnsiTheme="majorHAnsi" w:cstheme="majorHAnsi"/>
          <w:lang w:val="nb-NO"/>
        </w:rPr>
        <w:t>olema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löytänheet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kuolheita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kalloi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jovesta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! </w:t>
      </w:r>
    </w:p>
    <w:p w14:paraId="62C0C414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182F1DBE" w14:textId="19740E7C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85E8F">
        <w:rPr>
          <w:rFonts w:asciiTheme="majorHAnsi" w:hAnsiTheme="majorHAnsi" w:cstheme="majorHAnsi"/>
          <w:lang w:val="nb-NO"/>
        </w:rPr>
        <w:t>JUSSA</w:t>
      </w:r>
      <w:proofErr w:type="spellEnd"/>
      <w:r w:rsidRPr="00785E8F">
        <w:rPr>
          <w:rFonts w:asciiTheme="majorHAnsi" w:hAnsiTheme="majorHAnsi" w:cstheme="majorHAnsi"/>
          <w:lang w:val="nb-NO"/>
        </w:rPr>
        <w:t>:</w:t>
      </w:r>
    </w:p>
    <w:p w14:paraId="35A54B36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214BF">
        <w:rPr>
          <w:rFonts w:asciiTheme="majorHAnsi" w:hAnsiTheme="majorHAnsi" w:cstheme="majorHAnsi"/>
          <w:lang w:val="nb-NO"/>
        </w:rPr>
        <w:t>Mistä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sitte?</w:t>
      </w:r>
    </w:p>
    <w:p w14:paraId="7EC42223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55EA2CF" w14:textId="4C7175BA" w:rsidR="00C312B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>NILS:</w:t>
      </w:r>
    </w:p>
    <w:p w14:paraId="6B93E62F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214BF">
        <w:rPr>
          <w:rFonts w:asciiTheme="majorHAnsi" w:hAnsiTheme="majorHAnsi" w:cstheme="majorHAnsi"/>
          <w:lang w:val="nb-NO"/>
        </w:rPr>
        <w:t>Uimapaikan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vierestä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. </w:t>
      </w:r>
    </w:p>
    <w:p w14:paraId="787D5CDE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214BF">
        <w:rPr>
          <w:rFonts w:asciiTheme="majorHAnsi" w:hAnsiTheme="majorHAnsi" w:cstheme="majorHAnsi"/>
          <w:lang w:val="nb-NO"/>
        </w:rPr>
        <w:t>Ajattele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jos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met </w:t>
      </w:r>
      <w:proofErr w:type="spellStart"/>
      <w:r w:rsidRPr="007214BF">
        <w:rPr>
          <w:rFonts w:asciiTheme="majorHAnsi" w:hAnsiTheme="majorHAnsi" w:cstheme="majorHAnsi"/>
          <w:lang w:val="nb-NO"/>
        </w:rPr>
        <w:t>olema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saanheet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tänne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lohentappaajan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! </w:t>
      </w:r>
    </w:p>
    <w:p w14:paraId="51DFFFC4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 xml:space="preserve">Se </w:t>
      </w:r>
      <w:proofErr w:type="spellStart"/>
      <w:r w:rsidRPr="007214BF">
        <w:rPr>
          <w:rFonts w:asciiTheme="majorHAnsi" w:hAnsiTheme="majorHAnsi" w:cstheme="majorHAnsi"/>
          <w:lang w:val="nb-NO"/>
        </w:rPr>
        <w:t>oon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kriisi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! </w:t>
      </w:r>
    </w:p>
    <w:p w14:paraId="20C9F534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4F9F7320" w14:textId="77777777" w:rsidR="009B475E" w:rsidRPr="00B2458E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B2458E">
        <w:rPr>
          <w:rFonts w:asciiTheme="majorHAnsi" w:hAnsiTheme="majorHAnsi" w:cstheme="majorHAnsi"/>
          <w:lang w:val="nb-NO"/>
        </w:rPr>
        <w:t>JUSSA</w:t>
      </w:r>
      <w:proofErr w:type="spellEnd"/>
      <w:r w:rsidRPr="00B2458E">
        <w:rPr>
          <w:rFonts w:asciiTheme="majorHAnsi" w:hAnsiTheme="majorHAnsi" w:cstheme="majorHAnsi"/>
          <w:lang w:val="nb-NO"/>
        </w:rPr>
        <w:t>:</w:t>
      </w:r>
    </w:p>
    <w:p w14:paraId="1F1BDBDD" w14:textId="77777777" w:rsidR="007214BF" w:rsidRPr="00B2458E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B2458E">
        <w:rPr>
          <w:rFonts w:asciiTheme="majorHAnsi" w:hAnsiTheme="majorHAnsi" w:cstheme="majorHAnsi"/>
          <w:lang w:val="nb-NO"/>
        </w:rPr>
        <w:lastRenderedPageBreak/>
        <w:t>Siihen</w:t>
      </w:r>
      <w:proofErr w:type="spellEnd"/>
      <w:r w:rsidRPr="00B2458E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2458E">
        <w:rPr>
          <w:rFonts w:asciiTheme="majorHAnsi" w:hAnsiTheme="majorHAnsi" w:cstheme="majorHAnsi"/>
          <w:lang w:val="nb-NO"/>
        </w:rPr>
        <w:t>saattaa</w:t>
      </w:r>
      <w:proofErr w:type="spellEnd"/>
      <w:r w:rsidRPr="00B2458E">
        <w:rPr>
          <w:rFonts w:asciiTheme="majorHAnsi" w:hAnsiTheme="majorHAnsi" w:cstheme="majorHAnsi"/>
          <w:lang w:val="nb-NO"/>
        </w:rPr>
        <w:t xml:space="preserve"> olla </w:t>
      </w:r>
      <w:proofErr w:type="spellStart"/>
      <w:r w:rsidRPr="00B2458E">
        <w:rPr>
          <w:rFonts w:asciiTheme="majorHAnsi" w:hAnsiTheme="majorHAnsi" w:cstheme="majorHAnsi"/>
          <w:lang w:val="nb-NO"/>
        </w:rPr>
        <w:t>muitaki</w:t>
      </w:r>
      <w:proofErr w:type="spellEnd"/>
      <w:r w:rsidRPr="00B2458E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B2458E">
        <w:rPr>
          <w:rFonts w:asciiTheme="majorHAnsi" w:hAnsiTheme="majorHAnsi" w:cstheme="majorHAnsi"/>
          <w:lang w:val="nb-NO"/>
        </w:rPr>
        <w:t>syitä</w:t>
      </w:r>
      <w:proofErr w:type="spellEnd"/>
      <w:r w:rsidRPr="00B2458E">
        <w:rPr>
          <w:rFonts w:asciiTheme="majorHAnsi" w:hAnsiTheme="majorHAnsi" w:cstheme="majorHAnsi"/>
          <w:lang w:val="nb-NO"/>
        </w:rPr>
        <w:t xml:space="preserve">, Nils. </w:t>
      </w:r>
    </w:p>
    <w:p w14:paraId="003BCD7C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r w:rsidRPr="007214BF">
        <w:rPr>
          <w:rFonts w:asciiTheme="majorHAnsi" w:hAnsiTheme="majorHAnsi" w:cstheme="majorHAnsi"/>
          <w:lang w:val="nb-NO"/>
        </w:rPr>
        <w:t xml:space="preserve">Mie </w:t>
      </w:r>
      <w:proofErr w:type="spellStart"/>
      <w:r w:rsidRPr="007214BF">
        <w:rPr>
          <w:rFonts w:asciiTheme="majorHAnsi" w:hAnsiTheme="majorHAnsi" w:cstheme="majorHAnsi"/>
          <w:lang w:val="nb-NO"/>
        </w:rPr>
        <w:t>ringaan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Ruokasyynhiin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ette </w:t>
      </w:r>
      <w:proofErr w:type="spellStart"/>
      <w:r w:rsidRPr="007214BF">
        <w:rPr>
          <w:rFonts w:asciiTheme="majorHAnsi" w:hAnsiTheme="majorHAnsi" w:cstheme="majorHAnsi"/>
          <w:lang w:val="nb-NO"/>
        </w:rPr>
        <w:t>kuulema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mitä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met </w:t>
      </w:r>
      <w:proofErr w:type="spellStart"/>
      <w:r w:rsidRPr="007214BF">
        <w:rPr>
          <w:rFonts w:asciiTheme="majorHAnsi" w:hAnsiTheme="majorHAnsi" w:cstheme="majorHAnsi"/>
          <w:lang w:val="nb-NO"/>
        </w:rPr>
        <w:t>piđämä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tehđä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. </w:t>
      </w:r>
    </w:p>
    <w:p w14:paraId="76B23516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214BF">
        <w:rPr>
          <w:rFonts w:asciiTheme="majorHAnsi" w:hAnsiTheme="majorHAnsi" w:cstheme="majorHAnsi"/>
          <w:lang w:val="nb-NO"/>
        </w:rPr>
        <w:t>Ota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kuvvii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7214BF">
        <w:rPr>
          <w:rFonts w:asciiTheme="majorHAnsi" w:hAnsiTheme="majorHAnsi" w:cstheme="majorHAnsi"/>
          <w:lang w:val="nb-NO"/>
        </w:rPr>
        <w:t>pane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kalat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kylmhään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siksi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214BF">
        <w:rPr>
          <w:rFonts w:asciiTheme="majorHAnsi" w:hAnsiTheme="majorHAnsi" w:cstheme="majorHAnsi"/>
          <w:lang w:val="nb-NO"/>
        </w:rPr>
        <w:t>aikkaa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. </w:t>
      </w:r>
    </w:p>
    <w:p w14:paraId="3AA59F09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3ED3BD97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r w:rsidRPr="00785E8F">
        <w:rPr>
          <w:rFonts w:asciiTheme="majorHAnsi" w:hAnsiTheme="majorHAnsi" w:cstheme="majorHAnsi"/>
          <w:lang w:val="nb-NO"/>
        </w:rPr>
        <w:t xml:space="preserve">NILS: </w:t>
      </w:r>
    </w:p>
    <w:p w14:paraId="0FB863EA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214BF">
        <w:rPr>
          <w:rFonts w:asciiTheme="majorHAnsi" w:hAnsiTheme="majorHAnsi" w:cstheme="majorHAnsi"/>
          <w:lang w:val="nb-NO"/>
        </w:rPr>
        <w:t>Uukoo</w:t>
      </w:r>
      <w:proofErr w:type="spellEnd"/>
      <w:r w:rsidRPr="007214BF">
        <w:rPr>
          <w:rFonts w:asciiTheme="majorHAnsi" w:hAnsiTheme="majorHAnsi" w:cstheme="majorHAnsi"/>
          <w:lang w:val="nb-NO"/>
        </w:rPr>
        <w:t xml:space="preserve">! </w:t>
      </w:r>
    </w:p>
    <w:p w14:paraId="05CFE968" w14:textId="77777777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214BF">
        <w:rPr>
          <w:rFonts w:asciiTheme="majorHAnsi" w:hAnsiTheme="majorHAnsi" w:cstheme="majorHAnsi"/>
          <w:lang w:val="nb-NO"/>
        </w:rPr>
        <w:t>Hyvästi</w:t>
      </w:r>
      <w:proofErr w:type="spellEnd"/>
      <w:r w:rsidRPr="007214BF">
        <w:rPr>
          <w:rFonts w:asciiTheme="majorHAnsi" w:hAnsiTheme="majorHAnsi" w:cstheme="majorHAnsi"/>
          <w:lang w:val="nb-NO"/>
        </w:rPr>
        <w:t>.</w:t>
      </w:r>
    </w:p>
    <w:p w14:paraId="3B712048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p w14:paraId="2275FE2B" w14:textId="77777777" w:rsidR="009B475E" w:rsidRPr="00785E8F" w:rsidRDefault="009B475E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85E8F">
        <w:rPr>
          <w:rFonts w:asciiTheme="majorHAnsi" w:hAnsiTheme="majorHAnsi" w:cstheme="majorHAnsi"/>
          <w:lang w:val="nb-NO"/>
        </w:rPr>
        <w:t>JUSSA</w:t>
      </w:r>
      <w:proofErr w:type="spellEnd"/>
      <w:r w:rsidRPr="00785E8F">
        <w:rPr>
          <w:rFonts w:asciiTheme="majorHAnsi" w:hAnsiTheme="majorHAnsi" w:cstheme="majorHAnsi"/>
          <w:lang w:val="nb-NO"/>
        </w:rPr>
        <w:t>:</w:t>
      </w:r>
    </w:p>
    <w:p w14:paraId="1DB8B45D" w14:textId="3C3392CD" w:rsidR="007214BF" w:rsidRDefault="007214BF" w:rsidP="00785E8F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214BF">
        <w:rPr>
          <w:rFonts w:asciiTheme="majorHAnsi" w:hAnsiTheme="majorHAnsi" w:cstheme="majorHAnsi"/>
          <w:lang w:val="nb-NO"/>
        </w:rPr>
        <w:t>Kuulema</w:t>
      </w:r>
      <w:proofErr w:type="spellEnd"/>
      <w:r>
        <w:rPr>
          <w:rFonts w:asciiTheme="majorHAnsi" w:hAnsiTheme="majorHAnsi" w:cstheme="majorHAnsi"/>
          <w:lang w:val="nb-NO"/>
        </w:rPr>
        <w:t>!</w:t>
      </w:r>
    </w:p>
    <w:p w14:paraId="4188E37E" w14:textId="77777777" w:rsidR="00C312BE" w:rsidRPr="00785E8F" w:rsidRDefault="00C312BE" w:rsidP="00785E8F">
      <w:pPr>
        <w:spacing w:after="0"/>
        <w:rPr>
          <w:rFonts w:asciiTheme="majorHAnsi" w:hAnsiTheme="majorHAnsi" w:cstheme="majorHAnsi"/>
          <w:lang w:val="nb-NO"/>
        </w:rPr>
      </w:pPr>
    </w:p>
    <w:sectPr w:rsidR="00C312BE" w:rsidRPr="00785E8F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4F29E9" w14:textId="77777777" w:rsidR="002F4128" w:rsidRDefault="002F4128" w:rsidP="009B475E">
      <w:pPr>
        <w:spacing w:after="0" w:line="240" w:lineRule="auto"/>
      </w:pPr>
      <w:r>
        <w:separator/>
      </w:r>
    </w:p>
  </w:endnote>
  <w:endnote w:type="continuationSeparator" w:id="0">
    <w:p w14:paraId="17921494" w14:textId="77777777" w:rsidR="002F4128" w:rsidRDefault="002F4128" w:rsidP="009B4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63225957"/>
      <w:docPartObj>
        <w:docPartGallery w:val="Page Numbers (Bottom of Page)"/>
        <w:docPartUnique/>
      </w:docPartObj>
    </w:sdtPr>
    <w:sdtContent>
      <w:p w14:paraId="7ADBA028" w14:textId="3FE651F0" w:rsidR="009B475E" w:rsidRDefault="009B475E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076FC9AB" w14:textId="77777777" w:rsidR="009B475E" w:rsidRDefault="009B475E" w:rsidP="009B475E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995800111"/>
      <w:docPartObj>
        <w:docPartGallery w:val="Page Numbers (Bottom of Page)"/>
        <w:docPartUnique/>
      </w:docPartObj>
    </w:sdtPr>
    <w:sdtContent>
      <w:p w14:paraId="1EE9220D" w14:textId="21575FC3" w:rsidR="009B475E" w:rsidRDefault="009B475E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3</w:t>
        </w:r>
        <w:r>
          <w:rPr>
            <w:rStyle w:val="Sidetall"/>
          </w:rPr>
          <w:fldChar w:fldCharType="end"/>
        </w:r>
      </w:p>
    </w:sdtContent>
  </w:sdt>
  <w:p w14:paraId="7C274749" w14:textId="77777777" w:rsidR="009B475E" w:rsidRDefault="009B475E" w:rsidP="009B475E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B59DB6" w14:textId="77777777" w:rsidR="002F4128" w:rsidRDefault="002F4128" w:rsidP="009B475E">
      <w:pPr>
        <w:spacing w:after="0" w:line="240" w:lineRule="auto"/>
      </w:pPr>
      <w:r>
        <w:separator/>
      </w:r>
    </w:p>
  </w:footnote>
  <w:footnote w:type="continuationSeparator" w:id="0">
    <w:p w14:paraId="28672A99" w14:textId="77777777" w:rsidR="002F4128" w:rsidRDefault="002F4128" w:rsidP="009B4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26305721">
    <w:abstractNumId w:val="8"/>
  </w:num>
  <w:num w:numId="2" w16cid:durableId="978075671">
    <w:abstractNumId w:val="6"/>
  </w:num>
  <w:num w:numId="3" w16cid:durableId="1258907526">
    <w:abstractNumId w:val="5"/>
  </w:num>
  <w:num w:numId="4" w16cid:durableId="2128618119">
    <w:abstractNumId w:val="4"/>
  </w:num>
  <w:num w:numId="5" w16cid:durableId="893349618">
    <w:abstractNumId w:val="7"/>
  </w:num>
  <w:num w:numId="6" w16cid:durableId="1714841884">
    <w:abstractNumId w:val="3"/>
  </w:num>
  <w:num w:numId="7" w16cid:durableId="1110515444">
    <w:abstractNumId w:val="2"/>
  </w:num>
  <w:num w:numId="8" w16cid:durableId="1334334326">
    <w:abstractNumId w:val="1"/>
  </w:num>
  <w:num w:numId="9" w16cid:durableId="16128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F4128"/>
    <w:rsid w:val="00326F90"/>
    <w:rsid w:val="00425062"/>
    <w:rsid w:val="004376F6"/>
    <w:rsid w:val="006F43EE"/>
    <w:rsid w:val="007214BF"/>
    <w:rsid w:val="00785E8F"/>
    <w:rsid w:val="009B475E"/>
    <w:rsid w:val="00AA1D8D"/>
    <w:rsid w:val="00AD51B6"/>
    <w:rsid w:val="00B2458E"/>
    <w:rsid w:val="00B47730"/>
    <w:rsid w:val="00B65AA0"/>
    <w:rsid w:val="00C312BE"/>
    <w:rsid w:val="00CB0664"/>
    <w:rsid w:val="00E74A9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BD68D8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9B47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127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2</cp:revision>
  <dcterms:created xsi:type="dcterms:W3CDTF">2025-12-03T08:10:00Z</dcterms:created>
  <dcterms:modified xsi:type="dcterms:W3CDTF">2025-12-03T08:10:00Z</dcterms:modified>
  <cp:category/>
</cp:coreProperties>
</file>