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95A54" w14:textId="1541B931" w:rsidR="000017F6" w:rsidRPr="00F96788" w:rsidRDefault="002E4C99" w:rsidP="00F96788">
      <w:pPr>
        <w:spacing w:after="0"/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</w:pPr>
      <w:r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K</w:t>
      </w:r>
      <w:r w:rsidR="004B1599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>vensk</w:t>
      </w:r>
      <w:r w:rsidR="000017F6" w:rsidRPr="00F96788">
        <w:rPr>
          <w:rFonts w:asciiTheme="majorHAnsi" w:eastAsiaTheme="majorEastAsia" w:hAnsiTheme="majorHAnsi" w:cstheme="majorHAnsi"/>
          <w:b/>
          <w:bCs/>
          <w:color w:val="000000" w:themeColor="text1"/>
          <w:lang w:val="nb-NO"/>
        </w:rPr>
        <w:t xml:space="preserve"> dialogmanus, episode 3</w:t>
      </w:r>
    </w:p>
    <w:p w14:paraId="2FE04F3C" w14:textId="77777777" w:rsidR="0094023C" w:rsidRDefault="0094023C" w:rsidP="00F96788">
      <w:pPr>
        <w:spacing w:after="0"/>
        <w:rPr>
          <w:rFonts w:asciiTheme="majorHAnsi" w:hAnsiTheme="majorHAnsi" w:cstheme="majorHAnsi"/>
          <w:b/>
          <w:bCs/>
          <w:color w:val="000000" w:themeColor="text1"/>
        </w:rPr>
      </w:pPr>
      <w:proofErr w:type="spellStart"/>
      <w:r w:rsidRPr="0094023C">
        <w:rPr>
          <w:rFonts w:asciiTheme="majorHAnsi" w:hAnsiTheme="majorHAnsi" w:cstheme="majorHAnsi"/>
          <w:b/>
          <w:bCs/>
          <w:color w:val="000000" w:themeColor="text1"/>
        </w:rPr>
        <w:t>Anonsiseinä</w:t>
      </w:r>
      <w:proofErr w:type="spellEnd"/>
      <w:r w:rsidRPr="0094023C">
        <w:rPr>
          <w:rFonts w:asciiTheme="majorHAnsi" w:hAnsiTheme="majorHAnsi" w:cstheme="majorHAnsi"/>
          <w:b/>
          <w:bCs/>
          <w:color w:val="000000" w:themeColor="text1"/>
        </w:rPr>
        <w:t xml:space="preserve"> </w:t>
      </w:r>
    </w:p>
    <w:p w14:paraId="0B3227EC" w14:textId="77777777" w:rsidR="00B87D21" w:rsidRPr="00F96788" w:rsidRDefault="00B87D21" w:rsidP="00F96788">
      <w:pPr>
        <w:spacing w:after="0"/>
        <w:rPr>
          <w:rFonts w:asciiTheme="majorHAnsi" w:hAnsiTheme="majorHAnsi" w:cstheme="majorHAnsi"/>
        </w:rPr>
      </w:pPr>
    </w:p>
    <w:p w14:paraId="3B764E82" w14:textId="77777777" w:rsidR="000017F6" w:rsidRPr="00F96788" w:rsidRDefault="000017F6" w:rsidP="00F96788">
      <w:pPr>
        <w:spacing w:after="0"/>
        <w:rPr>
          <w:rFonts w:asciiTheme="majorHAnsi" w:hAnsiTheme="majorHAnsi" w:cstheme="majorHAnsi"/>
        </w:rPr>
      </w:pPr>
      <w:proofErr w:type="spellStart"/>
      <w:r w:rsidRPr="00F96788">
        <w:rPr>
          <w:rFonts w:asciiTheme="majorHAnsi" w:hAnsiTheme="majorHAnsi" w:cstheme="majorHAnsi"/>
        </w:rPr>
        <w:t>EEVA</w:t>
      </w:r>
      <w:proofErr w:type="spellEnd"/>
      <w:r w:rsidRPr="00F96788">
        <w:rPr>
          <w:rFonts w:asciiTheme="majorHAnsi" w:hAnsiTheme="majorHAnsi" w:cstheme="majorHAnsi"/>
        </w:rPr>
        <w:t xml:space="preserve">: </w:t>
      </w:r>
    </w:p>
    <w:p w14:paraId="59B404A6" w14:textId="35AFFC7E" w:rsidR="00B87D21" w:rsidRPr="00F96788" w:rsidRDefault="00000000" w:rsidP="00F96788">
      <w:pPr>
        <w:spacing w:after="0"/>
        <w:rPr>
          <w:rFonts w:asciiTheme="majorHAnsi" w:hAnsiTheme="majorHAnsi" w:cstheme="majorHAnsi"/>
        </w:rPr>
      </w:pPr>
      <w:r w:rsidRPr="00F96788">
        <w:rPr>
          <w:rFonts w:asciiTheme="majorHAnsi" w:hAnsiTheme="majorHAnsi" w:cstheme="majorHAnsi"/>
        </w:rPr>
        <w:t>Nils!</w:t>
      </w:r>
    </w:p>
    <w:p w14:paraId="2BE9E9F5" w14:textId="77777777" w:rsidR="00B87D21" w:rsidRPr="002E4C99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2E4C99">
        <w:rPr>
          <w:rFonts w:asciiTheme="majorHAnsi" w:hAnsiTheme="majorHAnsi" w:cstheme="majorHAnsi"/>
          <w:lang w:val="nb-NO"/>
        </w:rPr>
        <w:t>Nils?</w:t>
      </w:r>
    </w:p>
    <w:p w14:paraId="14F05E30" w14:textId="77777777" w:rsidR="0094023C" w:rsidRP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Oonko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94023C">
        <w:rPr>
          <w:rFonts w:asciiTheme="majorHAnsi" w:hAnsiTheme="majorHAnsi" w:cstheme="majorHAnsi"/>
          <w:lang w:val="nb-NO"/>
        </w:rPr>
        <w:t>tosi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ette </w:t>
      </w:r>
      <w:proofErr w:type="spellStart"/>
      <w:r w:rsidRPr="0094023C">
        <w:rPr>
          <w:rFonts w:asciiTheme="majorHAnsi" w:hAnsiTheme="majorHAnsi" w:cstheme="majorHAnsi"/>
          <w:lang w:val="nb-NO"/>
        </w:rPr>
        <w:t>sie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olet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löytäny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kuolheita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kalloi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jovesta</w:t>
      </w:r>
      <w:proofErr w:type="spellEnd"/>
      <w:r w:rsidRPr="0094023C">
        <w:rPr>
          <w:rFonts w:asciiTheme="majorHAnsi" w:hAnsiTheme="majorHAnsi" w:cstheme="majorHAnsi"/>
          <w:lang w:val="nb-NO"/>
        </w:rPr>
        <w:t>?!</w:t>
      </w:r>
    </w:p>
    <w:p w14:paraId="4B470D03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Oonkhon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94023C">
        <w:rPr>
          <w:rFonts w:asciiTheme="majorHAnsi" w:hAnsiTheme="majorHAnsi" w:cstheme="majorHAnsi"/>
          <w:lang w:val="nb-NO"/>
        </w:rPr>
        <w:t>käyrälohi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tullu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jo </w:t>
      </w:r>
      <w:proofErr w:type="spellStart"/>
      <w:r w:rsidRPr="0094023C">
        <w:rPr>
          <w:rFonts w:asciiTheme="majorHAnsi" w:hAnsiTheme="majorHAnsi" w:cstheme="majorHAnsi"/>
          <w:lang w:val="nb-NO"/>
        </w:rPr>
        <w:t>jokheen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? </w:t>
      </w:r>
    </w:p>
    <w:p w14:paraId="00353EF1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5BC4113" w14:textId="1F8C3F99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6FA688C2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En </w:t>
      </w:r>
      <w:proofErr w:type="spellStart"/>
      <w:r w:rsidRPr="0094023C">
        <w:rPr>
          <w:rFonts w:asciiTheme="majorHAnsi" w:hAnsiTheme="majorHAnsi" w:cstheme="majorHAnsi"/>
          <w:lang w:val="nb-NO"/>
        </w:rPr>
        <w:t>mie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tieđä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342802AE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Ei se </w:t>
      </w:r>
      <w:proofErr w:type="spellStart"/>
      <w:r w:rsidRPr="0094023C">
        <w:rPr>
          <w:rFonts w:asciiTheme="majorHAnsi" w:hAnsiTheme="majorHAnsi" w:cstheme="majorHAnsi"/>
          <w:lang w:val="nb-NO"/>
        </w:rPr>
        <w:t>oikkeestan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näin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varhain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kesälä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pitäis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tulla. </w:t>
      </w:r>
    </w:p>
    <w:p w14:paraId="3DAF3A0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6522651" w14:textId="0396363A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03AEFA37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Mikä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94023C">
        <w:rPr>
          <w:rFonts w:asciiTheme="majorHAnsi" w:hAnsiTheme="majorHAnsi" w:cstheme="majorHAnsi"/>
          <w:lang w:val="nb-NO"/>
        </w:rPr>
        <w:t>käyrälohi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oon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? </w:t>
      </w:r>
    </w:p>
    <w:p w14:paraId="3655B1D0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09339E7" w14:textId="33D9BD72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2D19EDEB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Sama </w:t>
      </w:r>
      <w:proofErr w:type="spellStart"/>
      <w:r w:rsidRPr="0094023C">
        <w:rPr>
          <w:rFonts w:asciiTheme="majorHAnsi" w:hAnsiTheme="majorHAnsi" w:cstheme="majorHAnsi"/>
          <w:lang w:val="nb-NO"/>
        </w:rPr>
        <w:t>ko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ryssänlohi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5E08DE8F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Saattaisko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se olla </w:t>
      </w:r>
      <w:proofErr w:type="spellStart"/>
      <w:r w:rsidRPr="0094023C">
        <w:rPr>
          <w:rFonts w:asciiTheme="majorHAnsi" w:hAnsiTheme="majorHAnsi" w:cstheme="majorHAnsi"/>
          <w:lang w:val="nb-NO"/>
        </w:rPr>
        <w:t>lohentäi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? </w:t>
      </w:r>
    </w:p>
    <w:p w14:paraId="0B2F85BE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92A7D20" w14:textId="37638DAE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575EC213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Ei, ei makkeessa </w:t>
      </w:r>
      <w:proofErr w:type="spellStart"/>
      <w:r w:rsidRPr="0094023C">
        <w:rPr>
          <w:rFonts w:asciiTheme="majorHAnsi" w:hAnsiTheme="majorHAnsi" w:cstheme="majorHAnsi"/>
          <w:lang w:val="nb-NO"/>
        </w:rPr>
        <w:t>veđessä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39200591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Ođotamma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nyt </w:t>
      </w:r>
      <w:proofErr w:type="spellStart"/>
      <w:r w:rsidRPr="0094023C">
        <w:rPr>
          <w:rFonts w:asciiTheme="majorHAnsi" w:hAnsiTheme="majorHAnsi" w:cstheme="majorHAnsi"/>
          <w:lang w:val="nb-NO"/>
        </w:rPr>
        <w:t>vastauksii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niistä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prööviistä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4330CEA1" w14:textId="77777777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02F3A42" w14:textId="621409F7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010CFC2C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Hei, </w:t>
      </w:r>
      <w:proofErr w:type="spellStart"/>
      <w:r w:rsidRPr="0094023C">
        <w:rPr>
          <w:rFonts w:asciiTheme="majorHAnsi" w:hAnsiTheme="majorHAnsi" w:cstheme="majorHAnsi"/>
          <w:lang w:val="nb-NO"/>
        </w:rPr>
        <w:t>oppilas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7A1E7795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Okay </w:t>
      </w:r>
      <w:proofErr w:type="spellStart"/>
      <w:r w:rsidRPr="0094023C">
        <w:rPr>
          <w:rFonts w:asciiTheme="majorHAnsi" w:hAnsiTheme="majorHAnsi" w:cstheme="majorHAnsi"/>
          <w:lang w:val="nb-NO"/>
        </w:rPr>
        <w:t>selvä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, nyt </w:t>
      </w:r>
      <w:proofErr w:type="spellStart"/>
      <w:r w:rsidRPr="0094023C">
        <w:rPr>
          <w:rFonts w:asciiTheme="majorHAnsi" w:hAnsiTheme="majorHAnsi" w:cstheme="majorHAnsi"/>
          <w:lang w:val="nb-NO"/>
        </w:rPr>
        <w:t>aloittamma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2C1F65D1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Teilä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oon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meininkinnä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laittaat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anonsiseinän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5A63FBCA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Käyttäkkää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tätä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seinää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, se </w:t>
      </w:r>
      <w:proofErr w:type="spellStart"/>
      <w:r w:rsidRPr="0094023C">
        <w:rPr>
          <w:rFonts w:asciiTheme="majorHAnsi" w:hAnsiTheme="majorHAnsi" w:cstheme="majorHAnsi"/>
          <w:lang w:val="nb-NO"/>
        </w:rPr>
        <w:t>oon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nokko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iso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511754B5" w14:textId="786F9C54" w:rsidR="0094023C" w:rsidRDefault="0094023C" w:rsidP="0094023C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Mie olen </w:t>
      </w:r>
      <w:proofErr w:type="spellStart"/>
      <w:r w:rsidRPr="0094023C">
        <w:rPr>
          <w:rFonts w:asciiTheme="majorHAnsi" w:hAnsiTheme="majorHAnsi" w:cstheme="majorHAnsi"/>
          <w:lang w:val="nb-NO"/>
        </w:rPr>
        <w:t>präntäny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ulos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anonssiita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mitä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löyttyy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teiđän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sosiaalisen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meedian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informasuunivirrasta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6670C0D3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Ensistä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hengaatta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nämät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anonsit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ylös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seinäle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5865ABE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D29DC72" w14:textId="77777777" w:rsidR="00550739" w:rsidRPr="002E4C99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2E4C99">
        <w:rPr>
          <w:rFonts w:asciiTheme="majorHAnsi" w:hAnsiTheme="majorHAnsi" w:cstheme="majorHAnsi"/>
          <w:lang w:val="nb-NO"/>
        </w:rPr>
        <w:t xml:space="preserve">KAISA: </w:t>
      </w:r>
    </w:p>
    <w:p w14:paraId="64C08C0F" w14:textId="77777777" w:rsidR="0094023C" w:rsidRP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Tässä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oon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paljon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samanlaissii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anonssiita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. </w:t>
      </w:r>
    </w:p>
    <w:p w14:paraId="399C2703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Saatamako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laittaat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erilaissii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kategorioita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? </w:t>
      </w:r>
    </w:p>
    <w:p w14:paraId="0ED70012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92A74C6" w14:textId="10B48619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1F65DEF1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Joo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94023C">
        <w:rPr>
          <w:rFonts w:asciiTheme="majorHAnsi" w:hAnsiTheme="majorHAnsi" w:cstheme="majorHAnsi"/>
          <w:lang w:val="nb-NO"/>
        </w:rPr>
        <w:t>tietenki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57CC1BE9" w14:textId="77777777" w:rsidR="0094023C" w:rsidRP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Sitte se </w:t>
      </w:r>
      <w:proofErr w:type="spellStart"/>
      <w:r w:rsidRPr="0094023C">
        <w:rPr>
          <w:rFonts w:asciiTheme="majorHAnsi" w:hAnsiTheme="majorHAnsi" w:cstheme="majorHAnsi"/>
          <w:lang w:val="nb-NO"/>
        </w:rPr>
        <w:t>oon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kevveempi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analyseerata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78F5D9B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15F7A76" w14:textId="77777777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224DA235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>Okay.</w:t>
      </w:r>
    </w:p>
    <w:p w14:paraId="1321B66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F5F7246" w14:textId="2A1B1106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4D64B0CA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Selvä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94023C">
        <w:rPr>
          <w:rFonts w:asciiTheme="majorHAnsi" w:hAnsiTheme="majorHAnsi" w:cstheme="majorHAnsi"/>
          <w:lang w:val="nb-NO"/>
        </w:rPr>
        <w:t>kroppi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tähän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5DEAFE19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Vaattheet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tuohon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5DED9FB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6D1A06C" w14:textId="013D46A1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6F1EDD32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Alaskäsin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0CA8B217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EC4E676" w14:textId="597F486A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6B193FD7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Siirä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sitä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vasemalle. </w:t>
      </w:r>
    </w:p>
    <w:p w14:paraId="7EF94FFE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4EC96682" w14:textId="3DECCAF8" w:rsidR="00550739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3CC71A30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Siinä</w:t>
      </w:r>
      <w:proofErr w:type="spellEnd"/>
      <w:r w:rsidRPr="0094023C">
        <w:rPr>
          <w:rFonts w:asciiTheme="majorHAnsi" w:hAnsiTheme="majorHAnsi" w:cstheme="majorHAnsi"/>
          <w:lang w:val="nb-NO"/>
        </w:rPr>
        <w:t>!</w:t>
      </w:r>
    </w:p>
    <w:p w14:paraId="1FE9B6E5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Ruoka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tuohon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48EC8A1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57B0660" w14:textId="65466C52" w:rsidR="00B87D21" w:rsidRPr="00F96788" w:rsidRDefault="00550739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6C5D9912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r w:rsidRPr="0094023C">
        <w:rPr>
          <w:rFonts w:asciiTheme="majorHAnsi" w:hAnsiTheme="majorHAnsi" w:cstheme="majorHAnsi"/>
          <w:lang w:val="nb-NO"/>
        </w:rPr>
        <w:t xml:space="preserve">Ja </w:t>
      </w:r>
      <w:proofErr w:type="spellStart"/>
      <w:r w:rsidRPr="0094023C">
        <w:rPr>
          <w:rFonts w:asciiTheme="majorHAnsi" w:hAnsiTheme="majorHAnsi" w:cstheme="majorHAnsi"/>
          <w:lang w:val="nb-NO"/>
        </w:rPr>
        <w:t>rievu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94023C">
        <w:rPr>
          <w:rFonts w:asciiTheme="majorHAnsi" w:hAnsiTheme="majorHAnsi" w:cstheme="majorHAnsi"/>
          <w:lang w:val="nb-NO"/>
        </w:rPr>
        <w:t>sylilapsentavarat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94023C">
        <w:rPr>
          <w:rFonts w:asciiTheme="majorHAnsi" w:hAnsiTheme="majorHAnsi" w:cstheme="majorHAnsi"/>
          <w:lang w:val="nb-NO"/>
        </w:rPr>
        <w:t>tuone</w:t>
      </w:r>
      <w:proofErr w:type="spellEnd"/>
      <w:r w:rsidRPr="0094023C">
        <w:rPr>
          <w:rFonts w:asciiTheme="majorHAnsi" w:hAnsiTheme="majorHAnsi" w:cstheme="majorHAnsi"/>
          <w:lang w:val="nb-NO"/>
        </w:rPr>
        <w:t>…</w:t>
      </w:r>
      <w:proofErr w:type="gramEnd"/>
      <w:r w:rsidRPr="0094023C">
        <w:rPr>
          <w:rFonts w:asciiTheme="majorHAnsi" w:hAnsiTheme="majorHAnsi" w:cstheme="majorHAnsi"/>
          <w:lang w:val="nb-NO"/>
        </w:rPr>
        <w:t xml:space="preserve"> </w:t>
      </w:r>
    </w:p>
    <w:p w14:paraId="6BB2A72E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Karhutanssi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26835C5F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Vähän</w:t>
      </w:r>
      <w:proofErr w:type="spellEnd"/>
      <w:r w:rsidRPr="0094023C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94023C">
        <w:rPr>
          <w:rFonts w:asciiTheme="majorHAnsi" w:hAnsiTheme="majorHAnsi" w:cstheme="majorHAnsi"/>
          <w:lang w:val="nb-NO"/>
        </w:rPr>
        <w:t>ylöskäsin</w:t>
      </w:r>
      <w:proofErr w:type="spellEnd"/>
      <w:r w:rsidRPr="0094023C">
        <w:rPr>
          <w:rFonts w:asciiTheme="majorHAnsi" w:hAnsiTheme="majorHAnsi" w:cstheme="majorHAnsi"/>
          <w:lang w:val="nb-NO"/>
        </w:rPr>
        <w:t>.</w:t>
      </w:r>
    </w:p>
    <w:p w14:paraId="3D10DE29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Nuoin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334C8F39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51140EE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PLAKAT:</w:t>
      </w:r>
    </w:p>
    <w:p w14:paraId="1A7B1CBD" w14:textId="77777777" w:rsidR="0094023C" w:rsidRDefault="0094023C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94023C">
        <w:rPr>
          <w:rFonts w:asciiTheme="majorHAnsi" w:hAnsiTheme="majorHAnsi" w:cstheme="majorHAnsi"/>
          <w:lang w:val="nb-NO"/>
        </w:rPr>
        <w:t>Uhattu</w:t>
      </w:r>
      <w:proofErr w:type="spellEnd"/>
      <w:r w:rsidRPr="0094023C">
        <w:rPr>
          <w:rFonts w:asciiTheme="majorHAnsi" w:hAnsiTheme="majorHAnsi" w:cstheme="majorHAnsi"/>
          <w:lang w:val="nb-NO"/>
        </w:rPr>
        <w:t>!!!</w:t>
      </w:r>
    </w:p>
    <w:p w14:paraId="1FD60700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58D9425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DATASKJERM:</w:t>
      </w:r>
    </w:p>
    <w:p w14:paraId="79E874BD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Aukkein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kesätyöhakemus</w:t>
      </w:r>
      <w:proofErr w:type="spellEnd"/>
      <w:r w:rsidRPr="007D1361">
        <w:rPr>
          <w:rFonts w:asciiTheme="majorHAnsi" w:hAnsiTheme="majorHAnsi" w:cstheme="majorHAnsi"/>
          <w:lang w:val="nb-NO"/>
        </w:rPr>
        <w:t>.</w:t>
      </w:r>
    </w:p>
    <w:p w14:paraId="3D5EEC67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23BF1BAD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AARON</w:t>
      </w:r>
    </w:p>
    <w:p w14:paraId="734CB6A0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Saatanan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printteri</w:t>
      </w:r>
      <w:proofErr w:type="spellEnd"/>
      <w:r w:rsidRPr="007D1361">
        <w:rPr>
          <w:rFonts w:asciiTheme="majorHAnsi" w:hAnsiTheme="majorHAnsi" w:cstheme="majorHAnsi"/>
          <w:lang w:val="nb-NO"/>
        </w:rPr>
        <w:t>.</w:t>
      </w:r>
    </w:p>
    <w:p w14:paraId="324988EB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57B6E682" w14:textId="7FA3CE26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PLAKAT:</w:t>
      </w:r>
    </w:p>
    <w:p w14:paraId="5977D4A2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r w:rsidRPr="007D1361">
        <w:rPr>
          <w:rFonts w:asciiTheme="majorHAnsi" w:hAnsiTheme="majorHAnsi" w:cstheme="majorHAnsi"/>
          <w:lang w:val="nb-NO"/>
        </w:rPr>
        <w:t>“</w:t>
      </w:r>
      <w:proofErr w:type="spellStart"/>
      <w:r w:rsidRPr="007D1361">
        <w:rPr>
          <w:rFonts w:asciiTheme="majorHAnsi" w:hAnsiTheme="majorHAnsi" w:cstheme="majorHAnsi"/>
          <w:lang w:val="nb-NO"/>
        </w:rPr>
        <w:t>Pelastakkaa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meitän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joren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kalat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kuolhaan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!” </w:t>
      </w:r>
    </w:p>
    <w:p w14:paraId="2177AF0D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07835381" w14:textId="573E9B8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3628CA31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Loistavaa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7D1361">
        <w:rPr>
          <w:rFonts w:asciiTheme="majorHAnsi" w:hAnsiTheme="majorHAnsi" w:cstheme="majorHAnsi"/>
          <w:lang w:val="nb-NO"/>
        </w:rPr>
        <w:t>tulkkaa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sitte ja </w:t>
      </w:r>
      <w:proofErr w:type="spellStart"/>
      <w:r w:rsidRPr="007D1361">
        <w:rPr>
          <w:rFonts w:asciiTheme="majorHAnsi" w:hAnsiTheme="majorHAnsi" w:cstheme="majorHAnsi"/>
          <w:lang w:val="nb-NO"/>
        </w:rPr>
        <w:t>istukkaa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2A613248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Mitä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yhtheistä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näissä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anonsiissa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oon</w:t>
      </w:r>
      <w:proofErr w:type="spellEnd"/>
      <w:r w:rsidRPr="007D1361">
        <w:rPr>
          <w:rFonts w:asciiTheme="majorHAnsi" w:hAnsiTheme="majorHAnsi" w:cstheme="majorHAnsi"/>
          <w:lang w:val="nb-NO"/>
        </w:rPr>
        <w:t>?</w:t>
      </w:r>
    </w:p>
    <w:p w14:paraId="28A503CE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E853B42" w14:textId="3BB72EE9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4E2736B3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Niissä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oon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paljon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kroppii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7D1361">
        <w:rPr>
          <w:rFonts w:asciiTheme="majorHAnsi" w:hAnsiTheme="majorHAnsi" w:cstheme="majorHAnsi"/>
          <w:lang w:val="nb-NO"/>
        </w:rPr>
        <w:t>ulkonäkköö</w:t>
      </w:r>
      <w:proofErr w:type="spellEnd"/>
      <w:r w:rsidRPr="007D1361">
        <w:rPr>
          <w:rFonts w:asciiTheme="majorHAnsi" w:hAnsiTheme="majorHAnsi" w:cstheme="majorHAnsi"/>
          <w:lang w:val="nb-NO"/>
        </w:rPr>
        <w:t>.</w:t>
      </w:r>
    </w:p>
    <w:p w14:paraId="556D9C14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909A15A" w14:textId="292B63D4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317FDDBA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Niin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27FD0992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16500DA" w14:textId="691FA35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416B9FDA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Tervheelistä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ruokkaa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7D1361">
        <w:rPr>
          <w:rFonts w:asciiTheme="majorHAnsi" w:hAnsiTheme="majorHAnsi" w:cstheme="majorHAnsi"/>
          <w:lang w:val="nb-NO"/>
        </w:rPr>
        <w:t>trääninkkii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526115A1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187AC2F" w14:textId="79855DAF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LÆRER:</w:t>
      </w:r>
    </w:p>
    <w:p w14:paraId="7CE57A16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Aha, </w:t>
      </w:r>
      <w:proofErr w:type="spellStart"/>
      <w:r w:rsidRPr="00F96788">
        <w:rPr>
          <w:rFonts w:asciiTheme="majorHAnsi" w:hAnsiTheme="majorHAnsi" w:cstheme="majorHAnsi"/>
          <w:lang w:val="nb-NO"/>
        </w:rPr>
        <w:t>joo</w:t>
      </w:r>
      <w:proofErr w:type="spellEnd"/>
      <w:r w:rsidRPr="00F96788">
        <w:rPr>
          <w:rFonts w:asciiTheme="majorHAnsi" w:hAnsiTheme="majorHAnsi" w:cstheme="majorHAnsi"/>
          <w:lang w:val="nb-NO"/>
        </w:rPr>
        <w:t>.</w:t>
      </w:r>
    </w:p>
    <w:p w14:paraId="5B7E41CF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5AF7E10" w14:textId="5A24FC72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ELEV:</w:t>
      </w:r>
    </w:p>
    <w:p w14:paraId="7B102EE4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Fiini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interiööri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68CCED4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18B74FD4" w14:textId="2FA5D8BC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6392F03E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gramStart"/>
      <w:r w:rsidRPr="007D1361">
        <w:rPr>
          <w:rFonts w:asciiTheme="majorHAnsi" w:hAnsiTheme="majorHAnsi" w:cstheme="majorHAnsi"/>
          <w:lang w:val="nb-NO"/>
        </w:rPr>
        <w:t>”Makka</w:t>
      </w:r>
      <w:proofErr w:type="gram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perfekti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elämä</w:t>
      </w:r>
      <w:proofErr w:type="spellEnd"/>
      <w:r w:rsidRPr="007D1361">
        <w:rPr>
          <w:rFonts w:asciiTheme="majorHAnsi" w:hAnsiTheme="majorHAnsi" w:cstheme="majorHAnsi"/>
          <w:lang w:val="nb-NO"/>
        </w:rPr>
        <w:t>.”</w:t>
      </w:r>
    </w:p>
    <w:p w14:paraId="5243AD26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4246C08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NILS:</w:t>
      </w:r>
    </w:p>
    <w:p w14:paraId="0A2E63C2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Miksi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met </w:t>
      </w:r>
      <w:proofErr w:type="spellStart"/>
      <w:r w:rsidRPr="007D1361">
        <w:rPr>
          <w:rFonts w:asciiTheme="majorHAnsi" w:hAnsiTheme="majorHAnsi" w:cstheme="majorHAnsi"/>
          <w:lang w:val="nb-NO"/>
        </w:rPr>
        <w:t>piđämä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panna </w:t>
      </w:r>
      <w:proofErr w:type="spellStart"/>
      <w:r w:rsidRPr="007D1361">
        <w:rPr>
          <w:rFonts w:asciiTheme="majorHAnsi" w:hAnsiTheme="majorHAnsi" w:cstheme="majorHAnsi"/>
          <w:lang w:val="nb-NO"/>
        </w:rPr>
        <w:t>aikkaa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tähän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? </w:t>
      </w:r>
    </w:p>
    <w:p w14:paraId="4127CF01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r w:rsidRPr="007D1361">
        <w:rPr>
          <w:rFonts w:asciiTheme="majorHAnsi" w:hAnsiTheme="majorHAnsi" w:cstheme="majorHAnsi"/>
          <w:lang w:val="nb-NO"/>
        </w:rPr>
        <w:t xml:space="preserve">Se ei </w:t>
      </w:r>
      <w:proofErr w:type="spellStart"/>
      <w:r w:rsidRPr="007D1361">
        <w:rPr>
          <w:rFonts w:asciiTheme="majorHAnsi" w:hAnsiTheme="majorHAnsi" w:cstheme="majorHAnsi"/>
          <w:lang w:val="nb-NO"/>
        </w:rPr>
        <w:t>merkitte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äffääkhään</w:t>
      </w:r>
      <w:proofErr w:type="spellEnd"/>
      <w:r w:rsidRPr="007D1361">
        <w:rPr>
          <w:rFonts w:asciiTheme="majorHAnsi" w:hAnsiTheme="majorHAnsi" w:cstheme="majorHAnsi"/>
          <w:lang w:val="nb-NO"/>
        </w:rPr>
        <w:t>!</w:t>
      </w:r>
    </w:p>
    <w:p w14:paraId="091E93E8" w14:textId="77777777" w:rsidR="007D1361" w:rsidRDefault="007D1361" w:rsidP="007D1361">
      <w:pPr>
        <w:spacing w:after="0"/>
        <w:rPr>
          <w:rFonts w:asciiTheme="majorHAnsi" w:hAnsiTheme="majorHAnsi" w:cstheme="majorHAnsi"/>
          <w:lang w:val="nb-NO"/>
        </w:rPr>
      </w:pPr>
      <w:r w:rsidRPr="001A5FC4">
        <w:rPr>
          <w:rFonts w:asciiTheme="majorHAnsi" w:hAnsiTheme="majorHAnsi" w:cstheme="majorHAnsi"/>
          <w:lang w:val="nb-NO"/>
        </w:rPr>
        <w:t xml:space="preserve">Se </w:t>
      </w:r>
      <w:proofErr w:type="spellStart"/>
      <w:r w:rsidRPr="001A5FC4">
        <w:rPr>
          <w:rFonts w:asciiTheme="majorHAnsi" w:hAnsiTheme="majorHAnsi" w:cstheme="majorHAnsi"/>
          <w:lang w:val="nb-NO"/>
        </w:rPr>
        <w:t>oon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se </w:t>
      </w:r>
      <w:proofErr w:type="spellStart"/>
      <w:r w:rsidRPr="001A5FC4">
        <w:rPr>
          <w:rFonts w:asciiTheme="majorHAnsi" w:hAnsiTheme="majorHAnsi" w:cstheme="majorHAnsi"/>
          <w:lang w:val="nb-NO"/>
        </w:rPr>
        <w:t>mitä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tapattuu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täälä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missä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1A5FC4">
        <w:rPr>
          <w:rFonts w:asciiTheme="majorHAnsi" w:hAnsiTheme="majorHAnsi" w:cstheme="majorHAnsi"/>
          <w:lang w:val="nb-NO"/>
        </w:rPr>
        <w:t xml:space="preserve">met </w:t>
      </w:r>
      <w:proofErr w:type="spellStart"/>
      <w:r w:rsidRPr="001A5FC4">
        <w:rPr>
          <w:rFonts w:asciiTheme="majorHAnsi" w:hAnsiTheme="majorHAnsi" w:cstheme="majorHAnsi"/>
          <w:lang w:val="nb-NO"/>
        </w:rPr>
        <w:t>asuma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1A5FC4">
        <w:rPr>
          <w:rFonts w:asciiTheme="majorHAnsi" w:hAnsiTheme="majorHAnsi" w:cstheme="majorHAnsi"/>
          <w:lang w:val="nb-NO"/>
        </w:rPr>
        <w:t>mikä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merkittee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1A5FC4">
        <w:rPr>
          <w:rFonts w:asciiTheme="majorHAnsi" w:hAnsiTheme="majorHAnsi" w:cstheme="majorHAnsi"/>
          <w:lang w:val="nb-NO"/>
        </w:rPr>
        <w:t>jotaki</w:t>
      </w:r>
      <w:proofErr w:type="spellEnd"/>
      <w:r w:rsidRPr="001A5FC4">
        <w:rPr>
          <w:rFonts w:asciiTheme="majorHAnsi" w:hAnsiTheme="majorHAnsi" w:cstheme="majorHAnsi"/>
          <w:lang w:val="nb-NO"/>
        </w:rPr>
        <w:t xml:space="preserve">. </w:t>
      </w:r>
    </w:p>
    <w:p w14:paraId="1A0B41FA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3CEEC1E7" w14:textId="7D2538D3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>:</w:t>
      </w:r>
    </w:p>
    <w:p w14:paraId="2E918998" w14:textId="77777777" w:rsidR="00B87D21" w:rsidRPr="00F96788" w:rsidRDefault="00000000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Nils..</w:t>
      </w:r>
    </w:p>
    <w:p w14:paraId="78B7F17B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4EC0E4AB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: </w:t>
      </w:r>
    </w:p>
    <w:p w14:paraId="7A657315" w14:textId="1EA120F6" w:rsidR="007D1361" w:rsidRDefault="007D1361" w:rsidP="007D1361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Tässähän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saattaa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olla </w:t>
      </w:r>
      <w:proofErr w:type="spellStart"/>
      <w:r w:rsidRPr="007D1361">
        <w:rPr>
          <w:rFonts w:asciiTheme="majorHAnsi" w:hAnsiTheme="majorHAnsi" w:cstheme="majorHAnsi"/>
          <w:lang w:val="nb-NO"/>
        </w:rPr>
        <w:t>kans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anonssiita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paikan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r w:rsidRPr="007D1361">
        <w:rPr>
          <w:rFonts w:asciiTheme="majorHAnsi" w:hAnsiTheme="majorHAnsi" w:cstheme="majorHAnsi"/>
          <w:lang w:val="nb-NO"/>
        </w:rPr>
        <w:t xml:space="preserve">korruin ja </w:t>
      </w:r>
      <w:proofErr w:type="spellStart"/>
      <w:r w:rsidRPr="007D1361">
        <w:rPr>
          <w:rFonts w:asciiTheme="majorHAnsi" w:hAnsiTheme="majorHAnsi" w:cstheme="majorHAnsi"/>
          <w:lang w:val="nb-NO"/>
        </w:rPr>
        <w:t>kväänikulttuurin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ympäri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5E302C21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Sehän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oon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positiivista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, Nils. </w:t>
      </w:r>
    </w:p>
    <w:p w14:paraId="51EF66A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841B21D" w14:textId="6C25506E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KAISA:</w:t>
      </w:r>
    </w:p>
    <w:p w14:paraId="4767C10A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r w:rsidRPr="007D1361">
        <w:rPr>
          <w:rFonts w:asciiTheme="majorHAnsi" w:hAnsiTheme="majorHAnsi" w:cstheme="majorHAnsi"/>
          <w:lang w:val="nb-NO"/>
        </w:rPr>
        <w:t xml:space="preserve">Mie </w:t>
      </w:r>
      <w:proofErr w:type="spellStart"/>
      <w:r w:rsidRPr="007D1361">
        <w:rPr>
          <w:rFonts w:asciiTheme="majorHAnsi" w:hAnsiTheme="majorHAnsi" w:cstheme="majorHAnsi"/>
          <w:lang w:val="nb-NO"/>
        </w:rPr>
        <w:t>katton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proofErr w:type="gramStart"/>
      <w:r w:rsidRPr="007D1361">
        <w:rPr>
          <w:rFonts w:asciiTheme="majorHAnsi" w:hAnsiTheme="majorHAnsi" w:cstheme="majorHAnsi"/>
          <w:lang w:val="nb-NO"/>
        </w:rPr>
        <w:t>kickboksinkkii</w:t>
      </w:r>
      <w:proofErr w:type="spellEnd"/>
      <w:r w:rsidRPr="007D1361">
        <w:rPr>
          <w:rFonts w:asciiTheme="majorHAnsi" w:hAnsiTheme="majorHAnsi" w:cstheme="majorHAnsi"/>
          <w:lang w:val="nb-NO"/>
        </w:rPr>
        <w:t>…</w:t>
      </w:r>
      <w:proofErr w:type="gramEnd"/>
      <w:r w:rsidRPr="007D1361">
        <w:rPr>
          <w:rFonts w:asciiTheme="majorHAnsi" w:hAnsiTheme="majorHAnsi" w:cstheme="majorHAnsi"/>
          <w:lang w:val="nb-NO"/>
        </w:rPr>
        <w:t xml:space="preserve"> </w:t>
      </w:r>
    </w:p>
    <w:p w14:paraId="2CADF0B6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295206F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F96788">
        <w:rPr>
          <w:rFonts w:asciiTheme="majorHAnsi" w:hAnsiTheme="majorHAnsi" w:cstheme="majorHAnsi"/>
          <w:lang w:val="nb-NO"/>
        </w:rPr>
        <w:t>EEVA</w:t>
      </w:r>
      <w:proofErr w:type="spellEnd"/>
      <w:r w:rsidRPr="00F96788">
        <w:rPr>
          <w:rFonts w:asciiTheme="majorHAnsi" w:hAnsiTheme="majorHAnsi" w:cstheme="majorHAnsi"/>
          <w:lang w:val="nb-NO"/>
        </w:rPr>
        <w:t xml:space="preserve">: </w:t>
      </w:r>
    </w:p>
    <w:p w14:paraId="45C170F2" w14:textId="6A19DFB5" w:rsidR="007D1361" w:rsidRDefault="007D1361" w:rsidP="007D1361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Haje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sie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kuolheita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kalloi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, sitte </w:t>
      </w:r>
      <w:proofErr w:type="spellStart"/>
      <w:r w:rsidRPr="007D1361">
        <w:rPr>
          <w:rFonts w:asciiTheme="majorHAnsi" w:hAnsiTheme="majorHAnsi" w:cstheme="majorHAnsi"/>
          <w:lang w:val="nb-NO"/>
        </w:rPr>
        <w:t>sinun</w:t>
      </w:r>
      <w:proofErr w:type="spellEnd"/>
      <w:r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infovirta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täyttyy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siitä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mistä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sie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tykkäät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7F986C1F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67F9DB89" w14:textId="77777777" w:rsidR="00D11B15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 xml:space="preserve">NILS: </w:t>
      </w:r>
    </w:p>
    <w:p w14:paraId="739C6D6C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Justhiin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, </w:t>
      </w:r>
      <w:proofErr w:type="spellStart"/>
      <w:r w:rsidRPr="007D1361">
        <w:rPr>
          <w:rFonts w:asciiTheme="majorHAnsi" w:hAnsiTheme="majorHAnsi" w:cstheme="majorHAnsi"/>
          <w:lang w:val="nb-NO"/>
        </w:rPr>
        <w:t>kaikki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negatiivinen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kassuu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4006200C" w14:textId="443DDDEF" w:rsidR="007D1361" w:rsidRDefault="007D1361" w:rsidP="007D1361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Algoritmit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halluuvat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ette met</w:t>
      </w:r>
      <w:r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emmä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luota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toinen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toisen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pääle</w:t>
      </w:r>
      <w:proofErr w:type="spellEnd"/>
      <w:r w:rsidRPr="007D1361">
        <w:rPr>
          <w:rFonts w:asciiTheme="majorHAnsi" w:hAnsiTheme="majorHAnsi" w:cstheme="majorHAnsi"/>
          <w:lang w:val="nb-NO"/>
        </w:rPr>
        <w:t>.</w:t>
      </w:r>
    </w:p>
    <w:p w14:paraId="14468778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p w14:paraId="70C7D2DE" w14:textId="4FC0FA61" w:rsidR="00B87D21" w:rsidRPr="00F96788" w:rsidRDefault="00D11B15" w:rsidP="00F96788">
      <w:pPr>
        <w:spacing w:after="0"/>
        <w:rPr>
          <w:rFonts w:asciiTheme="majorHAnsi" w:hAnsiTheme="majorHAnsi" w:cstheme="majorHAnsi"/>
          <w:lang w:val="nb-NO"/>
        </w:rPr>
      </w:pPr>
      <w:r w:rsidRPr="00F96788">
        <w:rPr>
          <w:rFonts w:asciiTheme="majorHAnsi" w:hAnsiTheme="majorHAnsi" w:cstheme="majorHAnsi"/>
          <w:lang w:val="nb-NO"/>
        </w:rPr>
        <w:t>ELEV</w:t>
      </w:r>
      <w:r w:rsidR="00242F62" w:rsidRPr="00F96788">
        <w:rPr>
          <w:rFonts w:asciiTheme="majorHAnsi" w:hAnsiTheme="majorHAnsi" w:cstheme="majorHAnsi"/>
          <w:lang w:val="nb-NO"/>
        </w:rPr>
        <w:t>ER</w:t>
      </w:r>
      <w:r w:rsidRPr="00F96788">
        <w:rPr>
          <w:rFonts w:asciiTheme="majorHAnsi" w:hAnsiTheme="majorHAnsi" w:cstheme="majorHAnsi"/>
          <w:lang w:val="nb-NO"/>
        </w:rPr>
        <w:t>:</w:t>
      </w:r>
    </w:p>
    <w:p w14:paraId="3F0B6013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r w:rsidRPr="007D1361">
        <w:rPr>
          <w:rFonts w:asciiTheme="majorHAnsi" w:hAnsiTheme="majorHAnsi" w:cstheme="majorHAnsi"/>
          <w:lang w:val="nb-NO"/>
        </w:rPr>
        <w:t xml:space="preserve">Nils </w:t>
      </w:r>
      <w:proofErr w:type="spellStart"/>
      <w:r w:rsidRPr="007D1361">
        <w:rPr>
          <w:rFonts w:asciiTheme="majorHAnsi" w:hAnsiTheme="majorHAnsi" w:cstheme="majorHAnsi"/>
          <w:lang w:val="nb-NO"/>
        </w:rPr>
        <w:t>oon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oikkeessa</w:t>
      </w:r>
      <w:proofErr w:type="spellEnd"/>
      <w:r w:rsidRPr="007D1361">
        <w:rPr>
          <w:rFonts w:asciiTheme="majorHAnsi" w:hAnsiTheme="majorHAnsi" w:cstheme="majorHAnsi"/>
          <w:lang w:val="nb-NO"/>
        </w:rPr>
        <w:t>!</w:t>
      </w:r>
    </w:p>
    <w:p w14:paraId="4D493708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proofErr w:type="spellStart"/>
      <w:r w:rsidRPr="007D1361">
        <w:rPr>
          <w:rFonts w:asciiTheme="majorHAnsi" w:hAnsiTheme="majorHAnsi" w:cstheme="majorHAnsi"/>
          <w:lang w:val="nb-NO"/>
        </w:rPr>
        <w:t>Meitä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juksathaan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ja </w:t>
      </w:r>
      <w:proofErr w:type="spellStart"/>
      <w:r w:rsidRPr="007D1361">
        <w:rPr>
          <w:rFonts w:asciiTheme="majorHAnsi" w:hAnsiTheme="majorHAnsi" w:cstheme="majorHAnsi"/>
          <w:lang w:val="nb-NO"/>
        </w:rPr>
        <w:t>meihin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vaikutethaan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1E24F498" w14:textId="77777777" w:rsidR="007D1361" w:rsidRDefault="007D1361" w:rsidP="00F96788">
      <w:pPr>
        <w:spacing w:after="0"/>
        <w:rPr>
          <w:rFonts w:asciiTheme="majorHAnsi" w:hAnsiTheme="majorHAnsi" w:cstheme="majorHAnsi"/>
          <w:lang w:val="nb-NO"/>
        </w:rPr>
      </w:pPr>
      <w:r w:rsidRPr="007D1361">
        <w:rPr>
          <w:rFonts w:asciiTheme="majorHAnsi" w:hAnsiTheme="majorHAnsi" w:cstheme="majorHAnsi"/>
          <w:lang w:val="nb-NO"/>
        </w:rPr>
        <w:t xml:space="preserve">Met </w:t>
      </w:r>
      <w:proofErr w:type="spellStart"/>
      <w:r w:rsidRPr="007D1361">
        <w:rPr>
          <w:rFonts w:asciiTheme="majorHAnsi" w:hAnsiTheme="majorHAnsi" w:cstheme="majorHAnsi"/>
          <w:lang w:val="nb-NO"/>
        </w:rPr>
        <w:t>olema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 </w:t>
      </w:r>
      <w:proofErr w:type="spellStart"/>
      <w:r w:rsidRPr="007D1361">
        <w:rPr>
          <w:rFonts w:asciiTheme="majorHAnsi" w:hAnsiTheme="majorHAnsi" w:cstheme="majorHAnsi"/>
          <w:lang w:val="nb-NO"/>
        </w:rPr>
        <w:t>kaikukamarissa</w:t>
      </w:r>
      <w:proofErr w:type="spellEnd"/>
      <w:r w:rsidRPr="007D1361">
        <w:rPr>
          <w:rFonts w:asciiTheme="majorHAnsi" w:hAnsiTheme="majorHAnsi" w:cstheme="majorHAnsi"/>
          <w:lang w:val="nb-NO"/>
        </w:rPr>
        <w:t xml:space="preserve">. </w:t>
      </w:r>
    </w:p>
    <w:p w14:paraId="54A80855" w14:textId="77777777" w:rsidR="00B87D21" w:rsidRPr="00F96788" w:rsidRDefault="00B87D21" w:rsidP="00F96788">
      <w:pPr>
        <w:spacing w:after="0"/>
        <w:rPr>
          <w:rFonts w:asciiTheme="majorHAnsi" w:hAnsiTheme="majorHAnsi" w:cstheme="majorHAnsi"/>
          <w:lang w:val="nb-NO"/>
        </w:rPr>
      </w:pPr>
    </w:p>
    <w:sectPr w:rsidR="00B87D21" w:rsidRPr="00F96788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C255C3" w14:textId="77777777" w:rsidR="00062EA7" w:rsidRDefault="00062EA7" w:rsidP="00242F62">
      <w:pPr>
        <w:spacing w:after="0" w:line="240" w:lineRule="auto"/>
      </w:pPr>
      <w:r>
        <w:separator/>
      </w:r>
    </w:p>
  </w:endnote>
  <w:endnote w:type="continuationSeparator" w:id="0">
    <w:p w14:paraId="18699155" w14:textId="77777777" w:rsidR="00062EA7" w:rsidRDefault="00062EA7" w:rsidP="0024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333686389"/>
      <w:docPartObj>
        <w:docPartGallery w:val="Page Numbers (Bottom of Page)"/>
        <w:docPartUnique/>
      </w:docPartObj>
    </w:sdtPr>
    <w:sdtContent>
      <w:p w14:paraId="49623D3C" w14:textId="5B0BFDA6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66DC528F" w14:textId="77777777" w:rsidR="00242F62" w:rsidRDefault="00242F62" w:rsidP="00242F62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3087250"/>
      <w:docPartObj>
        <w:docPartGallery w:val="Page Numbers (Bottom of Page)"/>
        <w:docPartUnique/>
      </w:docPartObj>
    </w:sdtPr>
    <w:sdtContent>
      <w:p w14:paraId="47029EAE" w14:textId="439B616D" w:rsidR="00242F62" w:rsidRDefault="00242F62" w:rsidP="001D7E51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7</w:t>
        </w:r>
        <w:r>
          <w:rPr>
            <w:rStyle w:val="Sidetall"/>
          </w:rPr>
          <w:fldChar w:fldCharType="end"/>
        </w:r>
      </w:p>
    </w:sdtContent>
  </w:sdt>
  <w:p w14:paraId="2744BD55" w14:textId="77777777" w:rsidR="00242F62" w:rsidRDefault="00242F62" w:rsidP="00242F62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98FE9B" w14:textId="77777777" w:rsidR="00062EA7" w:rsidRDefault="00062EA7" w:rsidP="00242F62">
      <w:pPr>
        <w:spacing w:after="0" w:line="240" w:lineRule="auto"/>
      </w:pPr>
      <w:r>
        <w:separator/>
      </w:r>
    </w:p>
  </w:footnote>
  <w:footnote w:type="continuationSeparator" w:id="0">
    <w:p w14:paraId="7AC23EFE" w14:textId="77777777" w:rsidR="00062EA7" w:rsidRDefault="00062EA7" w:rsidP="00242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57047533">
    <w:abstractNumId w:val="8"/>
  </w:num>
  <w:num w:numId="2" w16cid:durableId="165022191">
    <w:abstractNumId w:val="6"/>
  </w:num>
  <w:num w:numId="3" w16cid:durableId="1098409677">
    <w:abstractNumId w:val="5"/>
  </w:num>
  <w:num w:numId="4" w16cid:durableId="531192333">
    <w:abstractNumId w:val="4"/>
  </w:num>
  <w:num w:numId="5" w16cid:durableId="386953035">
    <w:abstractNumId w:val="7"/>
  </w:num>
  <w:num w:numId="6" w16cid:durableId="1327173428">
    <w:abstractNumId w:val="3"/>
  </w:num>
  <w:num w:numId="7" w16cid:durableId="1012613673">
    <w:abstractNumId w:val="2"/>
  </w:num>
  <w:num w:numId="8" w16cid:durableId="948121835">
    <w:abstractNumId w:val="1"/>
  </w:num>
  <w:num w:numId="9" w16cid:durableId="11230384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17F6"/>
    <w:rsid w:val="00034616"/>
    <w:rsid w:val="0006063C"/>
    <w:rsid w:val="00062EA7"/>
    <w:rsid w:val="0015074B"/>
    <w:rsid w:val="00242F62"/>
    <w:rsid w:val="0029639D"/>
    <w:rsid w:val="002E4C99"/>
    <w:rsid w:val="00326F90"/>
    <w:rsid w:val="004B1599"/>
    <w:rsid w:val="00550739"/>
    <w:rsid w:val="005F6D7C"/>
    <w:rsid w:val="007368A0"/>
    <w:rsid w:val="007D1361"/>
    <w:rsid w:val="007E2B29"/>
    <w:rsid w:val="0085094C"/>
    <w:rsid w:val="008D564D"/>
    <w:rsid w:val="0094023C"/>
    <w:rsid w:val="00AA1D8D"/>
    <w:rsid w:val="00B47730"/>
    <w:rsid w:val="00B87D21"/>
    <w:rsid w:val="00CB0664"/>
    <w:rsid w:val="00D11B15"/>
    <w:rsid w:val="00F12820"/>
    <w:rsid w:val="00F96788"/>
    <w:rsid w:val="00FC31F8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0AA66B1"/>
  <w14:defaultImageDpi w14:val="300"/>
  <w15:docId w15:val="{265DC7F1-2168-5640-B8A0-12079DBC3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242F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4209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34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52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0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6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38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88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65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330</Words>
  <Characters>1751</Characters>
  <Application>Microsoft Office Word</Application>
  <DocSecurity>0</DocSecurity>
  <Lines>14</Lines>
  <Paragraphs>4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2077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2025-12-03T08:11:00Z</dcterms:created>
  <dcterms:modified xsi:type="dcterms:W3CDTF">2025-12-03T08:14:00Z</dcterms:modified>
  <cp:category/>
</cp:coreProperties>
</file>