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277A94" w14:textId="01B33151" w:rsidR="009B2D51" w:rsidRPr="004A015F" w:rsidRDefault="005B7FC0" w:rsidP="004A015F">
      <w:pPr>
        <w:spacing w:after="0" w:line="276" w:lineRule="auto"/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</w:pPr>
      <w:r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>Kvensk</w:t>
      </w:r>
      <w:r w:rsidR="009B2D51" w:rsidRPr="004A015F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 xml:space="preserve"> dialogmanus, episode 4</w:t>
      </w:r>
    </w:p>
    <w:p w14:paraId="1627EBD4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b/>
          <w:bCs/>
          <w:color w:val="000000" w:themeColor="text1"/>
          <w:lang w:val="nb-NO"/>
        </w:rPr>
      </w:pPr>
      <w:proofErr w:type="spellStart"/>
      <w:r w:rsidRPr="00B6058C">
        <w:rPr>
          <w:rFonts w:asciiTheme="majorHAnsi" w:hAnsiTheme="majorHAnsi" w:cstheme="majorHAnsi"/>
          <w:b/>
          <w:bCs/>
          <w:color w:val="000000" w:themeColor="text1"/>
          <w:lang w:val="nb-NO"/>
        </w:rPr>
        <w:t>Äänestys</w:t>
      </w:r>
      <w:proofErr w:type="spellEnd"/>
      <w:r w:rsidRPr="00B6058C">
        <w:rPr>
          <w:rFonts w:asciiTheme="majorHAnsi" w:hAnsiTheme="majorHAnsi" w:cstheme="majorHAnsi"/>
          <w:b/>
          <w:bCs/>
          <w:color w:val="000000" w:themeColor="text1"/>
          <w:lang w:val="nb-NO"/>
        </w:rPr>
        <w:t xml:space="preserve"> </w:t>
      </w:r>
    </w:p>
    <w:p w14:paraId="15EB08B2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7B992CC5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 xml:space="preserve">LÆRER: </w:t>
      </w:r>
    </w:p>
    <w:p w14:paraId="14AF07BC" w14:textId="5442D270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B6058C">
        <w:rPr>
          <w:rFonts w:asciiTheme="majorHAnsi" w:hAnsiTheme="majorHAnsi" w:cstheme="majorHAnsi"/>
          <w:lang w:val="nb-NO"/>
        </w:rPr>
        <w:t xml:space="preserve">Hei </w:t>
      </w:r>
      <w:proofErr w:type="spellStart"/>
      <w:r w:rsidRPr="00B6058C">
        <w:rPr>
          <w:rFonts w:asciiTheme="majorHAnsi" w:hAnsiTheme="majorHAnsi" w:cstheme="majorHAnsi"/>
          <w:lang w:val="nb-NO"/>
        </w:rPr>
        <w:t>oppilhaat</w:t>
      </w:r>
      <w:proofErr w:type="spellEnd"/>
      <w:r w:rsidR="00885C65">
        <w:rPr>
          <w:rFonts w:asciiTheme="majorHAnsi" w:hAnsiTheme="majorHAnsi" w:cstheme="majorHAnsi"/>
          <w:lang w:val="nb-NO"/>
        </w:rPr>
        <w:t>!</w:t>
      </w:r>
    </w:p>
    <w:p w14:paraId="5FD96823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B6058C">
        <w:rPr>
          <w:rFonts w:asciiTheme="majorHAnsi" w:hAnsiTheme="majorHAnsi" w:cstheme="majorHAnsi"/>
          <w:lang w:val="nb-NO"/>
        </w:rPr>
        <w:t>Uukoo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B6058C">
        <w:rPr>
          <w:rFonts w:asciiTheme="majorHAnsi" w:hAnsiTheme="majorHAnsi" w:cstheme="majorHAnsi"/>
          <w:lang w:val="nb-NO"/>
        </w:rPr>
        <w:t>olettako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puhunheet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tästä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kotona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? </w:t>
      </w:r>
    </w:p>
    <w:p w14:paraId="4FFE33EA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B6058C">
        <w:rPr>
          <w:rFonts w:asciiTheme="majorHAnsi" w:hAnsiTheme="majorHAnsi" w:cstheme="majorHAnsi"/>
          <w:lang w:val="nb-NO"/>
        </w:rPr>
        <w:t>Oonko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teiđän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vanhemat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myötä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tässä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? </w:t>
      </w:r>
    </w:p>
    <w:p w14:paraId="1CE2549F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B6058C">
        <w:rPr>
          <w:rFonts w:asciiTheme="majorHAnsi" w:hAnsiTheme="majorHAnsi" w:cstheme="majorHAnsi"/>
          <w:lang w:val="nb-NO"/>
        </w:rPr>
        <w:t>Selvä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B6058C">
        <w:rPr>
          <w:rFonts w:asciiTheme="majorHAnsi" w:hAnsiTheme="majorHAnsi" w:cstheme="majorHAnsi"/>
          <w:lang w:val="nb-NO"/>
        </w:rPr>
        <w:t>äänestämmä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sitte. </w:t>
      </w:r>
    </w:p>
    <w:p w14:paraId="663DD0FB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6C870AD7" w14:textId="72E5B152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EEVA</w:t>
      </w:r>
      <w:proofErr w:type="spellEnd"/>
      <w:r w:rsidRPr="004A015F">
        <w:rPr>
          <w:rFonts w:asciiTheme="majorHAnsi" w:hAnsiTheme="majorHAnsi" w:cstheme="majorHAnsi"/>
          <w:lang w:val="nb-NO"/>
        </w:rPr>
        <w:t>:</w:t>
      </w:r>
    </w:p>
    <w:p w14:paraId="4750A2C7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B6058C">
        <w:rPr>
          <w:rFonts w:asciiTheme="majorHAnsi" w:hAnsiTheme="majorHAnsi" w:cstheme="majorHAnsi"/>
          <w:lang w:val="nb-NO"/>
        </w:rPr>
        <w:t>Oliko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se </w:t>
      </w:r>
      <w:proofErr w:type="spellStart"/>
      <w:r w:rsidRPr="00B6058C">
        <w:rPr>
          <w:rFonts w:asciiTheme="majorHAnsi" w:hAnsiTheme="majorHAnsi" w:cstheme="majorHAnsi"/>
          <w:lang w:val="nb-NO"/>
        </w:rPr>
        <w:t>meininki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ette met </w:t>
      </w:r>
      <w:proofErr w:type="spellStart"/>
      <w:r w:rsidRPr="00B6058C">
        <w:rPr>
          <w:rFonts w:asciiTheme="majorHAnsi" w:hAnsiTheme="majorHAnsi" w:cstheme="majorHAnsi"/>
          <w:lang w:val="nb-NO"/>
        </w:rPr>
        <w:t>tekisimmä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sen jo nyt? </w:t>
      </w:r>
    </w:p>
    <w:p w14:paraId="2C75E8EE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4275C64E" w14:textId="211006A2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 xml:space="preserve">NILS: </w:t>
      </w:r>
    </w:p>
    <w:p w14:paraId="1AAE9C3B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B6058C">
        <w:rPr>
          <w:rFonts w:asciiTheme="majorHAnsi" w:hAnsiTheme="majorHAnsi" w:cstheme="majorHAnsi"/>
          <w:lang w:val="nb-NO"/>
        </w:rPr>
        <w:t>Olemahan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tienheet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sen jo </w:t>
      </w:r>
      <w:proofErr w:type="spellStart"/>
      <w:r w:rsidRPr="00B6058C">
        <w:rPr>
          <w:rFonts w:asciiTheme="majorHAnsi" w:hAnsiTheme="majorHAnsi" w:cstheme="majorHAnsi"/>
          <w:lang w:val="nb-NO"/>
        </w:rPr>
        <w:t>hyvän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aikkaa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. </w:t>
      </w:r>
    </w:p>
    <w:p w14:paraId="21B450E3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736FE349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LÆRER:</w:t>
      </w:r>
    </w:p>
    <w:p w14:paraId="69C83F2D" w14:textId="42C8EC38" w:rsidR="00B6058C" w:rsidRDefault="00B6058C" w:rsidP="00B6058C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B6058C">
        <w:rPr>
          <w:rFonts w:asciiTheme="majorHAnsi" w:hAnsiTheme="majorHAnsi" w:cstheme="majorHAnsi"/>
          <w:lang w:val="nb-NO"/>
        </w:rPr>
        <w:t>Nostakkaa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käđen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net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jokka </w:t>
      </w:r>
      <w:proofErr w:type="spellStart"/>
      <w:r w:rsidRPr="00B6058C">
        <w:rPr>
          <w:rFonts w:asciiTheme="majorHAnsi" w:hAnsiTheme="majorHAnsi" w:cstheme="majorHAnsi"/>
          <w:lang w:val="nb-NO"/>
        </w:rPr>
        <w:t>aikkoovat</w:t>
      </w:r>
      <w:proofErr w:type="spellEnd"/>
      <w:r>
        <w:rPr>
          <w:rFonts w:asciiTheme="majorHAnsi" w:hAnsiTheme="majorHAnsi" w:cstheme="majorHAnsi"/>
          <w:lang w:val="nb-NO"/>
        </w:rPr>
        <w:t xml:space="preserve"> </w:t>
      </w:r>
      <w:r w:rsidRPr="00B6058C">
        <w:rPr>
          <w:rFonts w:asciiTheme="majorHAnsi" w:hAnsiTheme="majorHAnsi" w:cstheme="majorHAnsi"/>
          <w:lang w:val="nb-NO"/>
        </w:rPr>
        <w:t xml:space="preserve">olla </w:t>
      </w:r>
      <w:proofErr w:type="spellStart"/>
      <w:r w:rsidRPr="00B6058C">
        <w:rPr>
          <w:rFonts w:asciiTheme="majorHAnsi" w:hAnsiTheme="majorHAnsi" w:cstheme="majorHAnsi"/>
          <w:lang w:val="nb-NO"/>
        </w:rPr>
        <w:t>viikon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ilman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sosiaalisitta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meedioitta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. </w:t>
      </w:r>
    </w:p>
    <w:p w14:paraId="2E3FA8E0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35C24987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EEVA</w:t>
      </w:r>
      <w:proofErr w:type="spellEnd"/>
      <w:r w:rsidRPr="004A015F">
        <w:rPr>
          <w:rFonts w:asciiTheme="majorHAnsi" w:hAnsiTheme="majorHAnsi" w:cstheme="majorHAnsi"/>
          <w:lang w:val="nb-NO"/>
        </w:rPr>
        <w:t>:</w:t>
      </w:r>
    </w:p>
    <w:p w14:paraId="4B733B4B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B6058C">
        <w:rPr>
          <w:rFonts w:asciiTheme="majorHAnsi" w:hAnsiTheme="majorHAnsi" w:cstheme="majorHAnsi"/>
          <w:lang w:val="nb-NO"/>
        </w:rPr>
        <w:t>Mitä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jos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meilä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oon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pakko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muistela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jolleki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jotaki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tärkkeetä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? </w:t>
      </w:r>
    </w:p>
    <w:p w14:paraId="3232D819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6399156A" w14:textId="18C47AE3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LÆRER:</w:t>
      </w:r>
    </w:p>
    <w:p w14:paraId="76D0EC5A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B6058C">
        <w:rPr>
          <w:rFonts w:asciiTheme="majorHAnsi" w:hAnsiTheme="majorHAnsi" w:cstheme="majorHAnsi"/>
          <w:lang w:val="nb-NO"/>
        </w:rPr>
        <w:t xml:space="preserve">Se </w:t>
      </w:r>
      <w:proofErr w:type="spellStart"/>
      <w:r w:rsidRPr="00B6058C">
        <w:rPr>
          <w:rFonts w:asciiTheme="majorHAnsi" w:hAnsiTheme="majorHAnsi" w:cstheme="majorHAnsi"/>
          <w:lang w:val="nb-NO"/>
        </w:rPr>
        <w:t>oon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tyhä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ringata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toinen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toisele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niin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ko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ennen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aikhaan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. </w:t>
      </w:r>
    </w:p>
    <w:p w14:paraId="7FF144DA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B6058C">
        <w:rPr>
          <w:rFonts w:asciiTheme="majorHAnsi" w:hAnsiTheme="majorHAnsi" w:cstheme="majorHAnsi"/>
          <w:lang w:val="nb-NO"/>
        </w:rPr>
        <w:t xml:space="preserve">Eli </w:t>
      </w:r>
      <w:proofErr w:type="spellStart"/>
      <w:r w:rsidRPr="00B6058C">
        <w:rPr>
          <w:rFonts w:asciiTheme="majorHAnsi" w:hAnsiTheme="majorHAnsi" w:cstheme="majorHAnsi"/>
          <w:lang w:val="nb-NO"/>
        </w:rPr>
        <w:t>lähättäkkää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tavalisen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tekstimellingin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. </w:t>
      </w:r>
    </w:p>
    <w:p w14:paraId="3699FD32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B6058C">
        <w:rPr>
          <w:rFonts w:asciiTheme="majorHAnsi" w:hAnsiTheme="majorHAnsi" w:cstheme="majorHAnsi"/>
          <w:lang w:val="nb-NO"/>
        </w:rPr>
        <w:t xml:space="preserve">Ja </w:t>
      </w:r>
      <w:proofErr w:type="spellStart"/>
      <w:r w:rsidRPr="00B6058C">
        <w:rPr>
          <w:rFonts w:asciiTheme="majorHAnsi" w:hAnsiTheme="majorHAnsi" w:cstheme="majorHAnsi"/>
          <w:lang w:val="nb-NO"/>
        </w:rPr>
        <w:t>harjoitelkkaa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sopimhaan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etukätheen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ja sitte </w:t>
      </w:r>
      <w:proofErr w:type="spellStart"/>
      <w:r w:rsidRPr="00B6058C">
        <w:rPr>
          <w:rFonts w:asciiTheme="majorHAnsi" w:hAnsiTheme="majorHAnsi" w:cstheme="majorHAnsi"/>
          <w:lang w:val="nb-NO"/>
        </w:rPr>
        <w:t>pitämhään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sopimukset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! </w:t>
      </w:r>
    </w:p>
    <w:p w14:paraId="67C050EA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B6058C">
        <w:rPr>
          <w:rFonts w:asciiTheme="majorHAnsi" w:hAnsiTheme="majorHAnsi" w:cstheme="majorHAnsi"/>
          <w:lang w:val="nb-NO"/>
        </w:rPr>
        <w:t>Selvä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! </w:t>
      </w:r>
      <w:proofErr w:type="spellStart"/>
      <w:r w:rsidRPr="00B6058C">
        <w:rPr>
          <w:rFonts w:asciiTheme="majorHAnsi" w:hAnsiTheme="majorHAnsi" w:cstheme="majorHAnsi"/>
          <w:lang w:val="nb-NO"/>
        </w:rPr>
        <w:t>Kaikki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oon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yhtä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mieltä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. </w:t>
      </w:r>
    </w:p>
    <w:p w14:paraId="7CBA0317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B6058C">
        <w:rPr>
          <w:rFonts w:asciiTheme="majorHAnsi" w:hAnsiTheme="majorHAnsi" w:cstheme="majorHAnsi"/>
          <w:lang w:val="nb-NO"/>
        </w:rPr>
        <w:t xml:space="preserve">Sitte </w:t>
      </w:r>
      <w:proofErr w:type="spellStart"/>
      <w:r w:rsidRPr="00B6058C">
        <w:rPr>
          <w:rFonts w:asciiTheme="majorHAnsi" w:hAnsiTheme="majorHAnsi" w:cstheme="majorHAnsi"/>
          <w:lang w:val="nb-NO"/>
        </w:rPr>
        <w:t>lastaatta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pois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teiđän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sosiaalisen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meedian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äpit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. </w:t>
      </w:r>
    </w:p>
    <w:p w14:paraId="18CFA909" w14:textId="7194829A" w:rsidR="00B6058C" w:rsidRDefault="00B6058C" w:rsidP="00B6058C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B6058C">
        <w:rPr>
          <w:rFonts w:asciiTheme="majorHAnsi" w:hAnsiTheme="majorHAnsi" w:cstheme="majorHAnsi"/>
          <w:lang w:val="nb-NO"/>
        </w:rPr>
        <w:t>Yksi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konsti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oon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ette </w:t>
      </w:r>
      <w:proofErr w:type="spellStart"/>
      <w:r w:rsidRPr="00B6058C">
        <w:rPr>
          <w:rFonts w:asciiTheme="majorHAnsi" w:hAnsiTheme="majorHAnsi" w:cstheme="majorHAnsi"/>
          <w:lang w:val="nb-NO"/>
        </w:rPr>
        <w:t>siirättä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äpit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pois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etulaiđalta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ette </w:t>
      </w:r>
      <w:proofErr w:type="spellStart"/>
      <w:r w:rsidRPr="00B6058C">
        <w:rPr>
          <w:rFonts w:asciiTheme="majorHAnsi" w:hAnsiTheme="majorHAnsi" w:cstheme="majorHAnsi"/>
          <w:lang w:val="nb-NO"/>
        </w:rPr>
        <w:t>että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paina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niitä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vahingossa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. </w:t>
      </w:r>
    </w:p>
    <w:p w14:paraId="59B90A69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2AD140FA" w14:textId="27AAEBE0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EEVA</w:t>
      </w:r>
      <w:proofErr w:type="spellEnd"/>
      <w:r w:rsidRPr="004A015F">
        <w:rPr>
          <w:rFonts w:asciiTheme="majorHAnsi" w:hAnsiTheme="majorHAnsi" w:cstheme="majorHAnsi"/>
          <w:lang w:val="nb-NO"/>
        </w:rPr>
        <w:t>:</w:t>
      </w:r>
    </w:p>
    <w:p w14:paraId="5A998F99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B6058C">
        <w:rPr>
          <w:rFonts w:asciiTheme="majorHAnsi" w:hAnsiTheme="majorHAnsi" w:cstheme="majorHAnsi"/>
          <w:lang w:val="nb-NO"/>
        </w:rPr>
        <w:t>Saanko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ođottaat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ilthaan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? </w:t>
      </w:r>
    </w:p>
    <w:p w14:paraId="2079CBDB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7B8E5BB5" w14:textId="38816651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LÆRER:</w:t>
      </w:r>
    </w:p>
    <w:p w14:paraId="0CE94116" w14:textId="2A6D30CA" w:rsidR="00B6058C" w:rsidRDefault="00B6058C" w:rsidP="00B6058C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B6058C">
        <w:rPr>
          <w:rFonts w:asciiTheme="majorHAnsi" w:hAnsiTheme="majorHAnsi" w:cstheme="majorHAnsi"/>
          <w:lang w:val="nb-NO"/>
        </w:rPr>
        <w:t xml:space="preserve">Se </w:t>
      </w:r>
      <w:proofErr w:type="spellStart"/>
      <w:r w:rsidRPr="00B6058C">
        <w:rPr>
          <w:rFonts w:asciiTheme="majorHAnsi" w:hAnsiTheme="majorHAnsi" w:cstheme="majorHAnsi"/>
          <w:lang w:val="nb-NO"/>
        </w:rPr>
        <w:t>oon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tärkee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ette </w:t>
      </w:r>
      <w:proofErr w:type="spellStart"/>
      <w:r w:rsidRPr="00B6058C">
        <w:rPr>
          <w:rFonts w:asciiTheme="majorHAnsi" w:hAnsiTheme="majorHAnsi" w:cstheme="majorHAnsi"/>
          <w:lang w:val="nb-NO"/>
        </w:rPr>
        <w:t>tehemä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sen </w:t>
      </w:r>
      <w:proofErr w:type="spellStart"/>
      <w:r w:rsidRPr="00B6058C">
        <w:rPr>
          <w:rFonts w:asciiTheme="majorHAnsi" w:hAnsiTheme="majorHAnsi" w:cstheme="majorHAnsi"/>
          <w:lang w:val="nb-NO"/>
        </w:rPr>
        <w:t>yhđessä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B6058C">
        <w:rPr>
          <w:rFonts w:asciiTheme="majorHAnsi" w:hAnsiTheme="majorHAnsi" w:cstheme="majorHAnsi"/>
          <w:lang w:val="nb-NO"/>
        </w:rPr>
        <w:t>samhaan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aikhaan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B6058C">
        <w:rPr>
          <w:rFonts w:asciiTheme="majorHAnsi" w:hAnsiTheme="majorHAnsi" w:cstheme="majorHAnsi"/>
          <w:lang w:val="nb-NO"/>
        </w:rPr>
        <w:t>niin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ko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olema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sopinheet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. </w:t>
      </w:r>
    </w:p>
    <w:p w14:paraId="0CD2FFA8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B6058C">
        <w:rPr>
          <w:rFonts w:asciiTheme="majorHAnsi" w:hAnsiTheme="majorHAnsi" w:cstheme="majorHAnsi"/>
          <w:lang w:val="nb-NO"/>
        </w:rPr>
        <w:t xml:space="preserve">Ei se </w:t>
      </w:r>
      <w:proofErr w:type="spellStart"/>
      <w:r w:rsidRPr="00B6058C">
        <w:rPr>
          <w:rFonts w:asciiTheme="majorHAnsi" w:hAnsiTheme="majorHAnsi" w:cstheme="majorHAnsi"/>
          <w:lang w:val="nb-NO"/>
        </w:rPr>
        <w:t>tule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olemhaan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vähhääkhään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kevveempi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illala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. </w:t>
      </w:r>
    </w:p>
    <w:p w14:paraId="066D85F9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B6058C">
        <w:rPr>
          <w:rFonts w:asciiTheme="majorHAnsi" w:hAnsiTheme="majorHAnsi" w:cstheme="majorHAnsi"/>
          <w:lang w:val="nb-NO"/>
        </w:rPr>
        <w:t xml:space="preserve">Ja </w:t>
      </w:r>
      <w:proofErr w:type="spellStart"/>
      <w:r w:rsidRPr="00B6058C">
        <w:rPr>
          <w:rFonts w:asciiTheme="majorHAnsi" w:hAnsiTheme="majorHAnsi" w:cstheme="majorHAnsi"/>
          <w:lang w:val="nb-NO"/>
        </w:rPr>
        <w:t>jos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met </w:t>
      </w:r>
      <w:proofErr w:type="spellStart"/>
      <w:r w:rsidRPr="00B6058C">
        <w:rPr>
          <w:rFonts w:asciiTheme="majorHAnsi" w:hAnsiTheme="majorHAnsi" w:cstheme="majorHAnsi"/>
          <w:lang w:val="nb-NO"/>
        </w:rPr>
        <w:t>kaikki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jaksama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tehđä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sen, sitte tet </w:t>
      </w:r>
      <w:proofErr w:type="spellStart"/>
      <w:r w:rsidRPr="00B6058C">
        <w:rPr>
          <w:rFonts w:asciiTheme="majorHAnsi" w:hAnsiTheme="majorHAnsi" w:cstheme="majorHAnsi"/>
          <w:lang w:val="nb-NO"/>
        </w:rPr>
        <w:t>saatta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palkinon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. </w:t>
      </w:r>
    </w:p>
    <w:p w14:paraId="6483D6DC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7A23A202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iCs/>
          <w:lang w:val="nb-NO"/>
        </w:rPr>
      </w:pPr>
      <w:r w:rsidRPr="004A015F">
        <w:rPr>
          <w:rFonts w:asciiTheme="majorHAnsi" w:hAnsiTheme="majorHAnsi" w:cstheme="majorHAnsi"/>
          <w:iCs/>
          <w:lang w:val="nb-NO"/>
        </w:rPr>
        <w:t>KAISA:</w:t>
      </w:r>
    </w:p>
    <w:p w14:paraId="0AEA8D43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B6058C">
        <w:rPr>
          <w:rFonts w:asciiTheme="majorHAnsi" w:hAnsiTheme="majorHAnsi" w:cstheme="majorHAnsi"/>
          <w:lang w:val="nb-NO"/>
        </w:rPr>
        <w:t xml:space="preserve">Mie </w:t>
      </w:r>
      <w:proofErr w:type="spellStart"/>
      <w:r w:rsidRPr="00B6058C">
        <w:rPr>
          <w:rFonts w:asciiTheme="majorHAnsi" w:hAnsiTheme="majorHAnsi" w:cstheme="majorHAnsi"/>
          <w:lang w:val="nb-NO"/>
        </w:rPr>
        <w:t>tehin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sen!</w:t>
      </w:r>
    </w:p>
    <w:p w14:paraId="4400A8D8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End"/>
      <w:r w:rsidRPr="00B6058C">
        <w:rPr>
          <w:rFonts w:asciiTheme="majorHAnsi" w:hAnsiTheme="majorHAnsi" w:cstheme="majorHAnsi"/>
          <w:lang w:val="nb-NO"/>
        </w:rPr>
        <w:t xml:space="preserve">Mie olen </w:t>
      </w:r>
      <w:proofErr w:type="spellStart"/>
      <w:r w:rsidRPr="00B6058C">
        <w:rPr>
          <w:rFonts w:asciiTheme="majorHAnsi" w:hAnsiTheme="majorHAnsi" w:cstheme="majorHAnsi"/>
          <w:lang w:val="nb-NO"/>
        </w:rPr>
        <w:t>poistanu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net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. </w:t>
      </w:r>
    </w:p>
    <w:p w14:paraId="002E93F5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15EEBD8D" w14:textId="5FF4B60A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EEVA</w:t>
      </w:r>
      <w:proofErr w:type="spellEnd"/>
      <w:r w:rsidRPr="004A015F">
        <w:rPr>
          <w:rFonts w:asciiTheme="majorHAnsi" w:hAnsiTheme="majorHAnsi" w:cstheme="majorHAnsi"/>
          <w:lang w:val="nb-NO"/>
        </w:rPr>
        <w:t>:</w:t>
      </w:r>
    </w:p>
    <w:p w14:paraId="6D114FF9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B6058C">
        <w:rPr>
          <w:rFonts w:asciiTheme="majorHAnsi" w:hAnsiTheme="majorHAnsi" w:cstheme="majorHAnsi"/>
          <w:lang w:val="nb-NO"/>
        </w:rPr>
        <w:lastRenderedPageBreak/>
        <w:t>Hyvästi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B6058C">
        <w:rPr>
          <w:rFonts w:asciiTheme="majorHAnsi" w:hAnsiTheme="majorHAnsi" w:cstheme="majorHAnsi"/>
          <w:lang w:val="nb-NO"/>
        </w:rPr>
        <w:t>mailma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! </w:t>
      </w:r>
    </w:p>
    <w:p w14:paraId="0DDE4562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231872CE" w14:textId="7DBB5D50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NILS:</w:t>
      </w:r>
    </w:p>
    <w:p w14:paraId="6507E726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B6058C">
        <w:rPr>
          <w:rFonts w:asciiTheme="majorHAnsi" w:hAnsiTheme="majorHAnsi" w:cstheme="majorHAnsi"/>
          <w:lang w:val="nb-NO"/>
        </w:rPr>
        <w:t xml:space="preserve">Mie </w:t>
      </w:r>
      <w:proofErr w:type="spellStart"/>
      <w:r w:rsidRPr="00B6058C">
        <w:rPr>
          <w:rFonts w:asciiTheme="majorHAnsi" w:hAnsiTheme="majorHAnsi" w:cstheme="majorHAnsi"/>
          <w:lang w:val="nb-NO"/>
        </w:rPr>
        <w:t>näjen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lissää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kuolheita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kalloi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! </w:t>
      </w:r>
    </w:p>
    <w:p w14:paraId="2F23B7F5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2B3410">
        <w:rPr>
          <w:rFonts w:asciiTheme="majorHAnsi" w:hAnsiTheme="majorHAnsi" w:cstheme="majorHAnsi"/>
          <w:lang w:val="nb-NO"/>
        </w:rPr>
        <w:t xml:space="preserve">Mie unistelen ette </w:t>
      </w:r>
      <w:proofErr w:type="spellStart"/>
      <w:r w:rsidRPr="002B3410">
        <w:rPr>
          <w:rFonts w:asciiTheme="majorHAnsi" w:hAnsiTheme="majorHAnsi" w:cstheme="majorHAnsi"/>
          <w:lang w:val="nb-NO"/>
        </w:rPr>
        <w:t>saisin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pyyttäät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jovessa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. </w:t>
      </w:r>
    </w:p>
    <w:p w14:paraId="08B9635B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3E6E66BA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BESSA:</w:t>
      </w:r>
    </w:p>
    <w:p w14:paraId="6CBC35CC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proofErr w:type="gramStart"/>
      <w:r w:rsidRPr="002B3410">
        <w:rPr>
          <w:rFonts w:asciiTheme="majorHAnsi" w:hAnsiTheme="majorHAnsi" w:cstheme="majorHAnsi"/>
          <w:lang w:val="nb-NO"/>
        </w:rPr>
        <w:t>Mieki</w:t>
      </w:r>
      <w:proofErr w:type="spellEnd"/>
      <w:r w:rsidRPr="002B3410">
        <w:rPr>
          <w:rFonts w:asciiTheme="majorHAnsi" w:hAnsiTheme="majorHAnsi" w:cstheme="majorHAnsi"/>
          <w:lang w:val="nb-NO"/>
        </w:rPr>
        <w:t>…</w:t>
      </w:r>
      <w:proofErr w:type="gramEnd"/>
      <w:r w:rsidRPr="002B3410">
        <w:rPr>
          <w:rFonts w:asciiTheme="majorHAnsi" w:hAnsiTheme="majorHAnsi" w:cstheme="majorHAnsi"/>
          <w:lang w:val="nb-NO"/>
        </w:rPr>
        <w:t xml:space="preserve"> </w:t>
      </w:r>
    </w:p>
    <w:p w14:paraId="736548F3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0FAC7DA7" w14:textId="3D04EC54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BESSA:</w:t>
      </w:r>
    </w:p>
    <w:p w14:paraId="3B934B19" w14:textId="5E81E4CA" w:rsidR="002B3410" w:rsidRDefault="002B3410" w:rsidP="002B3410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2B3410">
        <w:rPr>
          <w:rFonts w:asciiTheme="majorHAnsi" w:hAnsiTheme="majorHAnsi" w:cstheme="majorHAnsi"/>
          <w:lang w:val="nb-NO"/>
        </w:rPr>
        <w:t xml:space="preserve">Met </w:t>
      </w:r>
      <w:proofErr w:type="spellStart"/>
      <w:r w:rsidRPr="002B3410">
        <w:rPr>
          <w:rFonts w:asciiTheme="majorHAnsi" w:hAnsiTheme="majorHAnsi" w:cstheme="majorHAnsi"/>
          <w:lang w:val="nb-NO"/>
        </w:rPr>
        <w:t>päätimä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assuut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täälä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justhiin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sillä</w:t>
      </w:r>
      <w:proofErr w:type="spellEnd"/>
      <w:r>
        <w:rPr>
          <w:rFonts w:asciiTheme="majorHAnsi" w:hAnsiTheme="majorHAnsi" w:cstheme="majorHAnsi"/>
          <w:lang w:val="nb-NO"/>
        </w:rPr>
        <w:t xml:space="preserve"> </w:t>
      </w:r>
      <w:r w:rsidRPr="002B3410">
        <w:rPr>
          <w:rFonts w:asciiTheme="majorHAnsi" w:hAnsiTheme="majorHAnsi" w:cstheme="majorHAnsi"/>
          <w:lang w:val="nb-NO"/>
        </w:rPr>
        <w:t xml:space="preserve">ette </w:t>
      </w:r>
      <w:proofErr w:type="spellStart"/>
      <w:r w:rsidRPr="002B3410">
        <w:rPr>
          <w:rFonts w:asciiTheme="majorHAnsi" w:hAnsiTheme="majorHAnsi" w:cstheme="majorHAnsi"/>
          <w:lang w:val="nb-NO"/>
        </w:rPr>
        <w:t>paikan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asukkhaila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oli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lupa </w:t>
      </w:r>
      <w:proofErr w:type="spellStart"/>
      <w:r w:rsidRPr="002B3410">
        <w:rPr>
          <w:rFonts w:asciiTheme="majorHAnsi" w:hAnsiTheme="majorHAnsi" w:cstheme="majorHAnsi"/>
          <w:lang w:val="nb-NO"/>
        </w:rPr>
        <w:t>pyyttäät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jovessa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. </w:t>
      </w:r>
    </w:p>
    <w:p w14:paraId="4FC48186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1E1DD4CE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NILS:</w:t>
      </w:r>
    </w:p>
    <w:p w14:paraId="759BB10F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Eikö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meilä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ennää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ole lupa </w:t>
      </w:r>
      <w:proofErr w:type="spellStart"/>
      <w:r w:rsidRPr="002B3410">
        <w:rPr>
          <w:rFonts w:asciiTheme="majorHAnsi" w:hAnsiTheme="majorHAnsi" w:cstheme="majorHAnsi"/>
          <w:lang w:val="nb-NO"/>
        </w:rPr>
        <w:t>pyyttäät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jovessa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? </w:t>
      </w:r>
    </w:p>
    <w:p w14:paraId="50276E3B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49EC757F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</w:rPr>
      </w:pPr>
      <w:proofErr w:type="spellStart"/>
      <w:r w:rsidRPr="004A015F">
        <w:rPr>
          <w:rFonts w:asciiTheme="majorHAnsi" w:hAnsiTheme="majorHAnsi" w:cstheme="majorHAnsi"/>
        </w:rPr>
        <w:t>BESSA</w:t>
      </w:r>
      <w:proofErr w:type="spellEnd"/>
      <w:r w:rsidRPr="004A015F">
        <w:rPr>
          <w:rFonts w:asciiTheme="majorHAnsi" w:hAnsiTheme="majorHAnsi" w:cstheme="majorHAnsi"/>
        </w:rPr>
        <w:t>:</w:t>
      </w:r>
    </w:p>
    <w:p w14:paraId="57761960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</w:rPr>
      </w:pPr>
      <w:proofErr w:type="spellStart"/>
      <w:r w:rsidRPr="002B3410">
        <w:rPr>
          <w:rFonts w:asciiTheme="majorHAnsi" w:hAnsiTheme="majorHAnsi" w:cstheme="majorHAnsi"/>
        </w:rPr>
        <w:t>Joo</w:t>
      </w:r>
      <w:proofErr w:type="spellEnd"/>
      <w:r w:rsidRPr="002B3410">
        <w:rPr>
          <w:rFonts w:asciiTheme="majorHAnsi" w:hAnsiTheme="majorHAnsi" w:cstheme="majorHAnsi"/>
        </w:rPr>
        <w:t xml:space="preserve">, </w:t>
      </w:r>
      <w:proofErr w:type="spellStart"/>
      <w:r w:rsidRPr="002B3410">
        <w:rPr>
          <w:rFonts w:asciiTheme="majorHAnsi" w:hAnsiTheme="majorHAnsi" w:cstheme="majorHAnsi"/>
        </w:rPr>
        <w:t>oon</w:t>
      </w:r>
      <w:proofErr w:type="spellEnd"/>
      <w:r w:rsidRPr="002B3410">
        <w:rPr>
          <w:rFonts w:asciiTheme="majorHAnsi" w:hAnsiTheme="majorHAnsi" w:cstheme="majorHAnsi"/>
        </w:rPr>
        <w:t xml:space="preserve">, </w:t>
      </w:r>
      <w:proofErr w:type="spellStart"/>
      <w:r w:rsidRPr="002B3410">
        <w:rPr>
          <w:rFonts w:asciiTheme="majorHAnsi" w:hAnsiTheme="majorHAnsi" w:cstheme="majorHAnsi"/>
        </w:rPr>
        <w:t>mutta</w:t>
      </w:r>
      <w:proofErr w:type="spellEnd"/>
      <w:r w:rsidRPr="002B3410">
        <w:rPr>
          <w:rFonts w:asciiTheme="majorHAnsi" w:hAnsiTheme="majorHAnsi" w:cstheme="majorHAnsi"/>
        </w:rPr>
        <w:t xml:space="preserve"> </w:t>
      </w:r>
      <w:proofErr w:type="spellStart"/>
      <w:r w:rsidRPr="002B3410">
        <w:rPr>
          <w:rFonts w:asciiTheme="majorHAnsi" w:hAnsiTheme="majorHAnsi" w:cstheme="majorHAnsi"/>
        </w:rPr>
        <w:t>nyt</w:t>
      </w:r>
      <w:proofErr w:type="spellEnd"/>
      <w:r w:rsidRPr="002B3410">
        <w:rPr>
          <w:rFonts w:asciiTheme="majorHAnsi" w:hAnsiTheme="majorHAnsi" w:cstheme="majorHAnsi"/>
        </w:rPr>
        <w:t xml:space="preserve"> </w:t>
      </w:r>
      <w:proofErr w:type="spellStart"/>
      <w:r w:rsidRPr="002B3410">
        <w:rPr>
          <w:rFonts w:asciiTheme="majorHAnsi" w:hAnsiTheme="majorHAnsi" w:cstheme="majorHAnsi"/>
        </w:rPr>
        <w:t>oon</w:t>
      </w:r>
      <w:proofErr w:type="spellEnd"/>
      <w:r w:rsidRPr="002B3410">
        <w:rPr>
          <w:rFonts w:asciiTheme="majorHAnsi" w:hAnsiTheme="majorHAnsi" w:cstheme="majorHAnsi"/>
        </w:rPr>
        <w:t xml:space="preserve"> </w:t>
      </w:r>
      <w:proofErr w:type="spellStart"/>
      <w:r w:rsidRPr="002B3410">
        <w:rPr>
          <w:rFonts w:asciiTheme="majorHAnsi" w:hAnsiTheme="majorHAnsi" w:cstheme="majorHAnsi"/>
        </w:rPr>
        <w:t>liijan</w:t>
      </w:r>
      <w:proofErr w:type="spellEnd"/>
      <w:r w:rsidRPr="002B3410">
        <w:rPr>
          <w:rFonts w:asciiTheme="majorHAnsi" w:hAnsiTheme="majorHAnsi" w:cstheme="majorHAnsi"/>
        </w:rPr>
        <w:t xml:space="preserve"> </w:t>
      </w:r>
      <w:proofErr w:type="spellStart"/>
      <w:r w:rsidRPr="002B3410">
        <w:rPr>
          <w:rFonts w:asciiTheme="majorHAnsi" w:hAnsiTheme="majorHAnsi" w:cstheme="majorHAnsi"/>
        </w:rPr>
        <w:t>vähä</w:t>
      </w:r>
      <w:proofErr w:type="spellEnd"/>
      <w:r w:rsidRPr="002B3410">
        <w:rPr>
          <w:rFonts w:asciiTheme="majorHAnsi" w:hAnsiTheme="majorHAnsi" w:cstheme="majorHAnsi"/>
        </w:rPr>
        <w:t xml:space="preserve"> </w:t>
      </w:r>
      <w:proofErr w:type="spellStart"/>
      <w:r w:rsidRPr="002B3410">
        <w:rPr>
          <w:rFonts w:asciiTheme="majorHAnsi" w:hAnsiTheme="majorHAnsi" w:cstheme="majorHAnsi"/>
        </w:rPr>
        <w:t>kallaa</w:t>
      </w:r>
      <w:proofErr w:type="spellEnd"/>
      <w:r w:rsidRPr="002B3410">
        <w:rPr>
          <w:rFonts w:asciiTheme="majorHAnsi" w:hAnsiTheme="majorHAnsi" w:cstheme="majorHAnsi"/>
        </w:rPr>
        <w:t xml:space="preserve">. </w:t>
      </w:r>
    </w:p>
    <w:p w14:paraId="6FC172E8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Ennen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kallaa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oli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paljo</w:t>
      </w:r>
      <w:proofErr w:type="spellEnd"/>
      <w:r w:rsidRPr="002B3410">
        <w:rPr>
          <w:rFonts w:asciiTheme="majorHAnsi" w:hAnsiTheme="majorHAnsi" w:cstheme="majorHAnsi"/>
          <w:lang w:val="nb-NO"/>
        </w:rPr>
        <w:t>.</w:t>
      </w:r>
    </w:p>
    <w:p w14:paraId="49174BA0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Villilohta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2B3410">
        <w:rPr>
          <w:rFonts w:asciiTheme="majorHAnsi" w:hAnsiTheme="majorHAnsi" w:cstheme="majorHAnsi"/>
          <w:lang w:val="nb-NO"/>
        </w:rPr>
        <w:t>merirauttuu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2B3410">
        <w:rPr>
          <w:rFonts w:asciiTheme="majorHAnsi" w:hAnsiTheme="majorHAnsi" w:cstheme="majorHAnsi"/>
          <w:lang w:val="nb-NO"/>
        </w:rPr>
        <w:t>merikuujaa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. </w:t>
      </w:r>
    </w:p>
    <w:p w14:paraId="3A1D67FA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5569C5E8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NILS:</w:t>
      </w:r>
    </w:p>
    <w:p w14:paraId="0FAFEC8F" w14:textId="6B12F360" w:rsidR="002B3410" w:rsidRDefault="002B3410" w:rsidP="002B3410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Ilman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kala </w:t>
      </w:r>
      <w:proofErr w:type="spellStart"/>
      <w:r w:rsidRPr="002B3410">
        <w:rPr>
          <w:rFonts w:asciiTheme="majorHAnsi" w:hAnsiTheme="majorHAnsi" w:cstheme="majorHAnsi"/>
          <w:lang w:val="nb-NO"/>
        </w:rPr>
        <w:t>tullee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takaisin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nyt </w:t>
      </w:r>
      <w:proofErr w:type="spellStart"/>
      <w:r w:rsidRPr="002B3410">
        <w:rPr>
          <w:rFonts w:asciiTheme="majorHAnsi" w:hAnsiTheme="majorHAnsi" w:cstheme="majorHAnsi"/>
          <w:lang w:val="nb-NO"/>
        </w:rPr>
        <w:t>ko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jokifiskun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oon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kielletty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? </w:t>
      </w:r>
    </w:p>
    <w:p w14:paraId="7B4B1C09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4B26B731" w14:textId="57874411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BESSA:</w:t>
      </w:r>
    </w:p>
    <w:p w14:paraId="274EB841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proofErr w:type="gramStart"/>
      <w:r w:rsidRPr="004A015F">
        <w:rPr>
          <w:rFonts w:asciiTheme="majorHAnsi" w:hAnsiTheme="majorHAnsi" w:cstheme="majorHAnsi"/>
          <w:lang w:val="nb-NO"/>
        </w:rPr>
        <w:t>Joo</w:t>
      </w:r>
      <w:proofErr w:type="spellEnd"/>
      <w:r w:rsidRPr="004A015F">
        <w:rPr>
          <w:rFonts w:asciiTheme="majorHAnsi" w:hAnsiTheme="majorHAnsi" w:cstheme="majorHAnsi"/>
          <w:lang w:val="nb-NO"/>
        </w:rPr>
        <w:t>…</w:t>
      </w:r>
      <w:proofErr w:type="gramEnd"/>
    </w:p>
    <w:p w14:paraId="0F0D4AB2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0BF74A3C" w14:textId="7D2E0B90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NILS:</w:t>
      </w:r>
    </w:p>
    <w:p w14:paraId="1BF0043F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Kuitenki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kalat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proofErr w:type="gramStart"/>
      <w:r w:rsidRPr="002B3410">
        <w:rPr>
          <w:rFonts w:asciiTheme="majorHAnsi" w:hAnsiTheme="majorHAnsi" w:cstheme="majorHAnsi"/>
          <w:lang w:val="nb-NO"/>
        </w:rPr>
        <w:t>kuolhaan</w:t>
      </w:r>
      <w:proofErr w:type="spellEnd"/>
      <w:r w:rsidRPr="002B3410">
        <w:rPr>
          <w:rFonts w:asciiTheme="majorHAnsi" w:hAnsiTheme="majorHAnsi" w:cstheme="majorHAnsi"/>
          <w:lang w:val="nb-NO"/>
        </w:rPr>
        <w:t>…</w:t>
      </w:r>
      <w:proofErr w:type="gramEnd"/>
      <w:r w:rsidRPr="002B3410">
        <w:rPr>
          <w:rFonts w:asciiTheme="majorHAnsi" w:hAnsiTheme="majorHAnsi" w:cstheme="majorHAnsi"/>
          <w:lang w:val="nb-NO"/>
        </w:rPr>
        <w:t xml:space="preserve"> </w:t>
      </w:r>
    </w:p>
    <w:p w14:paraId="5CA31859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Mitä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met </w:t>
      </w:r>
      <w:proofErr w:type="spellStart"/>
      <w:r w:rsidRPr="002B3410">
        <w:rPr>
          <w:rFonts w:asciiTheme="majorHAnsi" w:hAnsiTheme="majorHAnsi" w:cstheme="majorHAnsi"/>
          <w:lang w:val="nb-NO"/>
        </w:rPr>
        <w:t>saatama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tehđä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? </w:t>
      </w:r>
    </w:p>
    <w:p w14:paraId="227F1CE5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01844F04" w14:textId="3B33E25D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ANNA:</w:t>
      </w:r>
    </w:p>
    <w:p w14:paraId="18A40DA1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2B3410">
        <w:rPr>
          <w:rFonts w:asciiTheme="majorHAnsi" w:hAnsiTheme="majorHAnsi" w:cstheme="majorHAnsi"/>
          <w:lang w:val="nb-NO"/>
        </w:rPr>
        <w:t xml:space="preserve">Ja </w:t>
      </w:r>
      <w:proofErr w:type="spellStart"/>
      <w:r w:rsidRPr="002B3410">
        <w:rPr>
          <w:rFonts w:asciiTheme="majorHAnsi" w:hAnsiTheme="majorHAnsi" w:cstheme="majorHAnsi"/>
          <w:lang w:val="nb-NO"/>
        </w:rPr>
        <w:t>niin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, se </w:t>
      </w:r>
      <w:proofErr w:type="spellStart"/>
      <w:r w:rsidRPr="002B3410">
        <w:rPr>
          <w:rFonts w:asciiTheme="majorHAnsi" w:hAnsiTheme="majorHAnsi" w:cstheme="majorHAnsi"/>
          <w:lang w:val="nb-NO"/>
        </w:rPr>
        <w:t>oon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täälä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ette tet </w:t>
      </w:r>
      <w:proofErr w:type="spellStart"/>
      <w:r w:rsidRPr="002B3410">
        <w:rPr>
          <w:rFonts w:asciiTheme="majorHAnsi" w:hAnsiTheme="majorHAnsi" w:cstheme="majorHAnsi"/>
          <w:lang w:val="nb-NO"/>
        </w:rPr>
        <w:t>istutta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2B3410">
        <w:rPr>
          <w:rFonts w:asciiTheme="majorHAnsi" w:hAnsiTheme="majorHAnsi" w:cstheme="majorHAnsi"/>
          <w:lang w:val="nb-NO"/>
        </w:rPr>
        <w:t>verentoppaajat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! </w:t>
      </w:r>
    </w:p>
    <w:p w14:paraId="7C73B485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63489122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ANNA:</w:t>
      </w:r>
    </w:p>
    <w:p w14:paraId="61A6EEFD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Eikä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teilä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ole </w:t>
      </w:r>
      <w:proofErr w:type="spellStart"/>
      <w:r w:rsidRPr="002B3410">
        <w:rPr>
          <w:rFonts w:asciiTheme="majorHAnsi" w:hAnsiTheme="majorHAnsi" w:cstheme="majorHAnsi"/>
          <w:lang w:val="nb-NO"/>
        </w:rPr>
        <w:t>mithään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henkkee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mitä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pitäisitttä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pärjätä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? </w:t>
      </w:r>
    </w:p>
    <w:p w14:paraId="5D94679A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Meiđän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pääle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hyökäthään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. </w:t>
      </w:r>
    </w:p>
    <w:p w14:paraId="7A951CAF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457A69AC" w14:textId="262F00DF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 xml:space="preserve">NILS: </w:t>
      </w:r>
    </w:p>
    <w:p w14:paraId="4A7FF5B1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Usheemppii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henkkii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oon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jo </w:t>
      </w:r>
      <w:proofErr w:type="spellStart"/>
      <w:r w:rsidRPr="002B3410">
        <w:rPr>
          <w:rFonts w:asciiTheme="majorHAnsi" w:hAnsiTheme="majorHAnsi" w:cstheme="majorHAnsi"/>
          <w:lang w:val="nb-NO"/>
        </w:rPr>
        <w:t>valitettavasti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mistanettu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. </w:t>
      </w:r>
    </w:p>
    <w:p w14:paraId="21E064EC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388C86A1" w14:textId="0E7E848A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BESSA:</w:t>
      </w:r>
    </w:p>
    <w:p w14:paraId="50475BA6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2B3410">
        <w:rPr>
          <w:rFonts w:asciiTheme="majorHAnsi" w:hAnsiTheme="majorHAnsi" w:cstheme="majorHAnsi"/>
          <w:lang w:val="nb-NO"/>
        </w:rPr>
        <w:t xml:space="preserve">Mie </w:t>
      </w:r>
      <w:proofErr w:type="spellStart"/>
      <w:r w:rsidRPr="002B3410">
        <w:rPr>
          <w:rFonts w:asciiTheme="majorHAnsi" w:hAnsiTheme="majorHAnsi" w:cstheme="majorHAnsi"/>
          <w:lang w:val="nb-NO"/>
        </w:rPr>
        <w:t>otan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vaarin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ruumhiista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. </w:t>
      </w:r>
    </w:p>
    <w:p w14:paraId="7B21269E" w14:textId="2EB1C96B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lastRenderedPageBreak/>
        <w:t>Hyvästi</w:t>
      </w:r>
      <w:proofErr w:type="spellEnd"/>
      <w:r w:rsidRPr="002B3410">
        <w:rPr>
          <w:rFonts w:asciiTheme="majorHAnsi" w:hAnsiTheme="majorHAnsi" w:cstheme="majorHAnsi"/>
          <w:lang w:val="nb-NO"/>
        </w:rPr>
        <w:t>,</w:t>
      </w:r>
      <w:r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tronninki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2B3410">
        <w:rPr>
          <w:rFonts w:asciiTheme="majorHAnsi" w:hAnsiTheme="majorHAnsi" w:cstheme="majorHAnsi"/>
          <w:lang w:val="nb-NO"/>
        </w:rPr>
        <w:t>hyvästi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. </w:t>
      </w:r>
    </w:p>
    <w:p w14:paraId="0F924FCB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7B0BC5A1" w14:textId="5E644646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BESSA:</w:t>
      </w:r>
    </w:p>
    <w:p w14:paraId="0DA9BC1C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 xml:space="preserve">Hei </w:t>
      </w:r>
      <w:proofErr w:type="spellStart"/>
      <w:r w:rsidRPr="004A015F">
        <w:rPr>
          <w:rFonts w:asciiTheme="majorHAnsi" w:hAnsiTheme="majorHAnsi" w:cstheme="majorHAnsi"/>
          <w:lang w:val="nb-NO"/>
        </w:rPr>
        <w:t>hei</w:t>
      </w:r>
      <w:proofErr w:type="spellEnd"/>
      <w:r w:rsidRPr="004A015F">
        <w:rPr>
          <w:rFonts w:asciiTheme="majorHAnsi" w:hAnsiTheme="majorHAnsi" w:cstheme="majorHAnsi"/>
          <w:lang w:val="nb-NO"/>
        </w:rPr>
        <w:t>.</w:t>
      </w:r>
    </w:p>
    <w:p w14:paraId="4090FC64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29AA77DC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ANNA:</w:t>
      </w:r>
    </w:p>
    <w:p w14:paraId="12C26EA7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Viholinen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oon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likelä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. </w:t>
      </w:r>
    </w:p>
    <w:p w14:paraId="23CB0DD1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20177711" w14:textId="23C2EE5C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 xml:space="preserve">BESSA, </w:t>
      </w:r>
      <w:proofErr w:type="spellStart"/>
      <w:r w:rsidRPr="004A015F">
        <w:rPr>
          <w:rFonts w:asciiTheme="majorHAnsi" w:hAnsiTheme="majorHAnsi" w:cstheme="majorHAnsi"/>
          <w:lang w:val="nb-NO"/>
        </w:rPr>
        <w:t>EEVA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OG KAISA:</w:t>
      </w:r>
    </w:p>
    <w:p w14:paraId="39C9FC7C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Päivää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. </w:t>
      </w:r>
      <w:proofErr w:type="spellStart"/>
      <w:r w:rsidRPr="004A015F">
        <w:rPr>
          <w:rFonts w:asciiTheme="majorHAnsi" w:hAnsiTheme="majorHAnsi" w:cstheme="majorHAnsi"/>
          <w:lang w:val="nb-NO"/>
        </w:rPr>
        <w:t>Päivää</w:t>
      </w:r>
      <w:proofErr w:type="spellEnd"/>
      <w:r w:rsidRPr="004A015F">
        <w:rPr>
          <w:rFonts w:asciiTheme="majorHAnsi" w:hAnsiTheme="majorHAnsi" w:cstheme="majorHAnsi"/>
          <w:lang w:val="nb-NO"/>
        </w:rPr>
        <w:t>!</w:t>
      </w:r>
    </w:p>
    <w:p w14:paraId="4267F88D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5A46DC74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ANNA:</w:t>
      </w:r>
    </w:p>
    <w:p w14:paraId="2CA8C638" w14:textId="61C9201E" w:rsidR="002B3410" w:rsidRDefault="002B3410" w:rsidP="002B3410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Olettako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tet </w:t>
      </w:r>
      <w:proofErr w:type="spellStart"/>
      <w:r w:rsidRPr="002B3410">
        <w:rPr>
          <w:rFonts w:asciiTheme="majorHAnsi" w:hAnsiTheme="majorHAnsi" w:cstheme="majorHAnsi"/>
          <w:lang w:val="nb-NO"/>
        </w:rPr>
        <w:t>tyhä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sammakonpoikassii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klasimaljassa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2B3410">
        <w:rPr>
          <w:rFonts w:asciiTheme="majorHAnsi" w:hAnsiTheme="majorHAnsi" w:cstheme="majorHAnsi"/>
          <w:lang w:val="nb-NO"/>
        </w:rPr>
        <w:t>vain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pystyttäkö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ottamhaan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minun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kiini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?! </w:t>
      </w:r>
    </w:p>
    <w:p w14:paraId="59FBA2DF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Voimavaimon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! </w:t>
      </w:r>
    </w:p>
    <w:p w14:paraId="4D6CD4C7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632BA5B7" w14:textId="3C69C8A8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NILS:</w:t>
      </w:r>
    </w:p>
    <w:p w14:paraId="7F27C194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Vaimovoimaa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, Anna! </w:t>
      </w:r>
    </w:p>
    <w:p w14:paraId="6138B014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56C7D82A" w14:textId="0326D76E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ANNA:</w:t>
      </w:r>
    </w:p>
    <w:p w14:paraId="4BBCA87C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Oo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gramStart"/>
      <w:r w:rsidRPr="004A015F">
        <w:rPr>
          <w:rFonts w:asciiTheme="majorHAnsi" w:hAnsiTheme="majorHAnsi" w:cstheme="majorHAnsi"/>
          <w:lang w:val="nb-NO"/>
        </w:rPr>
        <w:t>jaa…</w:t>
      </w:r>
      <w:proofErr w:type="gramEnd"/>
    </w:p>
    <w:p w14:paraId="03AE0F90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059304F9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KAISA:</w:t>
      </w:r>
    </w:p>
    <w:p w14:paraId="29637CC6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Oonko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se </w:t>
      </w:r>
      <w:proofErr w:type="spellStart"/>
      <w:r w:rsidRPr="002B3410">
        <w:rPr>
          <w:rFonts w:asciiTheme="majorHAnsi" w:hAnsiTheme="majorHAnsi" w:cstheme="majorHAnsi"/>
          <w:lang w:val="nb-NO"/>
        </w:rPr>
        <w:t>oikkee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miekka</w:t>
      </w:r>
      <w:proofErr w:type="spellEnd"/>
      <w:r w:rsidRPr="002B3410">
        <w:rPr>
          <w:rFonts w:asciiTheme="majorHAnsi" w:hAnsiTheme="majorHAnsi" w:cstheme="majorHAnsi"/>
          <w:lang w:val="nb-NO"/>
        </w:rPr>
        <w:t>?</w:t>
      </w:r>
    </w:p>
    <w:p w14:paraId="75C6656A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0EE36464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EEVA</w:t>
      </w:r>
      <w:proofErr w:type="spellEnd"/>
      <w:r w:rsidRPr="004A015F">
        <w:rPr>
          <w:rFonts w:asciiTheme="majorHAnsi" w:hAnsiTheme="majorHAnsi" w:cstheme="majorHAnsi"/>
          <w:lang w:val="nb-NO"/>
        </w:rPr>
        <w:t>:</w:t>
      </w:r>
    </w:p>
    <w:p w14:paraId="2D151819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Teaatterijoukon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seenitaistelumiekka</w:t>
      </w:r>
      <w:proofErr w:type="spellEnd"/>
      <w:r w:rsidRPr="002B3410">
        <w:rPr>
          <w:rFonts w:asciiTheme="majorHAnsi" w:hAnsiTheme="majorHAnsi" w:cstheme="majorHAnsi"/>
          <w:lang w:val="nb-NO"/>
        </w:rPr>
        <w:t>.</w:t>
      </w:r>
    </w:p>
    <w:p w14:paraId="754D7254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3727F5DB" w14:textId="02E60C2A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KAISA:</w:t>
      </w:r>
    </w:p>
    <w:p w14:paraId="6FD22E3D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Eikö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se ole </w:t>
      </w:r>
      <w:proofErr w:type="spellStart"/>
      <w:r w:rsidRPr="002B3410">
        <w:rPr>
          <w:rFonts w:asciiTheme="majorHAnsi" w:hAnsiTheme="majorHAnsi" w:cstheme="majorHAnsi"/>
          <w:lang w:val="nb-NO"/>
        </w:rPr>
        <w:t>lastenteaatterii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? </w:t>
      </w:r>
    </w:p>
    <w:p w14:paraId="60806593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53F3F355" w14:textId="14AC66E0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EEVA</w:t>
      </w:r>
      <w:proofErr w:type="spellEnd"/>
      <w:r w:rsidRPr="004A015F">
        <w:rPr>
          <w:rFonts w:asciiTheme="majorHAnsi" w:hAnsiTheme="majorHAnsi" w:cstheme="majorHAnsi"/>
          <w:lang w:val="nb-NO"/>
        </w:rPr>
        <w:t>:</w:t>
      </w:r>
    </w:p>
    <w:p w14:paraId="55212700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Mitä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sie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meinaat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? </w:t>
      </w:r>
    </w:p>
    <w:p w14:paraId="7EB992F4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3047A94E" w14:textId="07F11966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NILS:</w:t>
      </w:r>
    </w:p>
    <w:p w14:paraId="163C6259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Luulitko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sie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ette </w:t>
      </w:r>
      <w:proofErr w:type="spellStart"/>
      <w:r w:rsidRPr="002B3410">
        <w:rPr>
          <w:rFonts w:asciiTheme="majorHAnsi" w:hAnsiTheme="majorHAnsi" w:cstheme="majorHAnsi"/>
          <w:lang w:val="nb-NO"/>
        </w:rPr>
        <w:t>lastenteaatteri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oon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lapselista? </w:t>
      </w:r>
    </w:p>
    <w:p w14:paraId="751C78F3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6058FF55" w14:textId="49D5B293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ANNA:</w:t>
      </w:r>
    </w:p>
    <w:p w14:paraId="2894AC7D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2B3410">
        <w:rPr>
          <w:rFonts w:asciiTheme="majorHAnsi" w:hAnsiTheme="majorHAnsi" w:cstheme="majorHAnsi"/>
          <w:lang w:val="nb-NO"/>
        </w:rPr>
        <w:t xml:space="preserve">Ei </w:t>
      </w:r>
      <w:proofErr w:type="spellStart"/>
      <w:r w:rsidRPr="002B3410">
        <w:rPr>
          <w:rFonts w:asciiTheme="majorHAnsi" w:hAnsiTheme="majorHAnsi" w:cstheme="majorHAnsi"/>
          <w:lang w:val="nb-NO"/>
        </w:rPr>
        <w:t>Yksikhään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teistä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sammakonpojista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tohđi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haastaat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minnuu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! </w:t>
      </w:r>
    </w:p>
    <w:p w14:paraId="74FCA160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1AC7CCD3" w14:textId="11FDC175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KAISA:</w:t>
      </w:r>
    </w:p>
    <w:p w14:paraId="56F3E982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2B3410">
        <w:rPr>
          <w:rFonts w:asciiTheme="majorHAnsi" w:hAnsiTheme="majorHAnsi" w:cstheme="majorHAnsi"/>
          <w:lang w:val="nb-NO"/>
        </w:rPr>
        <w:t xml:space="preserve">Mie </w:t>
      </w:r>
      <w:proofErr w:type="spellStart"/>
      <w:r w:rsidRPr="002B3410">
        <w:rPr>
          <w:rFonts w:asciiTheme="majorHAnsi" w:hAnsiTheme="majorHAnsi" w:cstheme="majorHAnsi"/>
          <w:lang w:val="nb-NO"/>
        </w:rPr>
        <w:t>saatan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haastaat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sinun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! </w:t>
      </w:r>
    </w:p>
    <w:p w14:paraId="30908BD0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34507558" w14:textId="10280100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lastRenderedPageBreak/>
        <w:t>NILS:</w:t>
      </w:r>
    </w:p>
    <w:p w14:paraId="63218799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Varo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käsivartta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2B3410">
        <w:rPr>
          <w:rFonts w:asciiTheme="majorHAnsi" w:hAnsiTheme="majorHAnsi" w:cstheme="majorHAnsi"/>
          <w:lang w:val="nb-NO"/>
        </w:rPr>
        <w:t>Kaisa!</w:t>
      </w:r>
    </w:p>
    <w:p w14:paraId="212A50DC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End"/>
    </w:p>
    <w:p w14:paraId="409AED2F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sectPr w:rsidR="006622A0" w:rsidRPr="004A015F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1B5D68" w14:textId="77777777" w:rsidR="00942D05" w:rsidRDefault="00942D05" w:rsidP="009B2D51">
      <w:pPr>
        <w:spacing w:after="0" w:line="240" w:lineRule="auto"/>
      </w:pPr>
      <w:r>
        <w:separator/>
      </w:r>
    </w:p>
  </w:endnote>
  <w:endnote w:type="continuationSeparator" w:id="0">
    <w:p w14:paraId="2DD0FA38" w14:textId="77777777" w:rsidR="00942D05" w:rsidRDefault="00942D05" w:rsidP="009B2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835037363"/>
      <w:docPartObj>
        <w:docPartGallery w:val="Page Numbers (Bottom of Page)"/>
        <w:docPartUnique/>
      </w:docPartObj>
    </w:sdtPr>
    <w:sdtContent>
      <w:p w14:paraId="0CD41D5D" w14:textId="360C81F9" w:rsidR="009B2D51" w:rsidRDefault="009B2D51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45208D28" w14:textId="77777777" w:rsidR="009B2D51" w:rsidRDefault="009B2D51" w:rsidP="009B2D51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261870523"/>
      <w:docPartObj>
        <w:docPartGallery w:val="Page Numbers (Bottom of Page)"/>
        <w:docPartUnique/>
      </w:docPartObj>
    </w:sdtPr>
    <w:sdtContent>
      <w:p w14:paraId="28FDFEE6" w14:textId="31C9A7AF" w:rsidR="009B2D51" w:rsidRDefault="009B2D51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61F9033C" w14:textId="77777777" w:rsidR="009B2D51" w:rsidRDefault="009B2D51" w:rsidP="009B2D51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CFBCF3" w14:textId="77777777" w:rsidR="00942D05" w:rsidRDefault="00942D05" w:rsidP="009B2D51">
      <w:pPr>
        <w:spacing w:after="0" w:line="240" w:lineRule="auto"/>
      </w:pPr>
      <w:r>
        <w:separator/>
      </w:r>
    </w:p>
  </w:footnote>
  <w:footnote w:type="continuationSeparator" w:id="0">
    <w:p w14:paraId="6106DFCB" w14:textId="77777777" w:rsidR="00942D05" w:rsidRDefault="00942D05" w:rsidP="009B2D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21109152">
    <w:abstractNumId w:val="8"/>
  </w:num>
  <w:num w:numId="2" w16cid:durableId="1221862484">
    <w:abstractNumId w:val="6"/>
  </w:num>
  <w:num w:numId="3" w16cid:durableId="1044255951">
    <w:abstractNumId w:val="5"/>
  </w:num>
  <w:num w:numId="4" w16cid:durableId="129133149">
    <w:abstractNumId w:val="4"/>
  </w:num>
  <w:num w:numId="5" w16cid:durableId="417868786">
    <w:abstractNumId w:val="7"/>
  </w:num>
  <w:num w:numId="6" w16cid:durableId="870260495">
    <w:abstractNumId w:val="3"/>
  </w:num>
  <w:num w:numId="7" w16cid:durableId="205795547">
    <w:abstractNumId w:val="2"/>
  </w:num>
  <w:num w:numId="8" w16cid:durableId="960646720">
    <w:abstractNumId w:val="1"/>
  </w:num>
  <w:num w:numId="9" w16cid:durableId="20133326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2B3410"/>
    <w:rsid w:val="00326F90"/>
    <w:rsid w:val="00336EE9"/>
    <w:rsid w:val="004A015F"/>
    <w:rsid w:val="005B7FC0"/>
    <w:rsid w:val="006622A0"/>
    <w:rsid w:val="00885C65"/>
    <w:rsid w:val="00937697"/>
    <w:rsid w:val="00942D05"/>
    <w:rsid w:val="009A271D"/>
    <w:rsid w:val="009B2D51"/>
    <w:rsid w:val="00AA1D8D"/>
    <w:rsid w:val="00B454DD"/>
    <w:rsid w:val="00B47730"/>
    <w:rsid w:val="00B6058C"/>
    <w:rsid w:val="00BA6BE7"/>
    <w:rsid w:val="00CB0664"/>
    <w:rsid w:val="00E92C87"/>
    <w:rsid w:val="00F7058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071E79D"/>
  <w14:defaultImageDpi w14:val="300"/>
  <w15:docId w15:val="{265DC7F1-2168-5640-B8A0-12079DBC3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pPr>
      <w:spacing w:line="240" w:lineRule="exact"/>
    </w:pPr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9B2D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391</Words>
  <Characters>2077</Characters>
  <Application>Microsoft Office Word</Application>
  <DocSecurity>0</DocSecurity>
  <Lines>17</Lines>
  <Paragraphs>4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2464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5</cp:revision>
  <dcterms:created xsi:type="dcterms:W3CDTF">2025-12-02T12:22:00Z</dcterms:created>
  <dcterms:modified xsi:type="dcterms:W3CDTF">2025-12-02T12:25:00Z</dcterms:modified>
  <cp:category/>
</cp:coreProperties>
</file>