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64D5C" w14:textId="56534876" w:rsidR="00CA1A1C" w:rsidRPr="00CA1A1C" w:rsidRDefault="00261E84" w:rsidP="00CA1A1C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K</w:t>
      </w:r>
      <w:r w:rsidR="001F1041">
        <w:rPr>
          <w:b/>
          <w:bCs/>
          <w:lang w:val="nb-NO"/>
        </w:rPr>
        <w:t>vensk</w:t>
      </w:r>
      <w:r w:rsidR="00CA1A1C" w:rsidRPr="00CA1A1C">
        <w:rPr>
          <w:b/>
          <w:bCs/>
          <w:lang w:val="nb-NO"/>
        </w:rPr>
        <w:t xml:space="preserve"> dialogmanus, episode 6</w:t>
      </w:r>
    </w:p>
    <w:p w14:paraId="7F2B4558" w14:textId="77777777" w:rsidR="001F1041" w:rsidRDefault="001F1041" w:rsidP="00CA1A1C">
      <w:pPr>
        <w:spacing w:after="0" w:line="240" w:lineRule="auto"/>
        <w:rPr>
          <w:b/>
          <w:bCs/>
          <w:lang w:val="nb-NO"/>
        </w:rPr>
      </w:pPr>
      <w:proofErr w:type="spellStart"/>
      <w:r w:rsidRPr="001F1041">
        <w:rPr>
          <w:b/>
          <w:bCs/>
          <w:lang w:val="nb-NO"/>
        </w:rPr>
        <w:t>Kvääniruusukoru</w:t>
      </w:r>
      <w:proofErr w:type="spellEnd"/>
      <w:r w:rsidRPr="001F1041">
        <w:rPr>
          <w:b/>
          <w:bCs/>
          <w:lang w:val="nb-NO"/>
        </w:rPr>
        <w:t xml:space="preserve"> </w:t>
      </w:r>
    </w:p>
    <w:p w14:paraId="3540A69E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AA1252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599F1F94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Paska</w:t>
      </w:r>
      <w:proofErr w:type="spellEnd"/>
      <w:r>
        <w:rPr>
          <w:lang w:val="nb-NO"/>
        </w:rPr>
        <w:t>.</w:t>
      </w:r>
    </w:p>
    <w:p w14:paraId="4DCDC997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Hei </w:t>
      </w:r>
      <w:proofErr w:type="spellStart"/>
      <w:r w:rsidRPr="001F1041">
        <w:rPr>
          <w:lang w:val="nb-NO"/>
        </w:rPr>
        <w:t>Eeva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saattaako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etiäinen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assuut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sinun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tykönä?</w:t>
      </w:r>
    </w:p>
    <w:p w14:paraId="2163B6FF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>Haloo</w:t>
      </w:r>
      <w:proofErr w:type="spellEnd"/>
      <w:r w:rsidRPr="001F1041">
        <w:rPr>
          <w:lang w:val="nb-NO"/>
        </w:rPr>
        <w:t>?</w:t>
      </w:r>
    </w:p>
    <w:p w14:paraId="5460A61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263F695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4B259CA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Hei, </w:t>
      </w:r>
      <w:proofErr w:type="spellStart"/>
      <w:r w:rsidRPr="001F1041">
        <w:rPr>
          <w:lang w:val="nb-NO"/>
        </w:rPr>
        <w:t>Jussa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tarttetko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appuu</w:t>
      </w:r>
      <w:proofErr w:type="spellEnd"/>
      <w:r w:rsidRPr="001F1041">
        <w:rPr>
          <w:lang w:val="nb-NO"/>
        </w:rPr>
        <w:t>?</w:t>
      </w:r>
    </w:p>
    <w:p w14:paraId="789E0FA4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1A92806B" w14:textId="2C775253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17108A9C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Ei </w:t>
      </w:r>
      <w:proofErr w:type="spellStart"/>
      <w:r w:rsidRPr="001F1041">
        <w:rPr>
          <w:lang w:val="nb-NO"/>
        </w:rPr>
        <w:t>kiitos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Eeva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mie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aijon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tyhä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kattoot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yhtä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korruu</w:t>
      </w:r>
      <w:proofErr w:type="spellEnd"/>
      <w:r w:rsidRPr="001F1041">
        <w:rPr>
          <w:lang w:val="nb-NO"/>
        </w:rPr>
        <w:t xml:space="preserve">. </w:t>
      </w:r>
    </w:p>
    <w:p w14:paraId="7220040B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Raissiin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tullee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suomen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mies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kysythän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hältä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mihinkä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ties.</w:t>
      </w:r>
    </w:p>
    <w:p w14:paraId="654AD4DF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Mie </w:t>
      </w:r>
      <w:proofErr w:type="spellStart"/>
      <w:r w:rsidRPr="001F1041">
        <w:rPr>
          <w:lang w:val="nb-NO"/>
        </w:rPr>
        <w:t>tieđän</w:t>
      </w:r>
      <w:proofErr w:type="spellEnd"/>
      <w:r w:rsidRPr="001F1041">
        <w:rPr>
          <w:lang w:val="nb-NO"/>
        </w:rPr>
        <w:t xml:space="preserve"> ette </w:t>
      </w:r>
      <w:proofErr w:type="spellStart"/>
      <w:r w:rsidRPr="001F1041">
        <w:rPr>
          <w:lang w:val="nb-NO"/>
        </w:rPr>
        <w:t>sie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saatat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tämän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laulun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Eeva</w:t>
      </w:r>
      <w:proofErr w:type="spellEnd"/>
      <w:r w:rsidRPr="001F1041">
        <w:rPr>
          <w:lang w:val="nb-NO"/>
        </w:rPr>
        <w:t>.</w:t>
      </w:r>
    </w:p>
    <w:p w14:paraId="4BC3D318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8EF117A" w14:textId="77777777" w:rsidR="00CA1A1C" w:rsidRPr="00CA1A1C" w:rsidRDefault="00CA1A1C" w:rsidP="00CA1A1C">
      <w:pPr>
        <w:spacing w:after="0" w:line="240" w:lineRule="auto"/>
      </w:pPr>
      <w:proofErr w:type="spellStart"/>
      <w:r w:rsidRPr="00CA1A1C">
        <w:t>EEVA</w:t>
      </w:r>
      <w:proofErr w:type="spellEnd"/>
      <w:r w:rsidRPr="00CA1A1C">
        <w:t>:</w:t>
      </w:r>
    </w:p>
    <w:p w14:paraId="5F7C9093" w14:textId="2F497D95" w:rsidR="00C545AE" w:rsidRPr="00CA1A1C" w:rsidRDefault="00000000" w:rsidP="00CA1A1C">
      <w:pPr>
        <w:spacing w:after="0" w:line="240" w:lineRule="auto"/>
      </w:pPr>
      <w:proofErr w:type="spellStart"/>
      <w:r w:rsidRPr="00CA1A1C">
        <w:t>Ohoh</w:t>
      </w:r>
      <w:proofErr w:type="spellEnd"/>
      <w:r w:rsidRPr="00CA1A1C">
        <w:t>.</w:t>
      </w:r>
    </w:p>
    <w:p w14:paraId="2A649E0F" w14:textId="77777777" w:rsidR="00CA1A1C" w:rsidRPr="00CA1A1C" w:rsidRDefault="00CA1A1C" w:rsidP="00CA1A1C">
      <w:pPr>
        <w:spacing w:after="0" w:line="240" w:lineRule="auto"/>
      </w:pPr>
    </w:p>
    <w:p w14:paraId="7948D31B" w14:textId="77777777" w:rsidR="00CA1A1C" w:rsidRPr="00CA1A1C" w:rsidRDefault="00CA1A1C" w:rsidP="00CA1A1C">
      <w:pPr>
        <w:spacing w:after="0" w:line="240" w:lineRule="auto"/>
      </w:pPr>
      <w:proofErr w:type="spellStart"/>
      <w:r w:rsidRPr="00CA1A1C">
        <w:t>JUSSA</w:t>
      </w:r>
      <w:proofErr w:type="spellEnd"/>
      <w:r w:rsidRPr="00CA1A1C">
        <w:t>:</w:t>
      </w:r>
    </w:p>
    <w:p w14:paraId="1C7A75BE" w14:textId="77777777" w:rsidR="001F1041" w:rsidRDefault="001F1041" w:rsidP="00CA1A1C">
      <w:pPr>
        <w:spacing w:after="0" w:line="240" w:lineRule="auto"/>
      </w:pPr>
      <w:proofErr w:type="spellStart"/>
      <w:r w:rsidRPr="001F1041">
        <w:t>Aivan</w:t>
      </w:r>
      <w:proofErr w:type="spellEnd"/>
      <w:r w:rsidRPr="001F1041">
        <w:t xml:space="preserve"> </w:t>
      </w:r>
      <w:proofErr w:type="spellStart"/>
      <w:r w:rsidRPr="001F1041">
        <w:t>pirun</w:t>
      </w:r>
      <w:proofErr w:type="spellEnd"/>
      <w:r w:rsidRPr="001F1041">
        <w:t xml:space="preserve"> </w:t>
      </w:r>
      <w:proofErr w:type="spellStart"/>
      <w:r w:rsidRPr="001F1041">
        <w:t>haamulla</w:t>
      </w:r>
      <w:proofErr w:type="spellEnd"/>
      <w:r w:rsidRPr="001F1041">
        <w:t xml:space="preserve">… </w:t>
      </w:r>
      <w:proofErr w:type="spellStart"/>
      <w:r w:rsidRPr="001F1041">
        <w:t>komentaa</w:t>
      </w:r>
      <w:proofErr w:type="spellEnd"/>
      <w:r w:rsidRPr="001F1041">
        <w:t xml:space="preserve"> </w:t>
      </w:r>
      <w:proofErr w:type="spellStart"/>
      <w:r w:rsidRPr="001F1041">
        <w:t>väkee</w:t>
      </w:r>
      <w:proofErr w:type="spellEnd"/>
      <w:r w:rsidRPr="001F1041">
        <w:t>… </w:t>
      </w:r>
      <w:proofErr w:type="spellStart"/>
      <w:r w:rsidRPr="001F1041">
        <w:t>haualleki</w:t>
      </w:r>
      <w:proofErr w:type="spellEnd"/>
      <w:r w:rsidRPr="001F1041">
        <w:t xml:space="preserve"> </w:t>
      </w:r>
      <w:proofErr w:type="spellStart"/>
      <w:r w:rsidRPr="001F1041">
        <w:t>hihtamhaan</w:t>
      </w:r>
      <w:proofErr w:type="spellEnd"/>
      <w:r w:rsidRPr="001F1041">
        <w:t>.</w:t>
      </w:r>
    </w:p>
    <w:p w14:paraId="41FFCF6D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33DD271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 xml:space="preserve">: </w:t>
      </w:r>
    </w:p>
    <w:p w14:paraId="5EED7468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Pakkaanko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tämän</w:t>
      </w:r>
      <w:proofErr w:type="spellEnd"/>
      <w:r w:rsidRPr="001F1041">
        <w:rPr>
          <w:lang w:val="nb-NO"/>
        </w:rPr>
        <w:t xml:space="preserve"> sulle? </w:t>
      </w:r>
    </w:p>
    <w:p w14:paraId="0E25E3ED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DC69A74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 xml:space="preserve">: </w:t>
      </w:r>
    </w:p>
    <w:p w14:paraId="1D189321" w14:textId="21566E67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Joo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!</w:t>
      </w:r>
    </w:p>
    <w:p w14:paraId="463153DB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Syntymäpäiväskenkki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Annale</w:t>
      </w:r>
      <w:proofErr w:type="spellEnd"/>
      <w:r w:rsidRPr="001F1041">
        <w:rPr>
          <w:lang w:val="nb-NO"/>
        </w:rPr>
        <w:t>.</w:t>
      </w:r>
    </w:p>
    <w:p w14:paraId="7D13B044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Kunka se </w:t>
      </w:r>
      <w:proofErr w:type="spellStart"/>
      <w:r w:rsidRPr="001F1041">
        <w:rPr>
          <w:lang w:val="nb-NO"/>
        </w:rPr>
        <w:t>mennee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sinun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ämmin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kansa</w:t>
      </w:r>
      <w:proofErr w:type="spellEnd"/>
      <w:r w:rsidRPr="001F1041">
        <w:rPr>
          <w:lang w:val="nb-NO"/>
        </w:rPr>
        <w:t xml:space="preserve"> nyt? </w:t>
      </w:r>
    </w:p>
    <w:p w14:paraId="04DD7454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8BD381E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4125F14D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Se ei </w:t>
      </w:r>
      <w:proofErr w:type="spellStart"/>
      <w:r w:rsidRPr="001F1041">
        <w:rPr>
          <w:lang w:val="nb-NO"/>
        </w:rPr>
        <w:t>muista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ennää</w:t>
      </w:r>
      <w:proofErr w:type="spellEnd"/>
      <w:r w:rsidRPr="001F1041">
        <w:rPr>
          <w:lang w:val="nb-NO"/>
        </w:rPr>
        <w:t xml:space="preserve"> </w:t>
      </w:r>
      <w:proofErr w:type="spellStart"/>
      <w:proofErr w:type="gramStart"/>
      <w:r w:rsidRPr="001F1041">
        <w:rPr>
          <w:lang w:val="nb-NO"/>
        </w:rPr>
        <w:t>minnuu</w:t>
      </w:r>
      <w:proofErr w:type="spellEnd"/>
      <w:r w:rsidRPr="001F1041">
        <w:rPr>
          <w:lang w:val="nb-NO"/>
        </w:rPr>
        <w:t>…</w:t>
      </w:r>
      <w:proofErr w:type="gramEnd"/>
      <w:r w:rsidRPr="001F1041">
        <w:rPr>
          <w:lang w:val="nb-NO"/>
        </w:rPr>
        <w:t xml:space="preserve"> </w:t>
      </w:r>
    </w:p>
    <w:p w14:paraId="2C4C5B61" w14:textId="77777777" w:rsidR="006409A0" w:rsidRPr="00CA1A1C" w:rsidRDefault="006409A0" w:rsidP="00CA1A1C">
      <w:pPr>
        <w:spacing w:after="0" w:line="240" w:lineRule="auto"/>
        <w:rPr>
          <w:lang w:val="nb-NO"/>
        </w:rPr>
      </w:pPr>
    </w:p>
    <w:p w14:paraId="2366682F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 xml:space="preserve">: </w:t>
      </w:r>
    </w:p>
    <w:p w14:paraId="33ED265F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Se </w:t>
      </w:r>
      <w:proofErr w:type="spellStart"/>
      <w:r w:rsidRPr="001F1041">
        <w:rPr>
          <w:lang w:val="nb-NO"/>
        </w:rPr>
        <w:t>oli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surulista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kuula</w:t>
      </w:r>
      <w:proofErr w:type="spellEnd"/>
      <w:r w:rsidRPr="001F1041">
        <w:rPr>
          <w:lang w:val="nb-NO"/>
        </w:rPr>
        <w:t>.</w:t>
      </w:r>
    </w:p>
    <w:p w14:paraId="6E787916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01CD8B98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1A1E2B9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Miksi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sie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tasan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laulat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Jussa</w:t>
      </w:r>
      <w:proofErr w:type="spellEnd"/>
      <w:r w:rsidRPr="001F1041">
        <w:rPr>
          <w:lang w:val="nb-NO"/>
        </w:rPr>
        <w:t xml:space="preserve">? </w:t>
      </w:r>
    </w:p>
    <w:p w14:paraId="0BD438E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5985348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4A6EED4F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Kaunis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laulu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harjaa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tomun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syđämestä</w:t>
      </w:r>
      <w:proofErr w:type="spellEnd"/>
      <w:r w:rsidRPr="001F1041">
        <w:rPr>
          <w:lang w:val="nb-NO"/>
        </w:rPr>
        <w:t xml:space="preserve">. </w:t>
      </w:r>
    </w:p>
    <w:p w14:paraId="083C32A7" w14:textId="46260169" w:rsidR="001F1041" w:rsidRPr="001F1041" w:rsidRDefault="001F1041" w:rsidP="001F1041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Ilman</w:t>
      </w:r>
      <w:proofErr w:type="spellEnd"/>
      <w:r w:rsidRPr="001F1041">
        <w:rPr>
          <w:lang w:val="nb-NO"/>
        </w:rPr>
        <w:t xml:space="preserve"> se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parempi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sannoot</w:t>
      </w:r>
      <w:proofErr w:type="spellEnd"/>
      <w:r w:rsidRPr="001F1041">
        <w:rPr>
          <w:lang w:val="nb-NO"/>
        </w:rPr>
        <w:t xml:space="preserve"> ette</w:t>
      </w:r>
      <w:r>
        <w:rPr>
          <w:lang w:val="nb-NO"/>
        </w:rPr>
        <w:t xml:space="preserve"> </w:t>
      </w:r>
      <w:proofErr w:type="spellStart"/>
      <w:r w:rsidRPr="00261E84">
        <w:rPr>
          <w:lang w:val="nb-NO"/>
        </w:rPr>
        <w:t>laulaminen</w:t>
      </w:r>
      <w:proofErr w:type="spellEnd"/>
      <w:r w:rsidRPr="00261E84">
        <w:rPr>
          <w:lang w:val="nb-NO"/>
        </w:rPr>
        <w:t xml:space="preserve"> </w:t>
      </w:r>
      <w:proofErr w:type="spellStart"/>
      <w:r w:rsidRPr="00261E84">
        <w:rPr>
          <w:lang w:val="nb-NO"/>
        </w:rPr>
        <w:t>pittää</w:t>
      </w:r>
      <w:proofErr w:type="spellEnd"/>
      <w:r w:rsidRPr="00261E84">
        <w:rPr>
          <w:lang w:val="nb-NO"/>
        </w:rPr>
        <w:t xml:space="preserve"> </w:t>
      </w:r>
      <w:proofErr w:type="spellStart"/>
      <w:r w:rsidRPr="00261E84">
        <w:rPr>
          <w:lang w:val="nb-NO"/>
        </w:rPr>
        <w:t>tomun</w:t>
      </w:r>
      <w:proofErr w:type="spellEnd"/>
      <w:r w:rsidRPr="00261E84">
        <w:rPr>
          <w:lang w:val="nb-NO"/>
        </w:rPr>
        <w:t xml:space="preserve"> </w:t>
      </w:r>
      <w:proofErr w:type="spellStart"/>
      <w:r w:rsidRPr="00261E84">
        <w:rPr>
          <w:lang w:val="nb-NO"/>
        </w:rPr>
        <w:t>poissa</w:t>
      </w:r>
      <w:proofErr w:type="spellEnd"/>
      <w:r w:rsidRPr="00261E84">
        <w:rPr>
          <w:lang w:val="nb-NO"/>
        </w:rPr>
        <w:t xml:space="preserve"> </w:t>
      </w:r>
      <w:proofErr w:type="spellStart"/>
      <w:r w:rsidRPr="00261E84">
        <w:rPr>
          <w:lang w:val="nb-NO"/>
        </w:rPr>
        <w:t>aivoista</w:t>
      </w:r>
      <w:proofErr w:type="spellEnd"/>
      <w:r w:rsidRPr="00261E84">
        <w:rPr>
          <w:lang w:val="nb-NO"/>
        </w:rPr>
        <w:t xml:space="preserve">. </w:t>
      </w:r>
    </w:p>
    <w:p w14:paraId="7BB61CBB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Pää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selvii</w:t>
      </w:r>
      <w:proofErr w:type="spellEnd"/>
      <w:r w:rsidRPr="001F1041">
        <w:rPr>
          <w:lang w:val="nb-NO"/>
        </w:rPr>
        <w:t xml:space="preserve"> ja </w:t>
      </w:r>
      <w:proofErr w:type="spellStart"/>
      <w:r w:rsidRPr="001F1041">
        <w:rPr>
          <w:lang w:val="nb-NO"/>
        </w:rPr>
        <w:t>mieli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kevenee</w:t>
      </w:r>
      <w:proofErr w:type="spellEnd"/>
      <w:r w:rsidRPr="001F1041">
        <w:rPr>
          <w:lang w:val="nb-NO"/>
        </w:rPr>
        <w:t>.</w:t>
      </w:r>
    </w:p>
    <w:p w14:paraId="73FBBCC3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09CEB811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407819A5" w14:textId="6F49F09C" w:rsid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Oo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joo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</w:p>
    <w:p w14:paraId="53C47575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427B57D3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lastRenderedPageBreak/>
        <w:t xml:space="preserve">Mie olen </w:t>
      </w:r>
      <w:proofErr w:type="spellStart"/>
      <w:r w:rsidRPr="001F1041">
        <w:rPr>
          <w:lang w:val="nb-NO"/>
        </w:rPr>
        <w:t>neuroloogi</w:t>
      </w:r>
      <w:proofErr w:type="spellEnd"/>
      <w:r w:rsidRPr="001F1041">
        <w:rPr>
          <w:lang w:val="nb-NO"/>
        </w:rPr>
        <w:t xml:space="preserve"> ja </w:t>
      </w:r>
      <w:proofErr w:type="spellStart"/>
      <w:r w:rsidRPr="001F1041">
        <w:rPr>
          <w:lang w:val="nb-NO"/>
        </w:rPr>
        <w:t>tutkin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aivoi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siehän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tieđät</w:t>
      </w:r>
      <w:proofErr w:type="spellEnd"/>
      <w:r w:rsidRPr="001F1041">
        <w:rPr>
          <w:lang w:val="nb-NO"/>
        </w:rPr>
        <w:t xml:space="preserve">. </w:t>
      </w:r>
    </w:p>
    <w:p w14:paraId="0B93F83C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Fiini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tuli</w:t>
      </w:r>
      <w:proofErr w:type="spellEnd"/>
      <w:r w:rsidRPr="001F1041">
        <w:rPr>
          <w:lang w:val="nb-NO"/>
        </w:rPr>
        <w:t xml:space="preserve">. </w:t>
      </w:r>
      <w:proofErr w:type="spellStart"/>
      <w:r w:rsidRPr="001F1041">
        <w:rPr>
          <w:lang w:val="nb-NO"/>
        </w:rPr>
        <w:t>Kiitos</w:t>
      </w:r>
      <w:proofErr w:type="spellEnd"/>
      <w:r w:rsidRPr="001F1041">
        <w:rPr>
          <w:lang w:val="nb-NO"/>
        </w:rPr>
        <w:t xml:space="preserve">!  </w:t>
      </w:r>
    </w:p>
    <w:p w14:paraId="0FE766BA" w14:textId="77777777" w:rsidR="00261E84" w:rsidRDefault="00261E84" w:rsidP="00CA1A1C">
      <w:pPr>
        <w:spacing w:after="0" w:line="240" w:lineRule="auto"/>
        <w:rPr>
          <w:lang w:val="nb-NO"/>
        </w:rPr>
      </w:pPr>
    </w:p>
    <w:p w14:paraId="48761C40" w14:textId="7CD8454C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48AB1E72" w14:textId="02A08770" w:rsid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</w:p>
    <w:p w14:paraId="7139E71E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10F72182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Hyvästi</w:t>
      </w:r>
      <w:proofErr w:type="spellEnd"/>
      <w:r w:rsidRPr="001F1041">
        <w:rPr>
          <w:lang w:val="nb-NO"/>
        </w:rPr>
        <w:t xml:space="preserve">! </w:t>
      </w:r>
    </w:p>
    <w:p w14:paraId="39C34D5B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C10A0B9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2370379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Hyvästi</w:t>
      </w:r>
      <w:proofErr w:type="spellEnd"/>
      <w:r w:rsidRPr="001F1041">
        <w:rPr>
          <w:lang w:val="nb-NO"/>
        </w:rPr>
        <w:t xml:space="preserve">! </w:t>
      </w:r>
    </w:p>
    <w:p w14:paraId="3C19469F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BE9F1C5" w14:textId="4B73AAB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714C4AAA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Ylös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Sapphen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työtä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hakheen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luulen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että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löyän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vaan</w:t>
      </w:r>
      <w:proofErr w:type="spellEnd"/>
      <w:r w:rsidRPr="001F1041">
        <w:rPr>
          <w:lang w:val="nb-NO"/>
        </w:rPr>
        <w:t>.</w:t>
      </w:r>
    </w:p>
    <w:p w14:paraId="4FC00163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CF734EA" w14:textId="5E7FD9FD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RADIOSTEMME:</w:t>
      </w:r>
    </w:p>
    <w:p w14:paraId="2A52C480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Raisinjovesta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löytyny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kuolheita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kalloi</w:t>
      </w:r>
      <w:proofErr w:type="spellEnd"/>
      <w:r w:rsidRPr="001F1041">
        <w:rPr>
          <w:lang w:val="nb-NO"/>
        </w:rPr>
        <w:t xml:space="preserve">, ja </w:t>
      </w:r>
      <w:proofErr w:type="spellStart"/>
      <w:r w:rsidRPr="001F1041">
        <w:rPr>
          <w:lang w:val="nb-NO"/>
        </w:rPr>
        <w:t>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kaloista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otettu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pröövii</w:t>
      </w:r>
      <w:proofErr w:type="spellEnd"/>
      <w:r w:rsidRPr="001F1041">
        <w:rPr>
          <w:lang w:val="nb-NO"/>
        </w:rPr>
        <w:t xml:space="preserve">, se </w:t>
      </w:r>
      <w:proofErr w:type="spellStart"/>
      <w:r w:rsidRPr="001F1041">
        <w:rPr>
          <w:lang w:val="nb-NO"/>
        </w:rPr>
        <w:t>näyttää</w:t>
      </w:r>
      <w:proofErr w:type="spellEnd"/>
      <w:r w:rsidRPr="001F1041">
        <w:rPr>
          <w:lang w:val="nb-NO"/>
        </w:rPr>
        <w:t xml:space="preserve"> ette </w:t>
      </w:r>
      <w:proofErr w:type="spellStart"/>
      <w:r w:rsidRPr="001F1041">
        <w:rPr>
          <w:lang w:val="nb-NO"/>
        </w:rPr>
        <w:t>net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kuolheet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furunkulooshiin</w:t>
      </w:r>
      <w:proofErr w:type="spellEnd"/>
      <w:r w:rsidRPr="001F1041">
        <w:rPr>
          <w:lang w:val="nb-NO"/>
        </w:rPr>
        <w:t>.</w:t>
      </w:r>
    </w:p>
    <w:p w14:paraId="65200F07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Furunkuloosi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tarttuuva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tauti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mikä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tappaa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lohhii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vesi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lämpenee</w:t>
      </w:r>
      <w:proofErr w:type="spellEnd"/>
      <w:r w:rsidRPr="001F1041">
        <w:rPr>
          <w:lang w:val="nb-NO"/>
        </w:rPr>
        <w:t>.</w:t>
      </w:r>
    </w:p>
    <w:p w14:paraId="0883E9BD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Määtän</w:t>
      </w:r>
      <w:proofErr w:type="spellEnd"/>
      <w:r w:rsidRPr="001F1041">
        <w:rPr>
          <w:lang w:val="nb-NO"/>
        </w:rPr>
        <w:t xml:space="preserve"> lapset Anna ja Nils </w:t>
      </w:r>
      <w:proofErr w:type="spellStart"/>
      <w:r w:rsidRPr="001F1041">
        <w:rPr>
          <w:lang w:val="nb-NO"/>
        </w:rPr>
        <w:t>löyđethiin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kalat</w:t>
      </w:r>
      <w:proofErr w:type="spellEnd"/>
      <w:r w:rsidRPr="001F1041">
        <w:rPr>
          <w:lang w:val="nb-NO"/>
        </w:rPr>
        <w:t xml:space="preserve"> ja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assiin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tähđen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epätoivossa.</w:t>
      </w:r>
    </w:p>
    <w:p w14:paraId="0BABA280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End"/>
    </w:p>
    <w:p w14:paraId="6ED13FC4" w14:textId="195B1658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ANNA PÅ RADIO:</w:t>
      </w:r>
    </w:p>
    <w:p w14:paraId="24C6B616" w14:textId="32670583" w:rsidR="001F1041" w:rsidRDefault="001F1041" w:rsidP="001F1041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Mie </w:t>
      </w:r>
      <w:proofErr w:type="spellStart"/>
      <w:r w:rsidRPr="001F1041">
        <w:rPr>
          <w:lang w:val="nb-NO"/>
        </w:rPr>
        <w:t>hämmästyin</w:t>
      </w:r>
      <w:proofErr w:type="spellEnd"/>
      <w:r w:rsidRPr="001F1041">
        <w:rPr>
          <w:lang w:val="nb-NO"/>
        </w:rPr>
        <w:t xml:space="preserve"> ja </w:t>
      </w:r>
      <w:proofErr w:type="spellStart"/>
      <w:r w:rsidRPr="001F1041">
        <w:rPr>
          <w:lang w:val="nb-NO"/>
        </w:rPr>
        <w:t>tulin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suruliseksi</w:t>
      </w:r>
      <w:proofErr w:type="spellEnd"/>
      <w:r>
        <w:rPr>
          <w:lang w:val="nb-NO"/>
        </w:rPr>
        <w:t xml:space="preserve"> </w:t>
      </w:r>
      <w:proofErr w:type="spellStart"/>
      <w:r w:rsidRPr="001F1041">
        <w:rPr>
          <w:lang w:val="nb-NO"/>
        </w:rPr>
        <w:t>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löysin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sieltä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kuolheita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kalloi</w:t>
      </w:r>
      <w:proofErr w:type="spellEnd"/>
      <w:r w:rsidRPr="001F1041">
        <w:rPr>
          <w:lang w:val="nb-NO"/>
        </w:rPr>
        <w:t xml:space="preserve">. </w:t>
      </w:r>
    </w:p>
    <w:p w14:paraId="49D10659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DF5E0BE" w14:textId="77777777" w:rsidR="000D3B94" w:rsidRDefault="000D3B94" w:rsidP="00CA1A1C">
      <w:pPr>
        <w:spacing w:after="0" w:line="240" w:lineRule="auto"/>
        <w:rPr>
          <w:lang w:val="nb-NO"/>
        </w:rPr>
      </w:pPr>
      <w:r>
        <w:rPr>
          <w:lang w:val="nb-NO"/>
        </w:rPr>
        <w:t>NILS PÅ RADIO:</w:t>
      </w:r>
    </w:p>
    <w:p w14:paraId="0A48E828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Nyt </w:t>
      </w:r>
      <w:proofErr w:type="spellStart"/>
      <w:r w:rsidRPr="001F1041">
        <w:rPr>
          <w:lang w:val="nb-NO"/>
        </w:rPr>
        <w:t>meilä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vielä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liikamuret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mikä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uhkaa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joven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kalloi</w:t>
      </w:r>
      <w:proofErr w:type="spellEnd"/>
      <w:r w:rsidRPr="001F1041">
        <w:rPr>
          <w:lang w:val="nb-NO"/>
        </w:rPr>
        <w:t>.</w:t>
      </w:r>
    </w:p>
    <w:p w14:paraId="6D0B48B9" w14:textId="2CBD9DC6" w:rsidR="00381126" w:rsidRDefault="00381126" w:rsidP="00381126">
      <w:pPr>
        <w:spacing w:after="0" w:line="240" w:lineRule="auto"/>
        <w:rPr>
          <w:lang w:val="nb-NO"/>
        </w:rPr>
      </w:pPr>
      <w:proofErr w:type="spellStart"/>
      <w:r w:rsidRPr="00381126">
        <w:rPr>
          <w:lang w:val="nb-NO"/>
        </w:rPr>
        <w:t>Oon</w:t>
      </w:r>
      <w:proofErr w:type="spellEnd"/>
      <w:r w:rsidRPr="00381126">
        <w:rPr>
          <w:lang w:val="nb-NO"/>
        </w:rPr>
        <w:t xml:space="preserve"> se nyt </w:t>
      </w:r>
      <w:proofErr w:type="spellStart"/>
      <w:r w:rsidRPr="00381126">
        <w:rPr>
          <w:lang w:val="nb-NO"/>
        </w:rPr>
        <w:t>aika</w:t>
      </w:r>
      <w:proofErr w:type="spellEnd"/>
      <w:r w:rsidRPr="00381126">
        <w:rPr>
          <w:lang w:val="nb-NO"/>
        </w:rPr>
        <w:t xml:space="preserve"> ette </w:t>
      </w:r>
      <w:proofErr w:type="spellStart"/>
      <w:r w:rsidRPr="00381126">
        <w:rPr>
          <w:lang w:val="nb-NO"/>
        </w:rPr>
        <w:t>kaikin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yhđessä</w:t>
      </w:r>
      <w:proofErr w:type="spellEnd"/>
      <w:r>
        <w:rPr>
          <w:lang w:val="nb-NO"/>
        </w:rPr>
        <w:t xml:space="preserve"> </w:t>
      </w:r>
      <w:proofErr w:type="spellStart"/>
      <w:r w:rsidRPr="00381126">
        <w:rPr>
          <w:lang w:val="nb-NO"/>
        </w:rPr>
        <w:t>freistaama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pelastaat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meiđän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joven</w:t>
      </w:r>
      <w:proofErr w:type="spellEnd"/>
      <w:r w:rsidRPr="00381126">
        <w:rPr>
          <w:lang w:val="nb-NO"/>
        </w:rPr>
        <w:t xml:space="preserve">. </w:t>
      </w:r>
    </w:p>
    <w:p w14:paraId="6DF712F5" w14:textId="77777777" w:rsidR="000D3B94" w:rsidRPr="001F1041" w:rsidRDefault="000D3B94" w:rsidP="00CA1A1C">
      <w:pPr>
        <w:spacing w:after="0" w:line="240" w:lineRule="auto"/>
        <w:rPr>
          <w:lang w:val="nb-NO"/>
        </w:rPr>
      </w:pPr>
    </w:p>
    <w:p w14:paraId="37CE00AB" w14:textId="77777777" w:rsidR="000D3B94" w:rsidRDefault="000D3B94" w:rsidP="00CA1A1C">
      <w:pPr>
        <w:spacing w:after="0" w:line="240" w:lineRule="auto"/>
      </w:pPr>
      <w:r>
        <w:t>AARON:</w:t>
      </w:r>
    </w:p>
    <w:p w14:paraId="7FC40081" w14:textId="77777777" w:rsidR="00381126" w:rsidRDefault="00381126" w:rsidP="00CA1A1C">
      <w:pPr>
        <w:spacing w:after="0" w:line="240" w:lineRule="auto"/>
      </w:pPr>
      <w:r w:rsidRPr="00381126">
        <w:t xml:space="preserve">Mie </w:t>
      </w:r>
      <w:proofErr w:type="spellStart"/>
      <w:r w:rsidRPr="00381126">
        <w:t>kuulin</w:t>
      </w:r>
      <w:proofErr w:type="spellEnd"/>
      <w:r w:rsidRPr="00381126">
        <w:t xml:space="preserve"> </w:t>
      </w:r>
      <w:proofErr w:type="spellStart"/>
      <w:r w:rsidRPr="00381126">
        <w:t>sinun</w:t>
      </w:r>
      <w:proofErr w:type="spellEnd"/>
      <w:r w:rsidRPr="00381126">
        <w:t xml:space="preserve"> </w:t>
      </w:r>
      <w:proofErr w:type="spellStart"/>
      <w:r w:rsidRPr="00381126">
        <w:t>raatiossa</w:t>
      </w:r>
      <w:proofErr w:type="spellEnd"/>
      <w:r w:rsidRPr="00381126">
        <w:t>, Nils!</w:t>
      </w:r>
    </w:p>
    <w:p w14:paraId="05A5E27F" w14:textId="77777777" w:rsidR="00381126" w:rsidRDefault="00381126" w:rsidP="00CA1A1C">
      <w:pPr>
        <w:spacing w:after="0" w:line="240" w:lineRule="auto"/>
        <w:rPr>
          <w:lang w:val="nb-NO"/>
        </w:rPr>
      </w:pPr>
      <w:r w:rsidRPr="00381126">
        <w:rPr>
          <w:lang w:val="nb-NO"/>
        </w:rPr>
        <w:t xml:space="preserve">Mie </w:t>
      </w:r>
      <w:proofErr w:type="spellStart"/>
      <w:r w:rsidRPr="00381126">
        <w:rPr>
          <w:lang w:val="nb-NO"/>
        </w:rPr>
        <w:t>tulen</w:t>
      </w:r>
      <w:proofErr w:type="spellEnd"/>
      <w:r w:rsidRPr="00381126">
        <w:rPr>
          <w:lang w:val="nb-NO"/>
        </w:rPr>
        <w:t xml:space="preserve"> </w:t>
      </w:r>
      <w:proofErr w:type="spellStart"/>
      <w:proofErr w:type="gramStart"/>
      <w:r w:rsidRPr="00381126">
        <w:rPr>
          <w:lang w:val="nb-NO"/>
        </w:rPr>
        <w:t>kylhään</w:t>
      </w:r>
      <w:proofErr w:type="spellEnd"/>
      <w:r w:rsidRPr="00381126">
        <w:rPr>
          <w:lang w:val="nb-NO"/>
        </w:rPr>
        <w:t xml:space="preserve">  –</w:t>
      </w:r>
      <w:proofErr w:type="gramEnd"/>
      <w:r w:rsidRPr="00381126">
        <w:rPr>
          <w:lang w:val="nb-NO"/>
        </w:rPr>
        <w:t xml:space="preserve"> olen </w:t>
      </w:r>
      <w:proofErr w:type="spellStart"/>
      <w:r w:rsidRPr="00381126">
        <w:rPr>
          <w:lang w:val="nb-NO"/>
        </w:rPr>
        <w:t>ostanu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pyssipiletin</w:t>
      </w:r>
      <w:proofErr w:type="spellEnd"/>
      <w:r w:rsidRPr="00381126">
        <w:rPr>
          <w:lang w:val="nb-NO"/>
        </w:rPr>
        <w:t>!</w:t>
      </w:r>
    </w:p>
    <w:p w14:paraId="57957EDA" w14:textId="7475ECE1" w:rsidR="00C545AE" w:rsidRPr="000D3B94" w:rsidRDefault="00C545AE" w:rsidP="00CA1A1C">
      <w:pPr>
        <w:spacing w:after="0" w:line="240" w:lineRule="auto"/>
        <w:rPr>
          <w:lang w:val="nb-NO"/>
        </w:rPr>
      </w:pPr>
    </w:p>
    <w:sectPr w:rsidR="00C545AE" w:rsidRPr="000D3B94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A5F82" w14:textId="77777777" w:rsidR="00F40375" w:rsidRDefault="00F40375" w:rsidP="00CA1A1C">
      <w:pPr>
        <w:spacing w:after="0" w:line="240" w:lineRule="auto"/>
      </w:pPr>
      <w:r>
        <w:separator/>
      </w:r>
    </w:p>
  </w:endnote>
  <w:endnote w:type="continuationSeparator" w:id="0">
    <w:p w14:paraId="4EB7F4F1" w14:textId="77777777" w:rsidR="00F40375" w:rsidRDefault="00F40375" w:rsidP="00CA1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163890352"/>
      <w:docPartObj>
        <w:docPartGallery w:val="Page Numbers (Bottom of Page)"/>
        <w:docPartUnique/>
      </w:docPartObj>
    </w:sdtPr>
    <w:sdtContent>
      <w:p w14:paraId="76D7EEC6" w14:textId="18522705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261DAF2" w14:textId="77777777" w:rsidR="00CA1A1C" w:rsidRDefault="00CA1A1C" w:rsidP="00CA1A1C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2137986440"/>
      <w:docPartObj>
        <w:docPartGallery w:val="Page Numbers (Bottom of Page)"/>
        <w:docPartUnique/>
      </w:docPartObj>
    </w:sdtPr>
    <w:sdtContent>
      <w:p w14:paraId="21050508" w14:textId="016B7D9A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AA4FECF" w14:textId="77777777" w:rsidR="00CA1A1C" w:rsidRDefault="00CA1A1C" w:rsidP="00CA1A1C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7B69E" w14:textId="77777777" w:rsidR="00F40375" w:rsidRDefault="00F40375" w:rsidP="00CA1A1C">
      <w:pPr>
        <w:spacing w:after="0" w:line="240" w:lineRule="auto"/>
      </w:pPr>
      <w:r>
        <w:separator/>
      </w:r>
    </w:p>
  </w:footnote>
  <w:footnote w:type="continuationSeparator" w:id="0">
    <w:p w14:paraId="005752B8" w14:textId="77777777" w:rsidR="00F40375" w:rsidRDefault="00F40375" w:rsidP="00CA1A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4789354">
    <w:abstractNumId w:val="8"/>
  </w:num>
  <w:num w:numId="2" w16cid:durableId="690958310">
    <w:abstractNumId w:val="6"/>
  </w:num>
  <w:num w:numId="3" w16cid:durableId="1830441198">
    <w:abstractNumId w:val="5"/>
  </w:num>
  <w:num w:numId="4" w16cid:durableId="241110222">
    <w:abstractNumId w:val="4"/>
  </w:num>
  <w:num w:numId="5" w16cid:durableId="502857794">
    <w:abstractNumId w:val="7"/>
  </w:num>
  <w:num w:numId="6" w16cid:durableId="865290430">
    <w:abstractNumId w:val="3"/>
  </w:num>
  <w:num w:numId="7" w16cid:durableId="381441628">
    <w:abstractNumId w:val="2"/>
  </w:num>
  <w:num w:numId="8" w16cid:durableId="1798599124">
    <w:abstractNumId w:val="1"/>
  </w:num>
  <w:num w:numId="9" w16cid:durableId="211879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3B94"/>
    <w:rsid w:val="001255E5"/>
    <w:rsid w:val="0015074B"/>
    <w:rsid w:val="001F1041"/>
    <w:rsid w:val="00261E84"/>
    <w:rsid w:val="0029639D"/>
    <w:rsid w:val="00324D9D"/>
    <w:rsid w:val="00326F90"/>
    <w:rsid w:val="00366BEB"/>
    <w:rsid w:val="00381126"/>
    <w:rsid w:val="006409A0"/>
    <w:rsid w:val="00A426FB"/>
    <w:rsid w:val="00AA1D8D"/>
    <w:rsid w:val="00B47730"/>
    <w:rsid w:val="00C545AE"/>
    <w:rsid w:val="00CA1A1C"/>
    <w:rsid w:val="00CB0664"/>
    <w:rsid w:val="00CF5447"/>
    <w:rsid w:val="00F40375"/>
    <w:rsid w:val="00FC693F"/>
    <w:rsid w:val="00FD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592BCE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CA1A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256</Words>
  <Characters>1359</Characters>
  <Application>Microsoft Office Word</Application>
  <DocSecurity>0</DocSecurity>
  <Lines>11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2025-12-02T12:38:00Z</dcterms:created>
  <dcterms:modified xsi:type="dcterms:W3CDTF">2025-12-02T12:40:00Z</dcterms:modified>
  <cp:category/>
</cp:coreProperties>
</file>