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DBEADA" w14:textId="39C19B4A" w:rsidR="00E32A31" w:rsidRPr="00E32A31" w:rsidRDefault="00B26A29" w:rsidP="00E32A31">
      <w:pPr>
        <w:spacing w:after="0" w:line="240" w:lineRule="auto"/>
        <w:rPr>
          <w:b/>
          <w:bCs/>
          <w:lang w:val="nb-NO"/>
        </w:rPr>
      </w:pPr>
      <w:r>
        <w:rPr>
          <w:b/>
          <w:bCs/>
          <w:lang w:val="nb-NO"/>
        </w:rPr>
        <w:t>KVENSK</w:t>
      </w:r>
      <w:r w:rsidR="00E32A31" w:rsidRPr="00E32A31">
        <w:rPr>
          <w:b/>
          <w:bCs/>
          <w:lang w:val="nb-NO"/>
        </w:rPr>
        <w:t xml:space="preserve"> DIALOGMANUS, EPISODE 8</w:t>
      </w:r>
    </w:p>
    <w:p w14:paraId="64553221" w14:textId="77777777" w:rsidR="00C20BF2" w:rsidRDefault="00C20BF2" w:rsidP="00E32A31">
      <w:pPr>
        <w:spacing w:after="0" w:line="240" w:lineRule="auto"/>
        <w:rPr>
          <w:b/>
          <w:bCs/>
          <w:lang w:val="nb-NO"/>
        </w:rPr>
      </w:pPr>
      <w:r w:rsidRPr="00C20BF2">
        <w:rPr>
          <w:b/>
          <w:bCs/>
          <w:lang w:val="nb-NO"/>
        </w:rPr>
        <w:t xml:space="preserve">Sinni </w:t>
      </w:r>
    </w:p>
    <w:p w14:paraId="5B8B6829" w14:textId="77777777" w:rsidR="00E32A31" w:rsidRPr="00E32A31" w:rsidRDefault="00E32A31" w:rsidP="00E32A31">
      <w:pPr>
        <w:spacing w:after="0" w:line="240" w:lineRule="auto"/>
        <w:rPr>
          <w:b/>
          <w:bCs/>
          <w:lang w:val="nb-NO"/>
        </w:rPr>
      </w:pPr>
    </w:p>
    <w:p w14:paraId="0606817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 xml:space="preserve">KAISA: </w:t>
      </w:r>
    </w:p>
    <w:p w14:paraId="4152D31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Päivää</w:t>
      </w:r>
      <w:proofErr w:type="spellEnd"/>
      <w:r w:rsidRPr="00C20BF2">
        <w:rPr>
          <w:lang w:val="nb-NO"/>
        </w:rPr>
        <w:t xml:space="preserve">! </w:t>
      </w:r>
    </w:p>
    <w:p w14:paraId="16643BB1" w14:textId="77777777" w:rsidR="00E32A31" w:rsidRDefault="00E32A31" w:rsidP="00E32A31">
      <w:pPr>
        <w:spacing w:after="0" w:line="240" w:lineRule="auto"/>
        <w:rPr>
          <w:i/>
          <w:lang w:val="nb-NO"/>
        </w:rPr>
      </w:pPr>
    </w:p>
    <w:p w14:paraId="66CAED50" w14:textId="712F2C2A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C172486" w14:textId="6244C8E8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>!</w:t>
      </w:r>
    </w:p>
    <w:p w14:paraId="1EE120DE" w14:textId="43968DA2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Päivää</w:t>
      </w:r>
      <w:proofErr w:type="spellEnd"/>
      <w:r w:rsidRPr="00E32A31">
        <w:rPr>
          <w:lang w:val="nb-NO"/>
        </w:rPr>
        <w:t xml:space="preserve"> Kaisa.</w:t>
      </w:r>
      <w:r w:rsidRPr="00E32A31">
        <w:rPr>
          <w:lang w:val="nb-NO"/>
        </w:rPr>
        <w:br/>
      </w:r>
    </w:p>
    <w:p w14:paraId="0AD36F0D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0EDA2A4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D8D67E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sulla </w:t>
      </w:r>
      <w:proofErr w:type="spellStart"/>
      <w:r w:rsidRPr="00C20BF2">
        <w:rPr>
          <w:lang w:val="nb-NO"/>
        </w:rPr>
        <w:t>rollii</w:t>
      </w:r>
      <w:proofErr w:type="spellEnd"/>
      <w:r w:rsidRPr="00C20BF2">
        <w:rPr>
          <w:lang w:val="nb-NO"/>
        </w:rPr>
        <w:t xml:space="preserve"> mulle? </w:t>
      </w:r>
    </w:p>
    <w:p w14:paraId="642596F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11CC1BF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3BAC8D03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Tervettulemaa</w:t>
      </w:r>
      <w:proofErr w:type="spellEnd"/>
      <w:r w:rsidRPr="00C20BF2">
        <w:rPr>
          <w:lang w:val="nb-NO"/>
        </w:rPr>
        <w:t xml:space="preserve">, Kaisa. </w:t>
      </w:r>
    </w:p>
    <w:p w14:paraId="4A5F29C5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Meilä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kyllä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rolli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jokhaiselle</w:t>
      </w:r>
      <w:proofErr w:type="spellEnd"/>
      <w:r w:rsidRPr="00C20BF2">
        <w:rPr>
          <w:lang w:val="nb-NO"/>
        </w:rPr>
        <w:t xml:space="preserve">. </w:t>
      </w:r>
    </w:p>
    <w:p w14:paraId="6EDC942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EB87177" w14:textId="34E5CC54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6344394A" w14:textId="77777777" w:rsidR="00C20BF2" w:rsidRPr="00C20BF2" w:rsidRDefault="00C20BF2" w:rsidP="00C20BF2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Mie </w:t>
      </w:r>
      <w:proofErr w:type="spellStart"/>
      <w:r w:rsidRPr="00C20BF2">
        <w:rPr>
          <w:lang w:val="nb-NO"/>
        </w:rPr>
        <w:t>halluun</w:t>
      </w:r>
      <w:proofErr w:type="spellEnd"/>
      <w:r w:rsidRPr="00C20BF2">
        <w:rPr>
          <w:lang w:val="nb-NO"/>
        </w:rPr>
        <w:t xml:space="preserve"> olla </w:t>
      </w:r>
      <w:proofErr w:type="spellStart"/>
      <w:r w:rsidRPr="00C20BF2">
        <w:rPr>
          <w:lang w:val="nb-NO"/>
        </w:rPr>
        <w:t>myötä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miekkataistelussa</w:t>
      </w:r>
      <w:proofErr w:type="spellEnd"/>
      <w:r w:rsidRPr="00C20BF2">
        <w:rPr>
          <w:lang w:val="nb-NO"/>
        </w:rPr>
        <w:t xml:space="preserve">, </w:t>
      </w:r>
    </w:p>
    <w:p w14:paraId="7F4FCDFC" w14:textId="77777777" w:rsidR="00C20BF2" w:rsidRDefault="00C20BF2" w:rsidP="00C20BF2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tykkään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kickboksingista</w:t>
      </w:r>
      <w:proofErr w:type="spellEnd"/>
      <w:r w:rsidRPr="00C20BF2">
        <w:rPr>
          <w:lang w:val="nb-NO"/>
        </w:rPr>
        <w:t xml:space="preserve"> ja sen </w:t>
      </w:r>
      <w:proofErr w:type="spellStart"/>
      <w:r w:rsidRPr="00C20BF2">
        <w:rPr>
          <w:lang w:val="nb-NO"/>
        </w:rPr>
        <w:t>semmoisesta</w:t>
      </w:r>
      <w:proofErr w:type="spellEnd"/>
      <w:r w:rsidRPr="00C20BF2">
        <w:rPr>
          <w:lang w:val="nb-NO"/>
        </w:rPr>
        <w:t xml:space="preserve">. </w:t>
      </w:r>
    </w:p>
    <w:p w14:paraId="182A663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D9FD427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667D942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Varo</w:t>
      </w:r>
      <w:proofErr w:type="spellEnd"/>
      <w:r w:rsidRPr="00C20BF2">
        <w:rPr>
          <w:lang w:val="nb-NO"/>
        </w:rPr>
        <w:t xml:space="preserve">, </w:t>
      </w:r>
      <w:proofErr w:type="spellStart"/>
      <w:r w:rsidRPr="00C20BF2">
        <w:rPr>
          <w:lang w:val="nb-NO"/>
        </w:rPr>
        <w:t>varo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vähän</w:t>
      </w:r>
      <w:proofErr w:type="spellEnd"/>
      <w:r>
        <w:rPr>
          <w:lang w:val="nb-NO"/>
        </w:rPr>
        <w:t>.</w:t>
      </w:r>
    </w:p>
    <w:p w14:paraId="4CB60695" w14:textId="04E7205F" w:rsidR="00C20BF2" w:rsidRDefault="00C20BF2" w:rsidP="00C20BF2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Met </w:t>
      </w:r>
      <w:proofErr w:type="spellStart"/>
      <w:r w:rsidRPr="00C20BF2">
        <w:rPr>
          <w:lang w:val="nb-NO"/>
        </w:rPr>
        <w:t>emmä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tappele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täälä</w:t>
      </w:r>
      <w:proofErr w:type="spellEnd"/>
      <w:r w:rsidRPr="00C20BF2">
        <w:rPr>
          <w:lang w:val="nb-NO"/>
        </w:rPr>
        <w:t xml:space="preserve">, met </w:t>
      </w:r>
      <w:proofErr w:type="spellStart"/>
      <w:r w:rsidRPr="00C20BF2">
        <w:rPr>
          <w:lang w:val="nb-NO"/>
        </w:rPr>
        <w:t>tyhä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pellaama</w:t>
      </w:r>
      <w:proofErr w:type="spellEnd"/>
      <w:r w:rsidRPr="00C20BF2">
        <w:rPr>
          <w:lang w:val="nb-NO"/>
        </w:rPr>
        <w:t xml:space="preserve"> taistelemista. </w:t>
      </w:r>
    </w:p>
    <w:p w14:paraId="0FE643FC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DEA26B3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1D7B1702" w14:textId="77777777" w:rsidR="00C20BF2" w:rsidRDefault="00C20BF2" w:rsidP="00E32A31">
      <w:pPr>
        <w:spacing w:after="0" w:line="240" w:lineRule="auto"/>
        <w:rPr>
          <w:lang w:val="nb-NO"/>
        </w:rPr>
      </w:pPr>
      <w:r w:rsidRPr="00C20BF2">
        <w:rPr>
          <w:lang w:val="nb-NO"/>
        </w:rPr>
        <w:t xml:space="preserve">Sama mulle. </w:t>
      </w:r>
    </w:p>
    <w:p w14:paraId="31DE6718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Taistelu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taistelu</w:t>
      </w:r>
      <w:proofErr w:type="spellEnd"/>
      <w:r w:rsidRPr="00C20BF2">
        <w:rPr>
          <w:lang w:val="nb-NO"/>
        </w:rPr>
        <w:t>.</w:t>
      </w:r>
    </w:p>
    <w:p w14:paraId="527245F5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90B9D9A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641182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2856FDC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309EC99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39106F1A" w14:textId="4FE29C64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Tuossa</w:t>
      </w:r>
      <w:proofErr w:type="spellEnd"/>
      <w:r w:rsidRPr="00E32A31">
        <w:rPr>
          <w:lang w:val="nb-NO"/>
        </w:rPr>
        <w:t>.</w:t>
      </w:r>
      <w:r w:rsidRPr="00E32A31">
        <w:rPr>
          <w:lang w:val="nb-NO"/>
        </w:rPr>
        <w:br/>
      </w:r>
    </w:p>
    <w:p w14:paraId="6DCC62A4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54ACA2A8" w14:textId="77777777" w:rsidR="00E32A31" w:rsidRPr="00013DB1" w:rsidRDefault="00E32A31" w:rsidP="00E32A31">
      <w:pPr>
        <w:spacing w:after="0" w:line="240" w:lineRule="auto"/>
      </w:pPr>
      <w:r w:rsidRPr="00013DB1">
        <w:t>MAIA:</w:t>
      </w:r>
    </w:p>
    <w:p w14:paraId="6A9B96B0" w14:textId="77777777" w:rsidR="00C20BF2" w:rsidRP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062717C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piđit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ottaat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vaarin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siitä</w:t>
      </w:r>
      <w:proofErr w:type="spellEnd"/>
      <w:r w:rsidRPr="00C20BF2">
        <w:rPr>
          <w:lang w:val="nb-NO"/>
        </w:rPr>
        <w:t xml:space="preserve">! </w:t>
      </w:r>
    </w:p>
    <w:p w14:paraId="66C65ED7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lupasit</w:t>
      </w:r>
      <w:proofErr w:type="spellEnd"/>
      <w:r w:rsidRPr="00C20BF2">
        <w:rPr>
          <w:lang w:val="nb-NO"/>
        </w:rPr>
        <w:t xml:space="preserve">! </w:t>
      </w:r>
    </w:p>
    <w:p w14:paraId="603BAEA0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CA71DB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5A76B36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piđät</w:t>
      </w:r>
      <w:proofErr w:type="spellEnd"/>
      <w:r w:rsidRPr="00C20BF2">
        <w:rPr>
          <w:lang w:val="nb-NO"/>
        </w:rPr>
        <w:t xml:space="preserve"> olla </w:t>
      </w:r>
      <w:proofErr w:type="spellStart"/>
      <w:r w:rsidRPr="00C20BF2">
        <w:rPr>
          <w:lang w:val="nb-NO"/>
        </w:rPr>
        <w:t>defensiivinen</w:t>
      </w:r>
      <w:proofErr w:type="spellEnd"/>
      <w:r w:rsidRPr="00C20BF2">
        <w:rPr>
          <w:lang w:val="nb-NO"/>
        </w:rPr>
        <w:t xml:space="preserve">, Kaisa. </w:t>
      </w:r>
    </w:p>
    <w:p w14:paraId="252020C7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piđät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liikkuut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takakäsin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eli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ympäri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ringissä</w:t>
      </w:r>
      <w:proofErr w:type="spellEnd"/>
      <w:r w:rsidRPr="00C20BF2">
        <w:rPr>
          <w:lang w:val="nb-NO"/>
        </w:rPr>
        <w:t xml:space="preserve">. </w:t>
      </w:r>
    </w:p>
    <w:p w14:paraId="1E618B8D" w14:textId="1F336E00" w:rsidR="00C20BF2" w:rsidRDefault="00C20BF2" w:rsidP="00C20BF2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Freistaa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löyttäät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sisäisen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voiman</w:t>
      </w:r>
      <w:proofErr w:type="spellEnd"/>
      <w:r w:rsidRPr="00C20BF2">
        <w:rPr>
          <w:lang w:val="nb-NO"/>
        </w:rPr>
        <w:t xml:space="preserve">, ette </w:t>
      </w:r>
      <w:proofErr w:type="spellStart"/>
      <w:r w:rsidRPr="00C20BF2">
        <w:rPr>
          <w:lang w:val="nb-NO"/>
        </w:rPr>
        <w:t>pystyt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sanomhaan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vastaan</w:t>
      </w:r>
      <w:proofErr w:type="spellEnd"/>
      <w:r w:rsidRPr="00C20BF2">
        <w:rPr>
          <w:lang w:val="nb-NO"/>
        </w:rPr>
        <w:t>.</w:t>
      </w:r>
    </w:p>
    <w:p w14:paraId="4C46F21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68831B31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76389BD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lastRenderedPageBreak/>
        <w:t>Tämähän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aivan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järjetöntä</w:t>
      </w:r>
      <w:proofErr w:type="spellEnd"/>
      <w:r w:rsidRPr="00C20BF2">
        <w:rPr>
          <w:lang w:val="nb-NO"/>
        </w:rPr>
        <w:t xml:space="preserve">! </w:t>
      </w:r>
    </w:p>
    <w:p w14:paraId="2C6DAE01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?! </w:t>
      </w:r>
    </w:p>
    <w:p w14:paraId="5170D798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10BD60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520D00AB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Niin</w:t>
      </w:r>
      <w:proofErr w:type="spellEnd"/>
      <w:r w:rsidRPr="00C20BF2">
        <w:rPr>
          <w:lang w:val="nb-NO"/>
        </w:rPr>
        <w:t xml:space="preserve">, </w:t>
      </w:r>
      <w:proofErr w:type="spellStart"/>
      <w:r w:rsidRPr="00C20BF2">
        <w:rPr>
          <w:lang w:val="nb-NO"/>
        </w:rPr>
        <w:t>mutta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se </w:t>
      </w:r>
      <w:proofErr w:type="spellStart"/>
      <w:r w:rsidRPr="00C20BF2">
        <w:rPr>
          <w:lang w:val="nb-NO"/>
        </w:rPr>
        <w:t>sitä</w:t>
      </w:r>
      <w:proofErr w:type="spellEnd"/>
      <w:r w:rsidRPr="00C20BF2">
        <w:rPr>
          <w:lang w:val="nb-NO"/>
        </w:rPr>
        <w:t xml:space="preserve">? </w:t>
      </w:r>
    </w:p>
    <w:p w14:paraId="2E18A05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Tahi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oonko</w:t>
      </w:r>
      <w:proofErr w:type="spellEnd"/>
      <w:r w:rsidRPr="00C20BF2">
        <w:rPr>
          <w:lang w:val="nb-NO"/>
        </w:rPr>
        <w:t xml:space="preserve"> se </w:t>
      </w:r>
      <w:proofErr w:type="spellStart"/>
      <w:r w:rsidRPr="00C20BF2">
        <w:rPr>
          <w:lang w:val="nb-NO"/>
        </w:rPr>
        <w:t>vain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järjettämyyđen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illusuunii</w:t>
      </w:r>
      <w:proofErr w:type="spellEnd"/>
      <w:r w:rsidRPr="00C20BF2">
        <w:rPr>
          <w:lang w:val="nb-NO"/>
        </w:rPr>
        <w:t xml:space="preserve">? </w:t>
      </w:r>
    </w:p>
    <w:p w14:paraId="371156AF" w14:textId="3DD4F754" w:rsidR="00356C56" w:rsidRDefault="00E32A31" w:rsidP="00E32A31">
      <w:pPr>
        <w:spacing w:after="0" w:line="240" w:lineRule="auto"/>
        <w:rPr>
          <w:i/>
          <w:lang w:val="nb-NO"/>
        </w:rPr>
      </w:pPr>
      <w:r>
        <w:rPr>
          <w:lang w:val="nb-NO"/>
        </w:rPr>
        <w:t xml:space="preserve">No, </w:t>
      </w:r>
      <w:proofErr w:type="spellStart"/>
      <w:r w:rsidR="00C20BF2" w:rsidRPr="00C20BF2">
        <w:rPr>
          <w:lang w:val="nb-NO"/>
        </w:rPr>
        <w:t>löyđä</w:t>
      </w:r>
      <w:proofErr w:type="spellEnd"/>
      <w:r w:rsidR="00C20BF2" w:rsidRPr="00C20BF2">
        <w:rPr>
          <w:lang w:val="nb-NO"/>
        </w:rPr>
        <w:t xml:space="preserve"> nyt </w:t>
      </w:r>
      <w:proofErr w:type="spellStart"/>
      <w:r w:rsidR="00C20BF2" w:rsidRPr="00C20BF2">
        <w:rPr>
          <w:lang w:val="nb-NO"/>
        </w:rPr>
        <w:t>sinun</w:t>
      </w:r>
      <w:proofErr w:type="spellEnd"/>
      <w:r w:rsidR="00C20BF2" w:rsidRPr="00C20BF2">
        <w:rPr>
          <w:lang w:val="nb-NO"/>
        </w:rPr>
        <w:t xml:space="preserve"> </w:t>
      </w:r>
      <w:proofErr w:type="spellStart"/>
      <w:r w:rsidR="00C20BF2" w:rsidRPr="00C20BF2">
        <w:rPr>
          <w:lang w:val="nb-NO"/>
        </w:rPr>
        <w:t>sisäisen</w:t>
      </w:r>
      <w:proofErr w:type="spellEnd"/>
      <w:r w:rsidR="00C20BF2" w:rsidRPr="00C20BF2">
        <w:rPr>
          <w:lang w:val="nb-NO"/>
        </w:rPr>
        <w:t xml:space="preserve"> </w:t>
      </w:r>
      <w:proofErr w:type="spellStart"/>
      <w:r w:rsidR="00C20BF2" w:rsidRPr="00C20BF2">
        <w:rPr>
          <w:lang w:val="nb-NO"/>
        </w:rPr>
        <w:t>voiman</w:t>
      </w:r>
      <w:proofErr w:type="spellEnd"/>
      <w:r w:rsidR="00C20BF2" w:rsidRPr="00C20BF2">
        <w:rPr>
          <w:lang w:val="nb-NO"/>
        </w:rPr>
        <w:t xml:space="preserve">, </w:t>
      </w:r>
      <w:proofErr w:type="spellStart"/>
      <w:r w:rsidR="00C20BF2" w:rsidRPr="00C20BF2">
        <w:rPr>
          <w:lang w:val="nb-NO"/>
        </w:rPr>
        <w:t>sinnin</w:t>
      </w:r>
      <w:proofErr w:type="spellEnd"/>
      <w:r w:rsidR="00C20BF2" w:rsidRPr="00C20BF2">
        <w:rPr>
          <w:lang w:val="nb-NO"/>
        </w:rPr>
        <w:t>, Kaisa!</w:t>
      </w:r>
      <w:r w:rsidRPr="00E32A31">
        <w:rPr>
          <w:lang w:val="nb-NO"/>
        </w:rPr>
        <w:br/>
      </w:r>
    </w:p>
    <w:p w14:paraId="2ABC4ED9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EA3641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1FA245B3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2F58A97D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8C068DC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Enämen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voimaa</w:t>
      </w:r>
      <w:proofErr w:type="spellEnd"/>
      <w:r w:rsidRPr="00C20BF2">
        <w:rPr>
          <w:lang w:val="nb-NO"/>
        </w:rPr>
        <w:t xml:space="preserve">! </w:t>
      </w:r>
    </w:p>
    <w:p w14:paraId="5A8003EB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6FBA7EE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4BF0279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733654D5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06616E76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1790404A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Enämen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voimaa</w:t>
      </w:r>
      <w:proofErr w:type="spellEnd"/>
      <w:r w:rsidRPr="00C20BF2">
        <w:rPr>
          <w:lang w:val="nb-NO"/>
        </w:rPr>
        <w:t>!</w:t>
      </w:r>
    </w:p>
    <w:p w14:paraId="41CCA238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24CDF69F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425F8FEF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63235689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5DBBB0FE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63D4498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Nouđa</w:t>
      </w:r>
      <w:proofErr w:type="spellEnd"/>
      <w:r w:rsidRPr="00C20BF2">
        <w:rPr>
          <w:lang w:val="nb-NO"/>
        </w:rPr>
        <w:t xml:space="preserve"> sen </w:t>
      </w:r>
      <w:proofErr w:type="spellStart"/>
      <w:r w:rsidRPr="00C20BF2">
        <w:rPr>
          <w:lang w:val="nb-NO"/>
        </w:rPr>
        <w:t>ulos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ittestästi</w:t>
      </w:r>
      <w:proofErr w:type="spellEnd"/>
      <w:r w:rsidRPr="00C20BF2">
        <w:rPr>
          <w:lang w:val="nb-NO"/>
        </w:rPr>
        <w:t xml:space="preserve">! </w:t>
      </w:r>
    </w:p>
    <w:p w14:paraId="042F00F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75F1AFCD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58842239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?</w:t>
      </w:r>
    </w:p>
    <w:p w14:paraId="1BFD9064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99919E0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4E2F73F6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Tuntekkaa</w:t>
      </w:r>
      <w:proofErr w:type="spellEnd"/>
      <w:r w:rsidRPr="00C20BF2">
        <w:rPr>
          <w:lang w:val="nb-NO"/>
        </w:rPr>
        <w:t xml:space="preserve"> kunka </w:t>
      </w:r>
      <w:proofErr w:type="spellStart"/>
      <w:r w:rsidRPr="00C20BF2">
        <w:rPr>
          <w:lang w:val="nb-NO"/>
        </w:rPr>
        <w:t>energia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paaroilee</w:t>
      </w:r>
      <w:proofErr w:type="spellEnd"/>
      <w:r w:rsidRPr="00C20BF2">
        <w:rPr>
          <w:lang w:val="nb-NO"/>
        </w:rPr>
        <w:t xml:space="preserve">. </w:t>
      </w:r>
    </w:p>
    <w:p w14:paraId="688A312F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12E30229" w14:textId="6A0FB653" w:rsidR="00E32A31" w:rsidRPr="00E32A31" w:rsidRDefault="00E32A31" w:rsidP="00E32A31">
      <w:pPr>
        <w:spacing w:after="0" w:line="240" w:lineRule="auto"/>
      </w:pPr>
      <w:r>
        <w:t>MAIA</w:t>
      </w:r>
      <w:r w:rsidRPr="00E32A31">
        <w:t>:</w:t>
      </w:r>
    </w:p>
    <w:p w14:paraId="6D04F231" w14:textId="77777777" w:rsidR="00C20BF2" w:rsidRP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minun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 xml:space="preserve">? </w:t>
      </w:r>
    </w:p>
    <w:p w14:paraId="3A609B0E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piđit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ottaat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vaarin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siitä</w:t>
      </w:r>
      <w:proofErr w:type="spellEnd"/>
      <w:r w:rsidRPr="00C20BF2">
        <w:rPr>
          <w:lang w:val="nb-NO"/>
        </w:rPr>
        <w:t xml:space="preserve">! </w:t>
      </w:r>
    </w:p>
    <w:p w14:paraId="7B173030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Sie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lupasit</w:t>
      </w:r>
      <w:proofErr w:type="spellEnd"/>
      <w:r w:rsidRPr="00C20BF2">
        <w:rPr>
          <w:lang w:val="nb-NO"/>
        </w:rPr>
        <w:t>!</w:t>
      </w:r>
    </w:p>
    <w:p w14:paraId="51FD16C4" w14:textId="77777777" w:rsidR="00C20BF2" w:rsidRDefault="00C20BF2" w:rsidP="00E32A31">
      <w:pPr>
        <w:spacing w:after="0" w:line="240" w:lineRule="auto"/>
        <w:rPr>
          <w:lang w:val="nb-NO"/>
        </w:rPr>
      </w:pPr>
      <w:proofErr w:type="spellStart"/>
      <w:r w:rsidRPr="00C20BF2">
        <w:rPr>
          <w:lang w:val="nb-NO"/>
        </w:rPr>
        <w:t>Missä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ilma</w:t>
      </w:r>
      <w:proofErr w:type="spellEnd"/>
      <w:r w:rsidRPr="00C20BF2">
        <w:rPr>
          <w:lang w:val="nb-NO"/>
        </w:rPr>
        <w:t xml:space="preserve"> </w:t>
      </w:r>
      <w:proofErr w:type="spellStart"/>
      <w:r w:rsidRPr="00C20BF2">
        <w:rPr>
          <w:lang w:val="nb-NO"/>
        </w:rPr>
        <w:t>oon</w:t>
      </w:r>
      <w:proofErr w:type="spellEnd"/>
      <w:r w:rsidRPr="00C20BF2">
        <w:rPr>
          <w:lang w:val="nb-NO"/>
        </w:rPr>
        <w:t>!</w:t>
      </w:r>
      <w:proofErr w:type="spellStart"/>
    </w:p>
    <w:p w14:paraId="15C421C6" w14:textId="77777777" w:rsidR="00561E5F" w:rsidRDefault="00561E5F" w:rsidP="00E32A31">
      <w:pPr>
        <w:spacing w:after="0" w:line="240" w:lineRule="auto"/>
        <w:rPr>
          <w:lang w:val="nb-NO"/>
        </w:rPr>
      </w:pPr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lupasit</w:t>
      </w:r>
      <w:proofErr w:type="spellEnd"/>
      <w:r w:rsidRPr="00561E5F">
        <w:rPr>
          <w:lang w:val="nb-NO"/>
        </w:rPr>
        <w:t xml:space="preserve">! </w:t>
      </w:r>
    </w:p>
    <w:p w14:paraId="36CB2B1D" w14:textId="77777777" w:rsidR="00E32A31" w:rsidRDefault="00E32A31" w:rsidP="00E32A31">
      <w:pPr>
        <w:spacing w:after="0" w:line="240" w:lineRule="auto"/>
      </w:pPr>
    </w:p>
    <w:p w14:paraId="4014DD9B" w14:textId="6BB91799" w:rsidR="00E32A31" w:rsidRPr="00E32A31" w:rsidRDefault="00E32A31" w:rsidP="00E32A31">
      <w:pPr>
        <w:spacing w:after="0" w:line="240" w:lineRule="auto"/>
      </w:pPr>
      <w:proofErr w:type="spellStart"/>
      <w:r w:rsidRPr="00E32A31">
        <w:t>KAISA</w:t>
      </w:r>
      <w:proofErr w:type="spellEnd"/>
      <w:r w:rsidRPr="00E32A31">
        <w:t xml:space="preserve">: </w:t>
      </w:r>
    </w:p>
    <w:p w14:paraId="0DA8CD8D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Missä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minun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ilma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oon</w:t>
      </w:r>
      <w:proofErr w:type="spellEnd"/>
      <w:r w:rsidRPr="00561E5F">
        <w:rPr>
          <w:lang w:val="nb-NO"/>
        </w:rPr>
        <w:t>?!</w:t>
      </w:r>
    </w:p>
    <w:p w14:paraId="24FE68C6" w14:textId="77777777" w:rsidR="00E32A31" w:rsidRDefault="00E32A31" w:rsidP="00E32A31">
      <w:pPr>
        <w:spacing w:after="0" w:line="240" w:lineRule="auto"/>
        <w:rPr>
          <w:lang w:val="nb-NO"/>
        </w:rPr>
      </w:pPr>
    </w:p>
    <w:p w14:paraId="4F064261" w14:textId="77777777" w:rsidR="00E32A31" w:rsidRPr="00E32A31" w:rsidRDefault="00E32A31" w:rsidP="00E32A31">
      <w:pPr>
        <w:spacing w:after="0" w:line="240" w:lineRule="auto"/>
        <w:rPr>
          <w:iCs/>
          <w:lang w:val="nb-NO"/>
        </w:rPr>
      </w:pPr>
      <w:r>
        <w:rPr>
          <w:iCs/>
          <w:lang w:val="nb-NO"/>
        </w:rPr>
        <w:t xml:space="preserve">TEATERLEDER: </w:t>
      </w:r>
    </w:p>
    <w:p w14:paraId="7585F7DA" w14:textId="77777777" w:rsidR="00561E5F" w:rsidRDefault="00561E5F" w:rsidP="00E32A31">
      <w:pPr>
        <w:spacing w:after="0" w:line="240" w:lineRule="auto"/>
        <w:rPr>
          <w:lang w:val="nb-NO"/>
        </w:rPr>
      </w:pPr>
      <w:r w:rsidRPr="00561E5F">
        <w:rPr>
          <w:lang w:val="nb-NO"/>
        </w:rPr>
        <w:t xml:space="preserve">Kaisa, </w:t>
      </w:r>
      <w:proofErr w:type="spellStart"/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piđät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tyhä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pelata</w:t>
      </w:r>
      <w:proofErr w:type="spellEnd"/>
      <w:r w:rsidRPr="00561E5F">
        <w:rPr>
          <w:lang w:val="nb-NO"/>
        </w:rPr>
        <w:t xml:space="preserve">! </w:t>
      </w:r>
    </w:p>
    <w:p w14:paraId="64080697" w14:textId="77777777" w:rsidR="00E32A31" w:rsidRPr="00E32A31" w:rsidRDefault="00E32A31" w:rsidP="00E32A31">
      <w:pPr>
        <w:spacing w:after="0" w:line="240" w:lineRule="auto"/>
        <w:rPr>
          <w:lang w:val="nb-NO"/>
        </w:rPr>
      </w:pPr>
    </w:p>
    <w:p w14:paraId="6B35C82B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KAISA:</w:t>
      </w:r>
    </w:p>
    <w:p w14:paraId="2DF986DD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Maija</w:t>
      </w:r>
      <w:proofErr w:type="spellEnd"/>
      <w:r w:rsidRPr="00561E5F">
        <w:rPr>
          <w:lang w:val="nb-NO"/>
        </w:rPr>
        <w:t xml:space="preserve">, </w:t>
      </w:r>
      <w:proofErr w:type="spellStart"/>
      <w:r w:rsidRPr="00561E5F">
        <w:rPr>
          <w:lang w:val="nb-NO"/>
        </w:rPr>
        <w:t>antheeksi</w:t>
      </w:r>
      <w:proofErr w:type="spellEnd"/>
      <w:r w:rsidRPr="00561E5F">
        <w:rPr>
          <w:lang w:val="nb-NO"/>
        </w:rPr>
        <w:t xml:space="preserve">! </w:t>
      </w:r>
    </w:p>
    <w:p w14:paraId="73DE027C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Menneekö</w:t>
      </w:r>
      <w:proofErr w:type="spellEnd"/>
      <w:r w:rsidRPr="00561E5F">
        <w:rPr>
          <w:lang w:val="nb-NO"/>
        </w:rPr>
        <w:t xml:space="preserve"> </w:t>
      </w:r>
      <w:proofErr w:type="spellStart"/>
      <w:r w:rsidRPr="00561E5F">
        <w:rPr>
          <w:lang w:val="nb-NO"/>
        </w:rPr>
        <w:t>hyvin</w:t>
      </w:r>
      <w:proofErr w:type="spellEnd"/>
      <w:r w:rsidRPr="00561E5F">
        <w:rPr>
          <w:lang w:val="nb-NO"/>
        </w:rPr>
        <w:t xml:space="preserve">? </w:t>
      </w:r>
    </w:p>
    <w:p w14:paraId="0C530C1C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lastRenderedPageBreak/>
        <w:t>Antheeksi</w:t>
      </w:r>
      <w:proofErr w:type="spellEnd"/>
      <w:r w:rsidRPr="00561E5F">
        <w:rPr>
          <w:lang w:val="nb-NO"/>
        </w:rPr>
        <w:t xml:space="preserve">, </w:t>
      </w:r>
      <w:proofErr w:type="spellStart"/>
      <w:r w:rsidRPr="00561E5F">
        <w:rPr>
          <w:lang w:val="nb-NO"/>
        </w:rPr>
        <w:t>Maija</w:t>
      </w:r>
      <w:proofErr w:type="spellEnd"/>
      <w:r w:rsidRPr="00561E5F">
        <w:rPr>
          <w:lang w:val="nb-NO"/>
        </w:rPr>
        <w:t>!</w:t>
      </w:r>
    </w:p>
    <w:p w14:paraId="6D9CC7D2" w14:textId="77777777" w:rsidR="00561E5F" w:rsidRDefault="00561E5F" w:rsidP="00E32A31">
      <w:pPr>
        <w:spacing w:after="0" w:line="240" w:lineRule="auto"/>
        <w:rPr>
          <w:i/>
          <w:lang w:val="nb-NO"/>
        </w:rPr>
      </w:pPr>
    </w:p>
    <w:p w14:paraId="5EE149F8" w14:textId="77777777" w:rsidR="00E32A31" w:rsidRDefault="00E32A31" w:rsidP="00E32A31">
      <w:pPr>
        <w:spacing w:after="0" w:line="240" w:lineRule="auto"/>
        <w:rPr>
          <w:lang w:val="nb-NO"/>
        </w:rPr>
      </w:pPr>
      <w:r>
        <w:rPr>
          <w:lang w:val="nb-NO"/>
        </w:rPr>
        <w:t>MAIA:</w:t>
      </w:r>
    </w:p>
    <w:p w14:paraId="003FED54" w14:textId="77777777" w:rsidR="00561E5F" w:rsidRDefault="00561E5F" w:rsidP="00E32A31">
      <w:pPr>
        <w:spacing w:after="0" w:line="240" w:lineRule="auto"/>
        <w:rPr>
          <w:lang w:val="nb-NO"/>
        </w:rPr>
      </w:pPr>
      <w:proofErr w:type="spellStart"/>
      <w:r w:rsidRPr="00561E5F">
        <w:rPr>
          <w:lang w:val="nb-NO"/>
        </w:rPr>
        <w:t>Sie</w:t>
      </w:r>
      <w:proofErr w:type="spellEnd"/>
      <w:r w:rsidRPr="00561E5F">
        <w:rPr>
          <w:lang w:val="nb-NO"/>
        </w:rPr>
        <w:t xml:space="preserve"> veit multa </w:t>
      </w:r>
      <w:proofErr w:type="spellStart"/>
      <w:r w:rsidRPr="00561E5F">
        <w:rPr>
          <w:lang w:val="nb-NO"/>
        </w:rPr>
        <w:t>viimisen</w:t>
      </w:r>
      <w:proofErr w:type="spellEnd"/>
      <w:r w:rsidRPr="00561E5F">
        <w:rPr>
          <w:lang w:val="nb-NO"/>
        </w:rPr>
        <w:t xml:space="preserve"> hengen. </w:t>
      </w:r>
    </w:p>
    <w:p w14:paraId="33AF75B0" w14:textId="7C901079" w:rsidR="00356C56" w:rsidRPr="00E32A31" w:rsidRDefault="00000000" w:rsidP="00E32A31">
      <w:pPr>
        <w:spacing w:after="0" w:line="240" w:lineRule="auto"/>
        <w:rPr>
          <w:lang w:val="nb-NO"/>
        </w:rPr>
      </w:pPr>
      <w:proofErr w:type="spellStart"/>
      <w:r w:rsidRPr="00E32A31">
        <w:rPr>
          <w:lang w:val="nb-NO"/>
        </w:rPr>
        <w:t>Maija</w:t>
      </w:r>
      <w:proofErr w:type="spellEnd"/>
      <w:r w:rsidRPr="00E32A31">
        <w:rPr>
          <w:lang w:val="nb-NO"/>
        </w:rPr>
        <w:t>!</w:t>
      </w:r>
      <w:r w:rsidRPr="00E32A31">
        <w:rPr>
          <w:lang w:val="nb-NO"/>
        </w:rPr>
        <w:br/>
      </w:r>
    </w:p>
    <w:p w14:paraId="59B0C5D5" w14:textId="03DFA7CF" w:rsidR="00356C56" w:rsidRPr="00E32A31" w:rsidRDefault="00356C56" w:rsidP="00E32A31">
      <w:pPr>
        <w:spacing w:after="0" w:line="240" w:lineRule="auto"/>
        <w:rPr>
          <w:lang w:val="nb-NO"/>
        </w:rPr>
      </w:pPr>
    </w:p>
    <w:sectPr w:rsidR="00356C56" w:rsidRPr="00E32A31" w:rsidSect="00034616">
      <w:footerReference w:type="even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90035D" w14:textId="77777777" w:rsidR="001A303A" w:rsidRDefault="001A303A" w:rsidP="00952505">
      <w:pPr>
        <w:spacing w:after="0" w:line="240" w:lineRule="auto"/>
      </w:pPr>
      <w:r>
        <w:separator/>
      </w:r>
    </w:p>
  </w:endnote>
  <w:endnote w:type="continuationSeparator" w:id="0">
    <w:p w14:paraId="6744AB39" w14:textId="77777777" w:rsidR="001A303A" w:rsidRDefault="001A303A" w:rsidP="009525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1479911635"/>
      <w:docPartObj>
        <w:docPartGallery w:val="Page Numbers (Bottom of Page)"/>
        <w:docPartUnique/>
      </w:docPartObj>
    </w:sdtPr>
    <w:sdtContent>
      <w:p w14:paraId="40597A23" w14:textId="3B94BB6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end"/>
        </w:r>
      </w:p>
    </w:sdtContent>
  </w:sdt>
  <w:p w14:paraId="558EBB9D" w14:textId="77777777" w:rsidR="00952505" w:rsidRDefault="00952505" w:rsidP="00952505">
    <w:pPr>
      <w:pStyle w:val="Bunn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Sidetall"/>
      </w:rPr>
      <w:id w:val="-2041885557"/>
      <w:docPartObj>
        <w:docPartGallery w:val="Page Numbers (Bottom of Page)"/>
        <w:docPartUnique/>
      </w:docPartObj>
    </w:sdtPr>
    <w:sdtContent>
      <w:p w14:paraId="58889742" w14:textId="40D77013" w:rsidR="00952505" w:rsidRDefault="00952505" w:rsidP="00731037">
        <w:pPr>
          <w:pStyle w:val="Bunntekst"/>
          <w:framePr w:wrap="none" w:vAnchor="text" w:hAnchor="margin" w:xAlign="right" w:y="1"/>
          <w:rPr>
            <w:rStyle w:val="Sidetall"/>
          </w:rPr>
        </w:pPr>
        <w:r>
          <w:rPr>
            <w:rStyle w:val="Sidetall"/>
          </w:rPr>
          <w:fldChar w:fldCharType="begin"/>
        </w:r>
        <w:r>
          <w:rPr>
            <w:rStyle w:val="Sidetall"/>
          </w:rPr>
          <w:instrText xml:space="preserve"> PAGE </w:instrText>
        </w:r>
        <w:r>
          <w:rPr>
            <w:rStyle w:val="Sidetall"/>
          </w:rPr>
          <w:fldChar w:fldCharType="separate"/>
        </w:r>
        <w:r>
          <w:rPr>
            <w:rStyle w:val="Sidetall"/>
            <w:noProof/>
          </w:rPr>
          <w:t>3</w:t>
        </w:r>
        <w:r>
          <w:rPr>
            <w:rStyle w:val="Sidetall"/>
          </w:rPr>
          <w:fldChar w:fldCharType="end"/>
        </w:r>
      </w:p>
    </w:sdtContent>
  </w:sdt>
  <w:p w14:paraId="6FB99690" w14:textId="77777777" w:rsidR="00952505" w:rsidRDefault="00952505" w:rsidP="00952505">
    <w:pPr>
      <w:pStyle w:val="Bunnteks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77FE57" w14:textId="77777777" w:rsidR="001A303A" w:rsidRDefault="001A303A" w:rsidP="00952505">
      <w:pPr>
        <w:spacing w:after="0" w:line="240" w:lineRule="auto"/>
      </w:pPr>
      <w:r>
        <w:separator/>
      </w:r>
    </w:p>
  </w:footnote>
  <w:footnote w:type="continuationSeparator" w:id="0">
    <w:p w14:paraId="114F9C71" w14:textId="77777777" w:rsidR="001A303A" w:rsidRDefault="001A303A" w:rsidP="009525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merertliste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merertliste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ktliste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ktliste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merertliste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ktliste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21909584">
    <w:abstractNumId w:val="8"/>
  </w:num>
  <w:num w:numId="2" w16cid:durableId="771969569">
    <w:abstractNumId w:val="6"/>
  </w:num>
  <w:num w:numId="3" w16cid:durableId="302122185">
    <w:abstractNumId w:val="5"/>
  </w:num>
  <w:num w:numId="4" w16cid:durableId="2096197579">
    <w:abstractNumId w:val="4"/>
  </w:num>
  <w:num w:numId="5" w16cid:durableId="444077753">
    <w:abstractNumId w:val="7"/>
  </w:num>
  <w:num w:numId="6" w16cid:durableId="937711408">
    <w:abstractNumId w:val="3"/>
  </w:num>
  <w:num w:numId="7" w16cid:durableId="928926812">
    <w:abstractNumId w:val="2"/>
  </w:num>
  <w:num w:numId="8" w16cid:durableId="1124080022">
    <w:abstractNumId w:val="1"/>
  </w:num>
  <w:num w:numId="9" w16cid:durableId="14737190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13DB1"/>
    <w:rsid w:val="00034616"/>
    <w:rsid w:val="0006063C"/>
    <w:rsid w:val="0015074B"/>
    <w:rsid w:val="001A303A"/>
    <w:rsid w:val="0029639D"/>
    <w:rsid w:val="00326F90"/>
    <w:rsid w:val="00356C56"/>
    <w:rsid w:val="00367DCC"/>
    <w:rsid w:val="00561E5F"/>
    <w:rsid w:val="00894B33"/>
    <w:rsid w:val="00952505"/>
    <w:rsid w:val="00AA1D8D"/>
    <w:rsid w:val="00AF094C"/>
    <w:rsid w:val="00B26A29"/>
    <w:rsid w:val="00B47730"/>
    <w:rsid w:val="00BB6F00"/>
    <w:rsid w:val="00C20BF2"/>
    <w:rsid w:val="00CB0664"/>
    <w:rsid w:val="00E32A3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8650D6C"/>
  <w14:defaultImageDpi w14:val="300"/>
  <w15:docId w15:val="{04AFF7EF-E43A-7446-9CBD-F75787E8B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E618BF"/>
  </w:style>
  <w:style w:type="paragraph" w:styleId="Bunntekst">
    <w:name w:val="footer"/>
    <w:basedOn w:val="Normal"/>
    <w:link w:val="BunntekstTegn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E618BF"/>
  </w:style>
  <w:style w:type="paragraph" w:styleId="Ingenmellomrom">
    <w:name w:val="No Spacing"/>
    <w:uiPriority w:val="1"/>
    <w:qFormat/>
    <w:rsid w:val="00FC693F"/>
    <w:pPr>
      <w:spacing w:after="0" w:line="240" w:lineRule="auto"/>
    </w:pPr>
  </w:style>
  <w:style w:type="character" w:customStyle="1" w:styleId="Overskrift1Tegn">
    <w:name w:val="Overskrift 1 Tegn"/>
    <w:basedOn w:val="Standardskriftforavsnitt"/>
    <w:link w:val="Overskrif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tel">
    <w:name w:val="Title"/>
    <w:basedOn w:val="Normal"/>
    <w:next w:val="Normal"/>
    <w:link w:val="TittelTegn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telTegn">
    <w:name w:val="Tittel Tegn"/>
    <w:basedOn w:val="Standardskriftforavsnitt"/>
    <w:link w:val="Tittel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Undertittel">
    <w:name w:val="Subtitle"/>
    <w:basedOn w:val="Normal"/>
    <w:next w:val="Normal"/>
    <w:link w:val="UndertittelTegn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UndertittelTegn">
    <w:name w:val="Undertittel Tegn"/>
    <w:basedOn w:val="Standardskriftforavsnitt"/>
    <w:link w:val="Undertittel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eavsnitt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rdtekst">
    <w:name w:val="Body Text"/>
    <w:basedOn w:val="Normal"/>
    <w:link w:val="BrdtekstTegn"/>
    <w:uiPriority w:val="99"/>
    <w:unhideWhenUsed/>
    <w:rsid w:val="00AA1D8D"/>
    <w:pPr>
      <w:spacing w:after="120"/>
    </w:pPr>
  </w:style>
  <w:style w:type="character" w:customStyle="1" w:styleId="BrdtekstTegn">
    <w:name w:val="Brødtekst Tegn"/>
    <w:basedOn w:val="Standardskriftforavsnitt"/>
    <w:link w:val="Brdtekst"/>
    <w:uiPriority w:val="99"/>
    <w:rsid w:val="00AA1D8D"/>
  </w:style>
  <w:style w:type="paragraph" w:styleId="Brdtekst2">
    <w:name w:val="Body Text 2"/>
    <w:basedOn w:val="Normal"/>
    <w:link w:val="Brdtekst2Tegn"/>
    <w:uiPriority w:val="99"/>
    <w:unhideWhenUsed/>
    <w:rsid w:val="00AA1D8D"/>
    <w:pPr>
      <w:spacing w:after="120" w:line="480" w:lineRule="auto"/>
    </w:pPr>
  </w:style>
  <w:style w:type="character" w:customStyle="1" w:styleId="Brdtekst2Tegn">
    <w:name w:val="Brødtekst 2 Tegn"/>
    <w:basedOn w:val="Standardskriftforavsnitt"/>
    <w:link w:val="Brdtekst2"/>
    <w:uiPriority w:val="99"/>
    <w:rsid w:val="00AA1D8D"/>
  </w:style>
  <w:style w:type="paragraph" w:styleId="Brdtekst3">
    <w:name w:val="Body Text 3"/>
    <w:basedOn w:val="Normal"/>
    <w:link w:val="Brdtekst3Tegn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rdtekst3Tegn">
    <w:name w:val="Brødtekst 3 Tegn"/>
    <w:basedOn w:val="Standardskriftforavsnitt"/>
    <w:link w:val="Brdtekst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Punktliste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Punktliste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Punktliste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Nummerertliste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Nummerertliste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Nummerertliste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-forts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-forts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-forts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krotekst">
    <w:name w:val="macro"/>
    <w:link w:val="MakrotekstTegn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tekstTegn">
    <w:name w:val="Makrotekst Tegn"/>
    <w:basedOn w:val="Standardskriftforavsnitt"/>
    <w:link w:val="Makrotekst"/>
    <w:uiPriority w:val="99"/>
    <w:rsid w:val="0029639D"/>
    <w:rPr>
      <w:rFonts w:ascii="Courier" w:hAnsi="Courier"/>
      <w:sz w:val="20"/>
      <w:szCs w:val="20"/>
    </w:rPr>
  </w:style>
  <w:style w:type="paragraph" w:styleId="Sitat">
    <w:name w:val="Quote"/>
    <w:basedOn w:val="Normal"/>
    <w:next w:val="Normal"/>
    <w:link w:val="SitatTegn"/>
    <w:uiPriority w:val="29"/>
    <w:qFormat/>
    <w:rsid w:val="00FC693F"/>
    <w:rPr>
      <w:i/>
      <w:iCs/>
      <w:color w:val="000000" w:themeColor="text1"/>
    </w:rPr>
  </w:style>
  <w:style w:type="character" w:customStyle="1" w:styleId="SitatTegn">
    <w:name w:val="Sitat Tegn"/>
    <w:basedOn w:val="Standardskriftforavsnitt"/>
    <w:link w:val="Sitat"/>
    <w:uiPriority w:val="29"/>
    <w:rsid w:val="00FC693F"/>
    <w:rPr>
      <w:i/>
      <w:iCs/>
      <w:color w:val="000000" w:themeColor="text1"/>
    </w:rPr>
  </w:style>
  <w:style w:type="character" w:customStyle="1" w:styleId="Overskrift4Tegn">
    <w:name w:val="Overskrift 4 Tegn"/>
    <w:basedOn w:val="Standardskriftforavsnitt"/>
    <w:link w:val="Overskrif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Overskrift5Tegn">
    <w:name w:val="Overskrift 5 Tegn"/>
    <w:basedOn w:val="Standardskriftforavsnitt"/>
    <w:link w:val="Overskrif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Overskrift6Tegn">
    <w:name w:val="Overskrift 6 Tegn"/>
    <w:basedOn w:val="Standardskriftforavsnitt"/>
    <w:link w:val="Overskrif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Overskrift7Tegn">
    <w:name w:val="Overskrift 7 Tegn"/>
    <w:basedOn w:val="Standardskriftforavsnitt"/>
    <w:link w:val="Overskrif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Overskrift8Tegn">
    <w:name w:val="Overskrift 8 Tegn"/>
    <w:basedOn w:val="Standardskriftforavsnitt"/>
    <w:link w:val="Overskrif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Overskrift9Tegn">
    <w:name w:val="Overskrift 9 Tegn"/>
    <w:basedOn w:val="Standardskriftforavsnitt"/>
    <w:link w:val="Overskrif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ildetekst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erk">
    <w:name w:val="Strong"/>
    <w:basedOn w:val="Standardskriftforavsnitt"/>
    <w:uiPriority w:val="22"/>
    <w:qFormat/>
    <w:rsid w:val="00FC693F"/>
    <w:rPr>
      <w:b/>
      <w:bCs/>
    </w:rPr>
  </w:style>
  <w:style w:type="character" w:styleId="Utheving">
    <w:name w:val="Emphasis"/>
    <w:basedOn w:val="Standardskriftforavsnitt"/>
    <w:uiPriority w:val="20"/>
    <w:qFormat/>
    <w:rsid w:val="00FC693F"/>
    <w:rPr>
      <w:i/>
      <w:iCs/>
    </w:rPr>
  </w:style>
  <w:style w:type="paragraph" w:styleId="Sterktsitat">
    <w:name w:val="Intense Quote"/>
    <w:basedOn w:val="Normal"/>
    <w:next w:val="Normal"/>
    <w:link w:val="SterktsitatTegn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SterktsitatTegn">
    <w:name w:val="Sterkt sitat Tegn"/>
    <w:basedOn w:val="Standardskriftforavsnitt"/>
    <w:link w:val="Sterktsitat"/>
    <w:uiPriority w:val="30"/>
    <w:rsid w:val="00FC693F"/>
    <w:rPr>
      <w:b/>
      <w:bCs/>
      <w:i/>
      <w:iCs/>
      <w:color w:val="4F81BD" w:themeColor="accent1"/>
    </w:rPr>
  </w:style>
  <w:style w:type="character" w:styleId="Svakutheving">
    <w:name w:val="Subtle Emphasis"/>
    <w:basedOn w:val="Standardskriftforavsnitt"/>
    <w:uiPriority w:val="19"/>
    <w:qFormat/>
    <w:rsid w:val="00FC693F"/>
    <w:rPr>
      <w:i/>
      <w:iCs/>
      <w:color w:val="808080" w:themeColor="text1" w:themeTint="7F"/>
    </w:rPr>
  </w:style>
  <w:style w:type="character" w:styleId="Sterkutheving">
    <w:name w:val="Intense Emphasis"/>
    <w:basedOn w:val="Standardskriftforavsnitt"/>
    <w:uiPriority w:val="21"/>
    <w:qFormat/>
    <w:rsid w:val="00FC693F"/>
    <w:rPr>
      <w:b/>
      <w:bCs/>
      <w:i/>
      <w:iCs/>
      <w:color w:val="4F81BD" w:themeColor="accent1"/>
    </w:rPr>
  </w:style>
  <w:style w:type="character" w:styleId="Svakreferanse">
    <w:name w:val="Subtle Reference"/>
    <w:basedOn w:val="Standardskriftforavsnitt"/>
    <w:uiPriority w:val="31"/>
    <w:qFormat/>
    <w:rsid w:val="00FC693F"/>
    <w:rPr>
      <w:smallCaps/>
      <w:color w:val="C0504D" w:themeColor="accent2"/>
      <w:u w:val="single"/>
    </w:rPr>
  </w:style>
  <w:style w:type="character" w:styleId="Sterkreferanse">
    <w:name w:val="Intense Reference"/>
    <w:basedOn w:val="Standardskriftforavsnit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ktittel">
    <w:name w:val="Book Title"/>
    <w:basedOn w:val="Standardskriftforavsnitt"/>
    <w:uiPriority w:val="33"/>
    <w:qFormat/>
    <w:rsid w:val="00FC693F"/>
    <w:rPr>
      <w:b/>
      <w:bCs/>
      <w:smallCaps/>
      <w:spacing w:val="5"/>
    </w:rPr>
  </w:style>
  <w:style w:type="paragraph" w:styleId="Overskriftforinnholdsfortegnelse">
    <w:name w:val="TOC Heading"/>
    <w:basedOn w:val="Overskrift1"/>
    <w:next w:val="Normal"/>
    <w:uiPriority w:val="39"/>
    <w:semiHidden/>
    <w:unhideWhenUsed/>
    <w:qFormat/>
    <w:rsid w:val="00FC693F"/>
    <w:pPr>
      <w:outlineLvl w:val="9"/>
    </w:pPr>
  </w:style>
  <w:style w:type="table" w:styleId="Tabellrutenett">
    <w:name w:val="Table Grid"/>
    <w:basedOn w:val="Vanligtabel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ysskyggelegging">
    <w:name w:val="Light Shading"/>
    <w:basedOn w:val="Vanligtabel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ysskyggelegginguthevingsfarge1">
    <w:name w:val="Light Shading Accent 1"/>
    <w:basedOn w:val="Vanligtabel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ysskyggelegginguthevingsfarge2">
    <w:name w:val="Light Shading Accent 2"/>
    <w:basedOn w:val="Vanligtabel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ysskyggelegginguthevingsfarge3">
    <w:name w:val="Light Shading Accent 3"/>
    <w:basedOn w:val="Vanligtabel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ysskyggelegginguthevingsfarge4">
    <w:name w:val="Light Shading Accent 4"/>
    <w:basedOn w:val="Vanligtabel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ysskyggelegginguthevingsfarge5">
    <w:name w:val="Light Shading Accent 5"/>
    <w:basedOn w:val="Vanligtabel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ysskyggelegginguthevingsfarge6">
    <w:name w:val="Light Shading Accent 6"/>
    <w:basedOn w:val="Vanligtabel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ysliste">
    <w:name w:val="Light List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yslisteuthevingsfarge1">
    <w:name w:val="Light List Accent 1"/>
    <w:basedOn w:val="Vanligtabel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yslisteuthevingsfarge2">
    <w:name w:val="Light List Accent 2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yslisteuthevingsfarge3">
    <w:name w:val="Light List Accent 3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yslisteuthevingsfarge4">
    <w:name w:val="Light List Accent 4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yslisteuthevingsfarge5">
    <w:name w:val="Light List Accent 5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yslisteuthevingsfarge6">
    <w:name w:val="Light List Accent 6"/>
    <w:basedOn w:val="Vanligtabel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ystrutenett">
    <w:name w:val="Light Grid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ystrutenettuthevingsfarge1">
    <w:name w:val="Light Grid Accent 1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ystrutenettuthevingsfarge2">
    <w:name w:val="Light Grid Accent 2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ystrutenettuthevingsfarge3">
    <w:name w:val="Light Grid Accent 3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ystrutenettuthevingsfarge4">
    <w:name w:val="Light Grid Accent 4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ystrutenettuthevingsfarge5">
    <w:name w:val="Light Grid Accent 5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ystrutenettuthevingsfarge6">
    <w:name w:val="Light Grid Accent 6"/>
    <w:basedOn w:val="Vanligtabel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iddelsskyggelegging1">
    <w:name w:val="Medium Shading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1">
    <w:name w:val="Medium Shading 1 Accent 1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2">
    <w:name w:val="Medium Shading 1 Accent 2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3">
    <w:name w:val="Medium Shading 1 Accent 3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4">
    <w:name w:val="Medium Shading 1 Accent 4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5">
    <w:name w:val="Medium Shading 1 Accent 5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1uthevingsfarge6">
    <w:name w:val="Medium Shading 1 Accent 6"/>
    <w:basedOn w:val="Vanligtabel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ddelsskyggelegging2">
    <w:name w:val="Medium Shading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1">
    <w:name w:val="Medium Shading 2 Accent 1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2">
    <w:name w:val="Medium Shading 2 Accent 2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3">
    <w:name w:val="Medium Shading 2 Accent 3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4">
    <w:name w:val="Medium Shading 2 Accent 4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5">
    <w:name w:val="Medium Shading 2 Accent 5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skyggelegging2uthevingsfarge6">
    <w:name w:val="Medium Shading 2 Accent 6"/>
    <w:basedOn w:val="Vanligtabel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ddelsliste1">
    <w:name w:val="Medium Lis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ddelsliste1uthevingsfarge1">
    <w:name w:val="Medium List 1 Accent 1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iddelsliste1uthevingsfarge2">
    <w:name w:val="Medium List 1 Accent 2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iddelsliste1uthevingsfarge3">
    <w:name w:val="Medium List 1 Accent 3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iddelsliste1uthevingsfarge4">
    <w:name w:val="Medium List 1 Accent 4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iddelsliste1uthevingsfarge5">
    <w:name w:val="Medium List 1 Accent 5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iddelsliste1uthevingsfarge6">
    <w:name w:val="Medium List 1 Accent 6"/>
    <w:basedOn w:val="Vanligtabel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iddelsliste2">
    <w:name w:val="Medium Lis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1">
    <w:name w:val="Medium List 2 Accent 1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2">
    <w:name w:val="Medium List 2 Accent 2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3">
    <w:name w:val="Medium List 2 Accent 3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4">
    <w:name w:val="Medium List 2 Accent 4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5">
    <w:name w:val="Medium List 2 Accent 5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liste2uthevingsfarge6">
    <w:name w:val="Medium List 2 Accent 6"/>
    <w:basedOn w:val="Vanligtabel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ddelsrutenett1">
    <w:name w:val="Medium Grid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ddelsrutenett1uthevingsfarge1">
    <w:name w:val="Medium Grid 1 Accent 1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iddelsrutenett1uthevingsfarge2">
    <w:name w:val="Medium Grid 1 Accent 2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iddelsrutenett1uthevingsfarge3">
    <w:name w:val="Medium Grid 1 Accent 3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iddelsrutenett1uthevingsfarge4">
    <w:name w:val="Medium Grid 1 Accent 4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iddelsrutenett1uthevingsfarge5">
    <w:name w:val="Medium Grid 1 Accent 5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iddelsrutenett1uthevingsfarge6">
    <w:name w:val="Medium Grid 1 Accent 6"/>
    <w:basedOn w:val="Vanligtabel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iddelsrutenett2">
    <w:name w:val="Medium Grid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1">
    <w:name w:val="Medium Grid 2 Accent 1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2">
    <w:name w:val="Medium Grid 2 Accent 2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3">
    <w:name w:val="Medium Grid 2 Accent 3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4">
    <w:name w:val="Medium Grid 2 Accent 4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5">
    <w:name w:val="Medium Grid 2 Accent 5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2uthevingsfarge6">
    <w:name w:val="Medium Grid 2 Accent 6"/>
    <w:basedOn w:val="Vanligtabel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ddelsrutenett3">
    <w:name w:val="Medium Grid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ddelsrutenett3uthevingsfarge1">
    <w:name w:val="Medium Grid 3 Accent 1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iddelsrutenett3uthevingsfarge2">
    <w:name w:val="Medium Grid 3 Accent 2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iddelsrutenett3uthevingsfarge3">
    <w:name w:val="Medium Grid 3 Accent 3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iddelsrutenett3uthevingsfarge4">
    <w:name w:val="Medium Grid 3 Accent 4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iddelsrutenett3uthevingsfarge5">
    <w:name w:val="Medium Grid 3 Accent 5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iddelsrutenett3uthevingsfarge6">
    <w:name w:val="Medium Grid 3 Accent 6"/>
    <w:basedOn w:val="Vanligtabel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Mrkliste">
    <w:name w:val="Dark List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Mrklisteuthevingsfarge1">
    <w:name w:val="Dark List Accent 1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Mrklisteuthevingsfarge2">
    <w:name w:val="Dark List Accent 2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Mrklisteuthevingsfarge3">
    <w:name w:val="Dark List Accent 3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Mrklisteuthevingsfarge4">
    <w:name w:val="Dark List Accent 4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Mrklisteuthevingsfarge5">
    <w:name w:val="Dark List Accent 5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Mrklisteuthevingsfarge6">
    <w:name w:val="Dark List Accent 6"/>
    <w:basedOn w:val="Vanligtabel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Fargerikskyggelegging">
    <w:name w:val="Colorful Shading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1">
    <w:name w:val="Colorful Shading Accent 1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2">
    <w:name w:val="Colorful Shading Accent 2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3">
    <w:name w:val="Colorful Shading Accent 3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skyggelegginguthevingsfarge4">
    <w:name w:val="Colorful Shading Accent 4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5">
    <w:name w:val="Colorful Shading Accent 5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skyggelegginguthevingsfarge6">
    <w:name w:val="Colorful Shading Accent 6"/>
    <w:basedOn w:val="Vanligtabel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gerikliste">
    <w:name w:val="Colorful List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geriklisteuthevingsfarge1">
    <w:name w:val="Colorful List Accent 1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Fargeriklisteuthevingsfarge2">
    <w:name w:val="Colorful List Accent 2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Fargeriklisteuthevingsfarge3">
    <w:name w:val="Colorful List Accent 3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Fargeriklisteuthevingsfarge4">
    <w:name w:val="Colorful List Accent 4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Fargeriklisteuthevingsfarge5">
    <w:name w:val="Colorful List Accent 5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Fargeriklisteuthevingsfarge6">
    <w:name w:val="Colorful List Accent 6"/>
    <w:basedOn w:val="Vanligtabel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Fargeriktrutenett">
    <w:name w:val="Colorful Grid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geriktrutenettuthevingsfarge1">
    <w:name w:val="Colorful Grid Accent 1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Fargeriktrutenettuthevingsfarge2">
    <w:name w:val="Colorful Grid Accent 2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Fargeriktrutenettuthevingsfarge3">
    <w:name w:val="Colorful Grid Accent 3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Fargeriktrutenettuthevingsfarge4">
    <w:name w:val="Colorful Grid Accent 4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Fargeriktrutenettuthevingsfarge5">
    <w:name w:val="Colorful Grid Accent 5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Fargeriktrutenettuthevingsfarge6">
    <w:name w:val="Colorful Grid Accent 6"/>
    <w:basedOn w:val="Vanligtabel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Sidetall">
    <w:name w:val="page number"/>
    <w:basedOn w:val="Standardskriftforavsnitt"/>
    <w:uiPriority w:val="99"/>
    <w:semiHidden/>
    <w:unhideWhenUsed/>
    <w:rsid w:val="009525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235</Words>
  <Characters>1246</Characters>
  <Application>Microsoft Office Word</Application>
  <DocSecurity>0</DocSecurity>
  <Lines>10</Lines>
  <Paragraphs>2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1479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Marianne Kleven</cp:lastModifiedBy>
  <cp:revision>3</cp:revision>
  <dcterms:created xsi:type="dcterms:W3CDTF">2025-12-02T13:28:00Z</dcterms:created>
  <dcterms:modified xsi:type="dcterms:W3CDTF">2025-12-02T13:30:00Z</dcterms:modified>
  <cp:category/>
</cp:coreProperties>
</file>