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CA210A" w14:textId="3D2CD488" w:rsidR="009C2A45" w:rsidRPr="009C2A45" w:rsidRDefault="00C61793" w:rsidP="009C2A45">
      <w:pPr>
        <w:spacing w:after="0" w:line="240" w:lineRule="auto"/>
        <w:rPr>
          <w:b/>
          <w:bCs/>
          <w:lang w:val="nb-NO"/>
        </w:rPr>
      </w:pPr>
      <w:r>
        <w:rPr>
          <w:b/>
          <w:bCs/>
          <w:lang w:val="nb-NO"/>
        </w:rPr>
        <w:t>K</w:t>
      </w:r>
      <w:r w:rsidR="007E798D">
        <w:rPr>
          <w:b/>
          <w:bCs/>
          <w:lang w:val="nb-NO"/>
        </w:rPr>
        <w:t>vensk</w:t>
      </w:r>
      <w:r w:rsidR="009C2A45" w:rsidRPr="009C2A45">
        <w:rPr>
          <w:b/>
          <w:bCs/>
          <w:lang w:val="nb-NO"/>
        </w:rPr>
        <w:t xml:space="preserve"> dialogmanus, episode 9</w:t>
      </w:r>
    </w:p>
    <w:p w14:paraId="44B8F056" w14:textId="77777777" w:rsidR="009C2A45" w:rsidRPr="009C2A45" w:rsidRDefault="009C2A45" w:rsidP="009C2A45">
      <w:pPr>
        <w:spacing w:after="0" w:line="240" w:lineRule="auto"/>
        <w:rPr>
          <w:b/>
          <w:bCs/>
          <w:lang w:val="nb-NO"/>
        </w:rPr>
      </w:pPr>
    </w:p>
    <w:p w14:paraId="18C749DB" w14:textId="77777777" w:rsidR="00D20C94" w:rsidRDefault="00D20C94" w:rsidP="009C2A45">
      <w:pPr>
        <w:spacing w:after="0" w:line="240" w:lineRule="auto"/>
        <w:rPr>
          <w:b/>
          <w:bCs/>
          <w:lang w:val="nb-NO"/>
        </w:rPr>
      </w:pPr>
      <w:proofErr w:type="spellStart"/>
      <w:r w:rsidRPr="00D20C94">
        <w:rPr>
          <w:b/>
          <w:bCs/>
          <w:lang w:val="nb-NO"/>
        </w:rPr>
        <w:t>Kesäfeeriä</w:t>
      </w:r>
      <w:proofErr w:type="spellEnd"/>
    </w:p>
    <w:p w14:paraId="1800FC73" w14:textId="77777777" w:rsidR="009C2A45" w:rsidRPr="009C2A45" w:rsidRDefault="009C2A45" w:rsidP="009C2A45">
      <w:pPr>
        <w:spacing w:after="0" w:line="240" w:lineRule="auto"/>
        <w:rPr>
          <w:lang w:val="nb-NO"/>
        </w:rPr>
      </w:pPr>
    </w:p>
    <w:p w14:paraId="16FB5BFA" w14:textId="77777777" w:rsidR="0033391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AARON: </w:t>
      </w:r>
    </w:p>
    <w:p w14:paraId="5F9726C9" w14:textId="77777777" w:rsidR="00D20C94" w:rsidRDefault="00D20C94" w:rsidP="009C2A45">
      <w:pPr>
        <w:spacing w:after="0" w:line="240" w:lineRule="auto"/>
        <w:rPr>
          <w:lang w:val="nb-NO"/>
        </w:rPr>
      </w:pPr>
      <w:r w:rsidRPr="00D20C94">
        <w:rPr>
          <w:lang w:val="nb-NO"/>
        </w:rPr>
        <w:t xml:space="preserve">Mie </w:t>
      </w:r>
      <w:proofErr w:type="spellStart"/>
      <w:r w:rsidRPr="00D20C94">
        <w:rPr>
          <w:lang w:val="nb-NO"/>
        </w:rPr>
        <w:t>iloitten</w:t>
      </w:r>
      <w:proofErr w:type="spellEnd"/>
      <w:r w:rsidRPr="00D20C94">
        <w:rPr>
          <w:lang w:val="nb-NO"/>
        </w:rPr>
        <w:t xml:space="preserve">. </w:t>
      </w:r>
      <w:proofErr w:type="spellStart"/>
      <w:r w:rsidRPr="00D20C94">
        <w:rPr>
          <w:lang w:val="nb-NO"/>
        </w:rPr>
        <w:t>Tulettako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minuu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vasthaan</w:t>
      </w:r>
      <w:proofErr w:type="spellEnd"/>
      <w:r w:rsidRPr="00D20C94">
        <w:rPr>
          <w:lang w:val="nb-NO"/>
        </w:rPr>
        <w:t>?</w:t>
      </w:r>
    </w:p>
    <w:p w14:paraId="4B1B9BBB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738EC608" w14:textId="7240B67D" w:rsidR="009C27FC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LÆRER:</w:t>
      </w:r>
    </w:p>
    <w:p w14:paraId="47500FF3" w14:textId="77777777" w:rsidR="009C27FC" w:rsidRPr="009C2A45" w:rsidRDefault="00000000" w:rsidP="009C2A45">
      <w:pPr>
        <w:spacing w:after="0" w:line="240" w:lineRule="auto"/>
        <w:rPr>
          <w:lang w:val="nb-NO"/>
        </w:rPr>
      </w:pPr>
      <w:proofErr w:type="spellStart"/>
      <w:r w:rsidRPr="009C2A45">
        <w:rPr>
          <w:lang w:val="nb-NO"/>
        </w:rPr>
        <w:t>Kiitos</w:t>
      </w:r>
      <w:proofErr w:type="spellEnd"/>
      <w:r w:rsidRPr="009C2A45">
        <w:rPr>
          <w:lang w:val="nb-NO"/>
        </w:rPr>
        <w:t>, wow!</w:t>
      </w:r>
    </w:p>
    <w:p w14:paraId="57F8D67E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Ok.</w:t>
      </w:r>
    </w:p>
    <w:p w14:paraId="0838B490" w14:textId="77777777" w:rsidR="00D20C94" w:rsidRDefault="00D20C94" w:rsidP="009C2A45">
      <w:pPr>
        <w:spacing w:after="0" w:line="240" w:lineRule="auto"/>
        <w:rPr>
          <w:lang w:val="nb-NO"/>
        </w:rPr>
      </w:pPr>
      <w:r w:rsidRPr="00D20C94">
        <w:rPr>
          <w:lang w:val="nb-NO"/>
        </w:rPr>
        <w:t xml:space="preserve">Mie olen </w:t>
      </w:r>
      <w:proofErr w:type="spellStart"/>
      <w:r w:rsidRPr="00D20C94">
        <w:rPr>
          <w:lang w:val="nb-NO"/>
        </w:rPr>
        <w:t>saanu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teiđän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raportit</w:t>
      </w:r>
      <w:proofErr w:type="spellEnd"/>
      <w:r w:rsidRPr="00D20C94">
        <w:rPr>
          <w:lang w:val="nb-NO"/>
        </w:rPr>
        <w:t xml:space="preserve">. </w:t>
      </w:r>
    </w:p>
    <w:p w14:paraId="2B092899" w14:textId="77777777" w:rsidR="00D20C94" w:rsidRDefault="00D20C94" w:rsidP="009C2A45">
      <w:pPr>
        <w:spacing w:after="0" w:line="240" w:lineRule="auto"/>
        <w:rPr>
          <w:lang w:val="nb-NO"/>
        </w:rPr>
      </w:pPr>
      <w:proofErr w:type="spellStart"/>
      <w:r w:rsidRPr="00D20C94">
        <w:rPr>
          <w:lang w:val="nb-NO"/>
        </w:rPr>
        <w:t>Kaikki</w:t>
      </w:r>
      <w:proofErr w:type="spellEnd"/>
      <w:r w:rsidRPr="00D20C94">
        <w:rPr>
          <w:lang w:val="nb-NO"/>
        </w:rPr>
        <w:t xml:space="preserve"> ei </w:t>
      </w:r>
      <w:proofErr w:type="spellStart"/>
      <w:r w:rsidRPr="00D20C94">
        <w:rPr>
          <w:lang w:val="nb-NO"/>
        </w:rPr>
        <w:t>jaksanheet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pyssyyt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poissa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sosiaalisista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meedioista</w:t>
      </w:r>
      <w:proofErr w:type="spellEnd"/>
    </w:p>
    <w:p w14:paraId="178FC2B5" w14:textId="77777777" w:rsidR="00D20C94" w:rsidRDefault="00D20C94" w:rsidP="009C2A45">
      <w:pPr>
        <w:spacing w:after="0" w:line="240" w:lineRule="auto"/>
        <w:rPr>
          <w:lang w:val="nb-NO"/>
        </w:rPr>
      </w:pPr>
      <w:proofErr w:type="spellStart"/>
      <w:r w:rsidRPr="00D20C94">
        <w:rPr>
          <w:lang w:val="nb-NO"/>
        </w:rPr>
        <w:t>Jokku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oon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painanheet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vahingossa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yhtä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äppii</w:t>
      </w:r>
      <w:proofErr w:type="spellEnd"/>
      <w:r w:rsidRPr="00D20C94">
        <w:rPr>
          <w:lang w:val="nb-NO"/>
        </w:rPr>
        <w:t>.</w:t>
      </w:r>
    </w:p>
    <w:p w14:paraId="480DAB83" w14:textId="77777777" w:rsidR="00D20C94" w:rsidRDefault="00D20C94" w:rsidP="009C2A45">
      <w:pPr>
        <w:spacing w:after="0" w:line="240" w:lineRule="auto"/>
        <w:rPr>
          <w:lang w:val="nb-NO"/>
        </w:rPr>
      </w:pPr>
      <w:proofErr w:type="spellStart"/>
      <w:r w:rsidRPr="00D20C94">
        <w:rPr>
          <w:lang w:val="nb-NO"/>
        </w:rPr>
        <w:t>Usheimat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oon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pärjänheet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koko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viikon</w:t>
      </w:r>
      <w:proofErr w:type="spellEnd"/>
      <w:r w:rsidRPr="00D20C94">
        <w:rPr>
          <w:lang w:val="nb-NO"/>
        </w:rPr>
        <w:t xml:space="preserve">. </w:t>
      </w:r>
    </w:p>
    <w:p w14:paraId="0B45B2E2" w14:textId="77777777" w:rsidR="00D20C94" w:rsidRDefault="00D20C94" w:rsidP="009C2A45">
      <w:pPr>
        <w:spacing w:after="0" w:line="240" w:lineRule="auto"/>
        <w:rPr>
          <w:lang w:val="nb-NO"/>
        </w:rPr>
      </w:pPr>
      <w:r w:rsidRPr="00D20C94">
        <w:rPr>
          <w:lang w:val="nb-NO"/>
        </w:rPr>
        <w:t xml:space="preserve">Mie </w:t>
      </w:r>
      <w:proofErr w:type="spellStart"/>
      <w:r w:rsidRPr="00D20C94">
        <w:rPr>
          <w:lang w:val="nb-NO"/>
        </w:rPr>
        <w:t>piđän</w:t>
      </w:r>
      <w:proofErr w:type="spellEnd"/>
      <w:r w:rsidRPr="00D20C94">
        <w:rPr>
          <w:lang w:val="nb-NO"/>
        </w:rPr>
        <w:t xml:space="preserve"> ette tet </w:t>
      </w:r>
      <w:proofErr w:type="spellStart"/>
      <w:r w:rsidRPr="00D20C94">
        <w:rPr>
          <w:lang w:val="nb-NO"/>
        </w:rPr>
        <w:t>oletta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olheet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hirmuiset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sepät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ko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oletta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ottanheet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tehtävän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niin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tođesti</w:t>
      </w:r>
      <w:proofErr w:type="spellEnd"/>
      <w:r w:rsidRPr="00D20C94">
        <w:rPr>
          <w:lang w:val="nb-NO"/>
        </w:rPr>
        <w:t>.</w:t>
      </w:r>
    </w:p>
    <w:p w14:paraId="70673190" w14:textId="77777777" w:rsidR="00D20C94" w:rsidRDefault="00D20C94" w:rsidP="009C2A45">
      <w:pPr>
        <w:spacing w:after="0" w:line="240" w:lineRule="auto"/>
        <w:rPr>
          <w:lang w:val="nb-NO"/>
        </w:rPr>
      </w:pPr>
      <w:proofErr w:type="spellStart"/>
      <w:r w:rsidRPr="00D20C94">
        <w:rPr>
          <w:lang w:val="nb-NO"/>
        </w:rPr>
        <w:t>Kaikki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saavat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palkinon</w:t>
      </w:r>
      <w:proofErr w:type="spellEnd"/>
      <w:r w:rsidRPr="00D20C94">
        <w:rPr>
          <w:lang w:val="nb-NO"/>
        </w:rPr>
        <w:t>.</w:t>
      </w:r>
    </w:p>
    <w:p w14:paraId="2B9F08B4" w14:textId="77777777" w:rsidR="00D20C94" w:rsidRDefault="00D20C94" w:rsidP="009C2A45">
      <w:pPr>
        <w:spacing w:after="0" w:line="240" w:lineRule="auto"/>
        <w:rPr>
          <w:lang w:val="nb-NO"/>
        </w:rPr>
      </w:pPr>
      <w:proofErr w:type="spellStart"/>
      <w:r w:rsidRPr="00D20C94">
        <w:rPr>
          <w:lang w:val="nb-NO"/>
        </w:rPr>
        <w:t>Muistelemma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vielä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meiđän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kokemuksista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ennen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ko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lähđemä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feeriälle</w:t>
      </w:r>
      <w:proofErr w:type="spellEnd"/>
      <w:r w:rsidRPr="00D20C94">
        <w:rPr>
          <w:lang w:val="nb-NO"/>
        </w:rPr>
        <w:t>.</w:t>
      </w:r>
    </w:p>
    <w:p w14:paraId="5BC4283D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599D6910" w14:textId="138938F4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MAIA:</w:t>
      </w:r>
    </w:p>
    <w:p w14:paraId="6509ABBA" w14:textId="77777777" w:rsidR="00D20C94" w:rsidRDefault="00D20C94" w:rsidP="009C2A45">
      <w:pPr>
        <w:spacing w:after="0" w:line="240" w:lineRule="auto"/>
        <w:rPr>
          <w:lang w:val="nb-NO"/>
        </w:rPr>
      </w:pPr>
      <w:r w:rsidRPr="00D20C94">
        <w:rPr>
          <w:lang w:val="nb-NO"/>
        </w:rPr>
        <w:t xml:space="preserve">Mulla </w:t>
      </w:r>
      <w:proofErr w:type="spellStart"/>
      <w:r w:rsidRPr="00D20C94">
        <w:rPr>
          <w:lang w:val="nb-NO"/>
        </w:rPr>
        <w:t>oli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tylsää</w:t>
      </w:r>
      <w:proofErr w:type="spellEnd"/>
      <w:r w:rsidRPr="00D20C94">
        <w:rPr>
          <w:lang w:val="nb-NO"/>
        </w:rPr>
        <w:t xml:space="preserve"> ja </w:t>
      </w:r>
      <w:proofErr w:type="spellStart"/>
      <w:r w:rsidRPr="00D20C94">
        <w:rPr>
          <w:lang w:val="nb-NO"/>
        </w:rPr>
        <w:t>painhaatin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vahingossa.</w:t>
      </w:r>
    </w:p>
    <w:p w14:paraId="1312BBCC" w14:textId="77777777" w:rsidR="009C27FC" w:rsidRDefault="009C27FC" w:rsidP="009C2A45">
      <w:pPr>
        <w:spacing w:after="0" w:line="240" w:lineRule="auto"/>
        <w:rPr>
          <w:lang w:val="nb-NO"/>
        </w:rPr>
      </w:pPr>
      <w:proofErr w:type="spellEnd"/>
    </w:p>
    <w:p w14:paraId="536125B8" w14:textId="010D4E27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LÆRER:</w:t>
      </w:r>
    </w:p>
    <w:p w14:paraId="50BB4990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Aha, </w:t>
      </w:r>
      <w:proofErr w:type="spellStart"/>
      <w:r w:rsidRPr="009C2A45">
        <w:rPr>
          <w:lang w:val="nb-NO"/>
        </w:rPr>
        <w:t>joo</w:t>
      </w:r>
      <w:proofErr w:type="spellEnd"/>
      <w:r w:rsidRPr="009C2A45">
        <w:rPr>
          <w:lang w:val="nb-NO"/>
        </w:rPr>
        <w:t>.</w:t>
      </w:r>
    </w:p>
    <w:p w14:paraId="35916609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0ABFDAC8" w14:textId="6D96ABDC" w:rsidR="00333915" w:rsidRPr="009C2A45" w:rsidRDefault="00333915" w:rsidP="009C2A45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100F37E7" w14:textId="77777777" w:rsidR="00D20C94" w:rsidRDefault="00D20C94" w:rsidP="009C2A45">
      <w:pPr>
        <w:spacing w:after="0" w:line="240" w:lineRule="auto"/>
        <w:rPr>
          <w:lang w:val="nb-NO"/>
        </w:rPr>
      </w:pPr>
      <w:proofErr w:type="spellStart"/>
      <w:r w:rsidRPr="00D20C94">
        <w:rPr>
          <w:lang w:val="nb-NO"/>
        </w:rPr>
        <w:t>Kuka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oon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pienii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vasten</w:t>
      </w:r>
      <w:proofErr w:type="spellEnd"/>
      <w:r w:rsidRPr="00D20C94">
        <w:rPr>
          <w:lang w:val="nb-NO"/>
        </w:rPr>
        <w:t>?</w:t>
      </w:r>
    </w:p>
    <w:p w14:paraId="1916F9AE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2759F83E" w14:textId="37745BBD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ELEVER:</w:t>
      </w:r>
    </w:p>
    <w:p w14:paraId="21753625" w14:textId="77777777" w:rsidR="009C27FC" w:rsidRPr="009C2A45" w:rsidRDefault="00000000" w:rsidP="009C2A45">
      <w:pPr>
        <w:spacing w:after="0" w:line="240" w:lineRule="auto"/>
        <w:rPr>
          <w:lang w:val="nb-NO"/>
        </w:rPr>
      </w:pPr>
      <w:proofErr w:type="spellStart"/>
      <w:r w:rsidRPr="009C2A45">
        <w:rPr>
          <w:lang w:val="nb-NO"/>
        </w:rPr>
        <w:t>Häh</w:t>
      </w:r>
      <w:proofErr w:type="spellEnd"/>
      <w:r w:rsidRPr="009C2A45">
        <w:rPr>
          <w:lang w:val="nb-NO"/>
        </w:rPr>
        <w:t xml:space="preserve">? </w:t>
      </w:r>
    </w:p>
    <w:p w14:paraId="3FE6BE27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4DCC925B" w14:textId="518C1F64" w:rsidR="00333915" w:rsidRPr="009C2A45" w:rsidRDefault="00333915" w:rsidP="009C2A45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3A92C089" w14:textId="77777777" w:rsidR="00D20C94" w:rsidRDefault="00D20C94" w:rsidP="009C2A45">
      <w:pPr>
        <w:spacing w:after="0" w:line="240" w:lineRule="auto"/>
        <w:rPr>
          <w:lang w:val="nb-NO"/>
        </w:rPr>
      </w:pPr>
      <w:r w:rsidRPr="00D20C94">
        <w:rPr>
          <w:lang w:val="nb-NO"/>
        </w:rPr>
        <w:t xml:space="preserve">Se </w:t>
      </w:r>
      <w:proofErr w:type="spellStart"/>
      <w:r w:rsidRPr="00D20C94">
        <w:rPr>
          <w:lang w:val="nb-NO"/>
        </w:rPr>
        <w:t>näyttää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siltä</w:t>
      </w:r>
      <w:proofErr w:type="spellEnd"/>
      <w:r w:rsidRPr="00D20C94">
        <w:rPr>
          <w:lang w:val="nb-NO"/>
        </w:rPr>
        <w:t xml:space="preserve"> ette </w:t>
      </w:r>
      <w:proofErr w:type="spellStart"/>
      <w:r w:rsidRPr="00D20C94">
        <w:rPr>
          <w:lang w:val="nb-NO"/>
        </w:rPr>
        <w:t>joku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olis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kattelu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vauvakampheita.</w:t>
      </w:r>
    </w:p>
    <w:p w14:paraId="42CA1FDE" w14:textId="77777777" w:rsidR="009C27FC" w:rsidRPr="009C2A45" w:rsidRDefault="009C27FC" w:rsidP="009C2A45">
      <w:pPr>
        <w:spacing w:after="0" w:line="240" w:lineRule="auto"/>
        <w:rPr>
          <w:lang w:val="nb-NO"/>
        </w:rPr>
      </w:pPr>
      <w:proofErr w:type="spellEnd"/>
    </w:p>
    <w:p w14:paraId="52B99106" w14:textId="77777777" w:rsidR="0033391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LÆRER: </w:t>
      </w:r>
    </w:p>
    <w:p w14:paraId="72C010CB" w14:textId="77777777" w:rsidR="00D20C94" w:rsidRDefault="00D20C94" w:rsidP="009C2A45">
      <w:pPr>
        <w:spacing w:after="0" w:line="240" w:lineRule="auto"/>
        <w:rPr>
          <w:lang w:val="nb-NO"/>
        </w:rPr>
      </w:pPr>
      <w:proofErr w:type="spellStart"/>
      <w:r w:rsidRPr="00D20C94">
        <w:rPr>
          <w:lang w:val="nb-NO"/>
        </w:rPr>
        <w:t>Niin</w:t>
      </w:r>
      <w:proofErr w:type="spellEnd"/>
      <w:r w:rsidRPr="00D20C94">
        <w:rPr>
          <w:lang w:val="nb-NO"/>
        </w:rPr>
        <w:t xml:space="preserve">, </w:t>
      </w:r>
      <w:proofErr w:type="spellStart"/>
      <w:r w:rsidRPr="00D20C94">
        <w:rPr>
          <w:lang w:val="nb-NO"/>
        </w:rPr>
        <w:t>ajattelemma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tätä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assiita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eđespäin.</w:t>
      </w:r>
    </w:p>
    <w:p w14:paraId="7FEFC5B5" w14:textId="77777777" w:rsidR="00D20C94" w:rsidRDefault="00D20C94" w:rsidP="009C2A45">
      <w:pPr>
        <w:spacing w:after="0" w:line="240" w:lineRule="auto"/>
        <w:rPr>
          <w:lang w:val="nb-NO"/>
        </w:rPr>
      </w:pPr>
      <w:r w:rsidRPr="00D20C94">
        <w:rPr>
          <w:lang w:val="nb-NO"/>
        </w:rPr>
        <w:t>Sosiaaliset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meediat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tiettäävät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meistä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paljon</w:t>
      </w:r>
      <w:proofErr w:type="spellEnd"/>
      <w:r w:rsidRPr="00D20C94">
        <w:rPr>
          <w:lang w:val="nb-NO"/>
        </w:rPr>
        <w:t xml:space="preserve">, ja </w:t>
      </w:r>
      <w:proofErr w:type="spellStart"/>
      <w:r w:rsidRPr="00D20C94">
        <w:rPr>
          <w:lang w:val="nb-NO"/>
        </w:rPr>
        <w:t>kans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aivan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privaattiita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assiita.</w:t>
      </w:r>
    </w:p>
    <w:p w14:paraId="5AE9C866" w14:textId="77777777" w:rsidR="00D20C94" w:rsidRDefault="00D20C94" w:rsidP="009C2A45">
      <w:pPr>
        <w:spacing w:after="0" w:line="240" w:lineRule="auto"/>
        <w:rPr>
          <w:lang w:val="nb-NO"/>
        </w:rPr>
      </w:pPr>
      <w:r w:rsidRPr="00D20C94">
        <w:rPr>
          <w:lang w:val="nb-NO"/>
        </w:rPr>
        <w:t>Mitä</w:t>
      </w:r>
      <w:proofErr w:type="spellEnd"/>
      <w:r w:rsidRPr="00D20C94">
        <w:rPr>
          <w:lang w:val="nb-NO"/>
        </w:rPr>
        <w:t xml:space="preserve"> se </w:t>
      </w:r>
      <w:proofErr w:type="spellStart"/>
      <w:r w:rsidRPr="00D20C94">
        <w:rPr>
          <w:lang w:val="nb-NO"/>
        </w:rPr>
        <w:t>tarkoittaa</w:t>
      </w:r>
      <w:proofErr w:type="spellEnd"/>
      <w:r w:rsidRPr="00D20C94">
        <w:rPr>
          <w:lang w:val="nb-NO"/>
        </w:rPr>
        <w:t xml:space="preserve">? </w:t>
      </w:r>
    </w:p>
    <w:p w14:paraId="7080F062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70CBCE7B" w14:textId="77777777" w:rsidR="0033391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ELEV: </w:t>
      </w:r>
    </w:p>
    <w:p w14:paraId="6F406A93" w14:textId="77777777" w:rsidR="00D20C94" w:rsidRDefault="00D20C94" w:rsidP="009C2A45">
      <w:pPr>
        <w:spacing w:after="0" w:line="240" w:lineRule="auto"/>
        <w:rPr>
          <w:lang w:val="nb-NO"/>
        </w:rPr>
      </w:pPr>
      <w:r w:rsidRPr="00D20C94">
        <w:rPr>
          <w:lang w:val="nb-NO"/>
        </w:rPr>
        <w:t xml:space="preserve">Ette </w:t>
      </w:r>
      <w:proofErr w:type="spellStart"/>
      <w:r w:rsidRPr="00D20C94">
        <w:rPr>
          <w:lang w:val="nb-NO"/>
        </w:rPr>
        <w:t>platformit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tienaavat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meiđän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persoonallisten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tiettoin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kautta</w:t>
      </w:r>
      <w:proofErr w:type="spellEnd"/>
      <w:r w:rsidRPr="00D20C94">
        <w:rPr>
          <w:lang w:val="nb-NO"/>
        </w:rPr>
        <w:t>.</w:t>
      </w:r>
    </w:p>
    <w:p w14:paraId="317B36DC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1F333E51" w14:textId="77777777" w:rsidR="0033391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KAISA: </w:t>
      </w:r>
    </w:p>
    <w:p w14:paraId="4AFB7B8E" w14:textId="77777777" w:rsidR="00D20C94" w:rsidRDefault="00D20C94" w:rsidP="009C2A45">
      <w:pPr>
        <w:spacing w:after="0" w:line="240" w:lineRule="auto"/>
        <w:rPr>
          <w:lang w:val="nb-NO"/>
        </w:rPr>
      </w:pPr>
      <w:r w:rsidRPr="00D20C94">
        <w:rPr>
          <w:lang w:val="nb-NO"/>
        </w:rPr>
        <w:t xml:space="preserve">Mie rakastan </w:t>
      </w:r>
      <w:proofErr w:type="spellStart"/>
      <w:r w:rsidRPr="00D20C94">
        <w:rPr>
          <w:lang w:val="nb-NO"/>
        </w:rPr>
        <w:t>viideoita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beibiistä</w:t>
      </w:r>
      <w:proofErr w:type="spellEnd"/>
      <w:r w:rsidRPr="00D20C94">
        <w:rPr>
          <w:lang w:val="nb-NO"/>
        </w:rPr>
        <w:t xml:space="preserve">, </w:t>
      </w:r>
      <w:proofErr w:type="spellStart"/>
      <w:r w:rsidRPr="00D20C94">
        <w:rPr>
          <w:lang w:val="nb-NO"/>
        </w:rPr>
        <w:t>pandakarhuista</w:t>
      </w:r>
      <w:proofErr w:type="spellEnd"/>
      <w:r w:rsidRPr="00D20C94">
        <w:rPr>
          <w:lang w:val="nb-NO"/>
        </w:rPr>
        <w:t xml:space="preserve"> ja sen </w:t>
      </w:r>
      <w:proofErr w:type="spellStart"/>
      <w:r w:rsidRPr="00D20C94">
        <w:rPr>
          <w:lang w:val="nb-NO"/>
        </w:rPr>
        <w:t>semmoisista.</w:t>
      </w:r>
    </w:p>
    <w:p w14:paraId="262D821D" w14:textId="77777777" w:rsidR="00D20C94" w:rsidRDefault="00D20C94" w:rsidP="009C2A45">
      <w:pPr>
        <w:spacing w:after="0" w:line="240" w:lineRule="auto"/>
        <w:rPr>
          <w:lang w:val="nb-NO"/>
        </w:rPr>
      </w:pPr>
      <w:r w:rsidRPr="00D20C94">
        <w:rPr>
          <w:lang w:val="nb-NO"/>
        </w:rPr>
        <w:t>Mutta</w:t>
      </w:r>
      <w:proofErr w:type="spellEnd"/>
      <w:r w:rsidRPr="00D20C94">
        <w:rPr>
          <w:lang w:val="nb-NO"/>
        </w:rPr>
        <w:t xml:space="preserve"> en </w:t>
      </w:r>
      <w:proofErr w:type="spellStart"/>
      <w:r w:rsidRPr="00D20C94">
        <w:rPr>
          <w:lang w:val="nb-NO"/>
        </w:rPr>
        <w:t>mie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kuitenkhaan</w:t>
      </w:r>
      <w:proofErr w:type="spellEnd"/>
      <w:r w:rsidRPr="00D20C94">
        <w:rPr>
          <w:lang w:val="nb-NO"/>
        </w:rPr>
        <w:t xml:space="preserve"> sen </w:t>
      </w:r>
      <w:proofErr w:type="spellStart"/>
      <w:r w:rsidRPr="00D20C94">
        <w:rPr>
          <w:lang w:val="nb-NO"/>
        </w:rPr>
        <w:t>tähđen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pienii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vasten</w:t>
      </w:r>
      <w:proofErr w:type="spellEnd"/>
      <w:r w:rsidRPr="00D20C94">
        <w:rPr>
          <w:lang w:val="nb-NO"/>
        </w:rPr>
        <w:t>.</w:t>
      </w:r>
    </w:p>
    <w:p w14:paraId="1A2FA6EE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3C4EEF42" w14:textId="01916FF8" w:rsidR="00333915" w:rsidRPr="00D20C94" w:rsidRDefault="00333915" w:rsidP="009C2A45">
      <w:pPr>
        <w:spacing w:after="0" w:line="240" w:lineRule="auto"/>
      </w:pPr>
      <w:r w:rsidRPr="00D20C94">
        <w:t>NILS:</w:t>
      </w:r>
    </w:p>
    <w:p w14:paraId="5E4E42AD" w14:textId="77777777" w:rsidR="00D20C94" w:rsidRPr="00D20C94" w:rsidRDefault="00D20C94" w:rsidP="009C2A45">
      <w:pPr>
        <w:spacing w:after="0" w:line="240" w:lineRule="auto"/>
      </w:pPr>
      <w:proofErr w:type="spellStart"/>
      <w:r w:rsidRPr="00D20C94">
        <w:t>Pandakarhut</w:t>
      </w:r>
      <w:proofErr w:type="spellEnd"/>
      <w:r w:rsidRPr="00D20C94">
        <w:t xml:space="preserve"> </w:t>
      </w:r>
      <w:proofErr w:type="spellStart"/>
      <w:r w:rsidRPr="00D20C94">
        <w:t>oon</w:t>
      </w:r>
      <w:proofErr w:type="spellEnd"/>
      <w:r w:rsidRPr="00D20C94">
        <w:t xml:space="preserve"> </w:t>
      </w:r>
      <w:proofErr w:type="spellStart"/>
      <w:r w:rsidRPr="00D20C94">
        <w:t>uhanalainen</w:t>
      </w:r>
      <w:proofErr w:type="spellEnd"/>
      <w:r w:rsidRPr="00D20C94">
        <w:t xml:space="preserve"> </w:t>
      </w:r>
      <w:proofErr w:type="spellStart"/>
      <w:r w:rsidRPr="00D20C94">
        <w:t>laji</w:t>
      </w:r>
      <w:proofErr w:type="spellEnd"/>
      <w:r w:rsidRPr="00D20C94">
        <w:t>…</w:t>
      </w:r>
    </w:p>
    <w:p w14:paraId="6906845E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3CCD1269" w14:textId="55875987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lastRenderedPageBreak/>
        <w:t>MAIA:</w:t>
      </w:r>
    </w:p>
    <w:p w14:paraId="74E92836" w14:textId="77777777" w:rsidR="00D20C94" w:rsidRDefault="00D20C94" w:rsidP="009C2A45">
      <w:pPr>
        <w:spacing w:after="0" w:line="240" w:lineRule="auto"/>
        <w:rPr>
          <w:lang w:val="nb-NO"/>
        </w:rPr>
      </w:pPr>
      <w:r w:rsidRPr="00D20C94">
        <w:rPr>
          <w:lang w:val="nb-NO"/>
        </w:rPr>
        <w:t xml:space="preserve">Ei nyt </w:t>
      </w:r>
      <w:proofErr w:type="spellStart"/>
      <w:r w:rsidRPr="00D20C94">
        <w:rPr>
          <w:lang w:val="nb-NO"/>
        </w:rPr>
        <w:t>ennää.</w:t>
      </w:r>
    </w:p>
    <w:p w14:paraId="5B4A739F" w14:textId="77777777" w:rsidR="00D20C94" w:rsidRDefault="00D20C94" w:rsidP="009C2A45">
      <w:pPr>
        <w:spacing w:after="0" w:line="240" w:lineRule="auto"/>
        <w:rPr>
          <w:lang w:val="nb-NO"/>
        </w:rPr>
      </w:pPr>
      <w:proofErr w:type="spellEnd"/>
      <w:r w:rsidRPr="00D20C94">
        <w:rPr>
          <w:lang w:val="nb-NO"/>
        </w:rPr>
        <w:t xml:space="preserve">Net </w:t>
      </w:r>
      <w:proofErr w:type="spellStart"/>
      <w:r w:rsidRPr="00D20C94">
        <w:rPr>
          <w:lang w:val="nb-NO"/>
        </w:rPr>
        <w:t>oon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pelastettu</w:t>
      </w:r>
      <w:proofErr w:type="spellEnd"/>
      <w:r w:rsidRPr="00D20C94">
        <w:rPr>
          <w:lang w:val="nb-NO"/>
        </w:rPr>
        <w:t>!</w:t>
      </w:r>
    </w:p>
    <w:p w14:paraId="314F8876" w14:textId="77777777" w:rsidR="00D20C94" w:rsidRDefault="00D20C94" w:rsidP="009C2A45">
      <w:pPr>
        <w:spacing w:after="0" w:line="240" w:lineRule="auto"/>
        <w:rPr>
          <w:lang w:val="nb-NO"/>
        </w:rPr>
      </w:pPr>
      <w:proofErr w:type="spellStart"/>
      <w:r w:rsidRPr="00D20C94">
        <w:rPr>
          <w:lang w:val="nb-NO"/>
        </w:rPr>
        <w:t>Eikä</w:t>
      </w:r>
      <w:proofErr w:type="spellEnd"/>
      <w:r w:rsidRPr="00D20C94">
        <w:rPr>
          <w:lang w:val="nb-NO"/>
        </w:rPr>
        <w:t xml:space="preserve"> se </w:t>
      </w:r>
      <w:proofErr w:type="spellStart"/>
      <w:r w:rsidRPr="00D20C94">
        <w:rPr>
          <w:lang w:val="nb-NO"/>
        </w:rPr>
        <w:t>kestäny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ko</w:t>
      </w:r>
      <w:proofErr w:type="spellEnd"/>
      <w:r w:rsidRPr="00D20C94">
        <w:rPr>
          <w:lang w:val="nb-NO"/>
        </w:rPr>
        <w:t xml:space="preserve"> 50 </w:t>
      </w:r>
      <w:proofErr w:type="spellStart"/>
      <w:r w:rsidRPr="00D20C94">
        <w:rPr>
          <w:lang w:val="nb-NO"/>
        </w:rPr>
        <w:t>vuotta</w:t>
      </w:r>
      <w:proofErr w:type="spellEnd"/>
      <w:r w:rsidRPr="00D20C94">
        <w:rPr>
          <w:lang w:val="nb-NO"/>
        </w:rPr>
        <w:t xml:space="preserve">! </w:t>
      </w:r>
    </w:p>
    <w:p w14:paraId="43A40634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23AC1184" w14:textId="02442DFE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2C4C66D6" w14:textId="77777777" w:rsidR="00D20C94" w:rsidRDefault="00D20C94" w:rsidP="009C2A45">
      <w:pPr>
        <w:spacing w:after="0" w:line="240" w:lineRule="auto"/>
        <w:rPr>
          <w:lang w:val="nb-NO"/>
        </w:rPr>
      </w:pPr>
      <w:proofErr w:type="spellStart"/>
      <w:r w:rsidRPr="00D20C94">
        <w:rPr>
          <w:lang w:val="nb-NO"/>
        </w:rPr>
        <w:t>Alama</w:t>
      </w:r>
      <w:proofErr w:type="spellEnd"/>
      <w:r w:rsidRPr="00D20C94">
        <w:rPr>
          <w:lang w:val="nb-NO"/>
        </w:rPr>
        <w:t xml:space="preserve"> sitte </w:t>
      </w:r>
      <w:proofErr w:type="spellStart"/>
      <w:r w:rsidRPr="00D20C94">
        <w:rPr>
          <w:lang w:val="nb-NO"/>
        </w:rPr>
        <w:t>pelastamhaan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meiđän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joven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kalloi</w:t>
      </w:r>
      <w:proofErr w:type="spellEnd"/>
      <w:r w:rsidRPr="00D20C94">
        <w:rPr>
          <w:lang w:val="nb-NO"/>
        </w:rPr>
        <w:t xml:space="preserve">.   </w:t>
      </w:r>
    </w:p>
    <w:p w14:paraId="62F9AD0B" w14:textId="77777777" w:rsidR="00D20C94" w:rsidRDefault="00D20C94" w:rsidP="009C2A45">
      <w:pPr>
        <w:spacing w:after="0" w:line="240" w:lineRule="auto"/>
        <w:rPr>
          <w:lang w:val="nb-NO"/>
        </w:rPr>
      </w:pPr>
      <w:proofErr w:type="spellStart"/>
      <w:r w:rsidRPr="00D20C94">
        <w:rPr>
          <w:lang w:val="nb-NO"/>
        </w:rPr>
        <w:t>Tämä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oon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kokonhansa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turhaa</w:t>
      </w:r>
      <w:proofErr w:type="spellEnd"/>
      <w:r w:rsidRPr="00D20C94">
        <w:rPr>
          <w:lang w:val="nb-NO"/>
        </w:rPr>
        <w:t>.</w:t>
      </w:r>
    </w:p>
    <w:p w14:paraId="546C6B51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596C40C7" w14:textId="6278169A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687FA5EC" w14:textId="7B5D1BFD" w:rsidR="00D20C94" w:rsidRDefault="00D20C94" w:rsidP="009C2A45">
      <w:pPr>
        <w:spacing w:after="0" w:line="240" w:lineRule="auto"/>
        <w:rPr>
          <w:lang w:val="nb-NO"/>
        </w:rPr>
      </w:pPr>
      <w:r w:rsidRPr="00D20C94">
        <w:rPr>
          <w:lang w:val="nb-NO"/>
        </w:rPr>
        <w:t xml:space="preserve">Ei se nyt </w:t>
      </w:r>
      <w:proofErr w:type="spellStart"/>
      <w:r>
        <w:rPr>
          <w:lang w:val="nb-NO"/>
        </w:rPr>
        <w:t>niin</w:t>
      </w:r>
      <w:proofErr w:type="spellEnd"/>
      <w:r w:rsidRPr="00D20C94">
        <w:rPr>
          <w:lang w:val="nb-NO"/>
        </w:rPr>
        <w:t xml:space="preserve"> </w:t>
      </w:r>
      <w:proofErr w:type="spellStart"/>
      <w:r w:rsidRPr="00D20C94">
        <w:rPr>
          <w:lang w:val="nb-NO"/>
        </w:rPr>
        <w:t>vaaralista</w:t>
      </w:r>
      <w:proofErr w:type="spellEnd"/>
      <w:r w:rsidRPr="00D20C94">
        <w:rPr>
          <w:lang w:val="nb-NO"/>
        </w:rPr>
        <w:t xml:space="preserve"> ole!</w:t>
      </w:r>
    </w:p>
    <w:p w14:paraId="0AE36C67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4C7DAFA9" w14:textId="0DF72C6D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3C27B3F0" w14:textId="77777777" w:rsidR="00D20C94" w:rsidRDefault="00D20C94" w:rsidP="009C2A45">
      <w:pPr>
        <w:spacing w:after="0" w:line="240" w:lineRule="auto"/>
        <w:rPr>
          <w:lang w:val="nb-NO"/>
        </w:rPr>
      </w:pPr>
      <w:proofErr w:type="spellStart"/>
      <w:r w:rsidRPr="00D20C94">
        <w:rPr>
          <w:lang w:val="nb-NO"/>
        </w:rPr>
        <w:t>Oon</w:t>
      </w:r>
      <w:proofErr w:type="spellEnd"/>
      <w:r w:rsidRPr="00D20C94">
        <w:rPr>
          <w:lang w:val="nb-NO"/>
        </w:rPr>
        <w:t xml:space="preserve"> se!</w:t>
      </w:r>
    </w:p>
    <w:p w14:paraId="321F153F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0D98D7E2" w14:textId="490A5E53" w:rsidR="00333915" w:rsidRPr="009C2A45" w:rsidRDefault="00333915" w:rsidP="009C2A45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53C9903E" w14:textId="77777777" w:rsidR="00D20C94" w:rsidRDefault="00D20C94" w:rsidP="009C2A45">
      <w:pPr>
        <w:spacing w:after="0" w:line="240" w:lineRule="auto"/>
      </w:pPr>
      <w:proofErr w:type="spellStart"/>
      <w:r w:rsidRPr="00D20C94">
        <w:t>Voi</w:t>
      </w:r>
      <w:proofErr w:type="spellEnd"/>
      <w:r w:rsidRPr="00D20C94">
        <w:t xml:space="preserve"> </w:t>
      </w:r>
      <w:proofErr w:type="spellStart"/>
      <w:r w:rsidRPr="00D20C94">
        <w:t>herraton</w:t>
      </w:r>
      <w:proofErr w:type="spellEnd"/>
      <w:r w:rsidRPr="00D20C94">
        <w:t xml:space="preserve"> </w:t>
      </w:r>
      <w:proofErr w:type="spellStart"/>
      <w:r w:rsidRPr="00D20C94">
        <w:t>aika</w:t>
      </w:r>
      <w:proofErr w:type="spellEnd"/>
      <w:r w:rsidRPr="00D20C94">
        <w:t>, Nils!</w:t>
      </w:r>
    </w:p>
    <w:p w14:paraId="30F49068" w14:textId="77777777" w:rsidR="00143873" w:rsidRDefault="00143873" w:rsidP="009C2A45">
      <w:pPr>
        <w:spacing w:after="0" w:line="240" w:lineRule="auto"/>
        <w:rPr>
          <w:lang w:val="nb-NO"/>
        </w:rPr>
      </w:pPr>
      <w:r w:rsidRPr="00143873">
        <w:rPr>
          <w:lang w:val="nb-NO"/>
        </w:rPr>
        <w:t xml:space="preserve">Kunka </w:t>
      </w:r>
      <w:proofErr w:type="spellStart"/>
      <w:r w:rsidRPr="00143873">
        <w:rPr>
          <w:lang w:val="nb-NO"/>
        </w:rPr>
        <w:t>sie</w:t>
      </w:r>
      <w:proofErr w:type="spellEnd"/>
      <w:r w:rsidRPr="00143873">
        <w:rPr>
          <w:lang w:val="nb-NO"/>
        </w:rPr>
        <w:t xml:space="preserve"> sitte </w:t>
      </w:r>
      <w:proofErr w:type="spellStart"/>
      <w:r w:rsidRPr="00143873">
        <w:rPr>
          <w:lang w:val="nb-NO"/>
        </w:rPr>
        <w:t>aijot</w:t>
      </w:r>
      <w:proofErr w:type="spellEnd"/>
      <w:r w:rsidRPr="00143873">
        <w:rPr>
          <w:lang w:val="nb-NO"/>
        </w:rPr>
        <w:t xml:space="preserve"> </w:t>
      </w:r>
      <w:proofErr w:type="spellStart"/>
      <w:r w:rsidRPr="00143873">
        <w:rPr>
          <w:lang w:val="nb-NO"/>
        </w:rPr>
        <w:t>kovota</w:t>
      </w:r>
      <w:proofErr w:type="spellEnd"/>
      <w:r w:rsidRPr="00143873">
        <w:rPr>
          <w:lang w:val="nb-NO"/>
        </w:rPr>
        <w:t xml:space="preserve"> </w:t>
      </w:r>
      <w:proofErr w:type="spellStart"/>
      <w:r w:rsidRPr="00143873">
        <w:rPr>
          <w:lang w:val="nb-NO"/>
        </w:rPr>
        <w:t>allekirjoituksii</w:t>
      </w:r>
      <w:proofErr w:type="spellEnd"/>
      <w:r w:rsidRPr="00143873">
        <w:rPr>
          <w:lang w:val="nb-NO"/>
        </w:rPr>
        <w:t xml:space="preserve"> </w:t>
      </w:r>
      <w:proofErr w:type="spellStart"/>
      <w:r w:rsidRPr="00143873">
        <w:rPr>
          <w:lang w:val="nb-NO"/>
        </w:rPr>
        <w:t>jokkee</w:t>
      </w:r>
      <w:proofErr w:type="spellEnd"/>
      <w:r w:rsidRPr="00143873">
        <w:rPr>
          <w:lang w:val="nb-NO"/>
        </w:rPr>
        <w:t xml:space="preserve"> </w:t>
      </w:r>
      <w:proofErr w:type="spellStart"/>
      <w:r w:rsidRPr="00143873">
        <w:rPr>
          <w:lang w:val="nb-NO"/>
        </w:rPr>
        <w:t>varten</w:t>
      </w:r>
      <w:proofErr w:type="spellEnd"/>
      <w:r w:rsidRPr="00143873">
        <w:rPr>
          <w:lang w:val="nb-NO"/>
        </w:rPr>
        <w:t>?</w:t>
      </w:r>
    </w:p>
    <w:p w14:paraId="0901FCA3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61FC9DA8" w14:textId="48A0F846" w:rsidR="009C27FC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LÆRER:</w:t>
      </w:r>
    </w:p>
    <w:p w14:paraId="6C00BEE3" w14:textId="77777777" w:rsidR="00143873" w:rsidRDefault="00143873" w:rsidP="009C2A45">
      <w:pPr>
        <w:spacing w:after="0" w:line="240" w:lineRule="auto"/>
        <w:rPr>
          <w:lang w:val="nb-NO"/>
        </w:rPr>
      </w:pPr>
      <w:r w:rsidRPr="00143873">
        <w:rPr>
          <w:lang w:val="nb-NO"/>
        </w:rPr>
        <w:t xml:space="preserve">No </w:t>
      </w:r>
      <w:proofErr w:type="spellStart"/>
      <w:r w:rsidRPr="00143873">
        <w:rPr>
          <w:lang w:val="nb-NO"/>
        </w:rPr>
        <w:t>hyvvää</w:t>
      </w:r>
      <w:proofErr w:type="spellEnd"/>
      <w:r w:rsidRPr="00143873">
        <w:rPr>
          <w:lang w:val="nb-NO"/>
        </w:rPr>
        <w:t xml:space="preserve"> </w:t>
      </w:r>
      <w:proofErr w:type="spellStart"/>
      <w:r w:rsidRPr="00143873">
        <w:rPr>
          <w:lang w:val="nb-NO"/>
        </w:rPr>
        <w:t>kessää</w:t>
      </w:r>
      <w:proofErr w:type="spellEnd"/>
      <w:r w:rsidRPr="00143873">
        <w:rPr>
          <w:lang w:val="nb-NO"/>
        </w:rPr>
        <w:t xml:space="preserve">, Nils! </w:t>
      </w:r>
    </w:p>
    <w:p w14:paraId="646950FC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04BE571D" w14:textId="77777777" w:rsidR="0033391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NILS: </w:t>
      </w:r>
    </w:p>
    <w:p w14:paraId="0171EA46" w14:textId="77777777" w:rsidR="00143873" w:rsidRDefault="00143873" w:rsidP="009C2A45">
      <w:pPr>
        <w:spacing w:after="0" w:line="240" w:lineRule="auto"/>
        <w:rPr>
          <w:lang w:val="nb-NO"/>
        </w:rPr>
      </w:pPr>
      <w:proofErr w:type="spellStart"/>
      <w:r w:rsidRPr="00143873">
        <w:rPr>
          <w:lang w:val="nb-NO"/>
        </w:rPr>
        <w:t>Perhanan</w:t>
      </w:r>
      <w:proofErr w:type="spellEnd"/>
      <w:r w:rsidRPr="00143873">
        <w:rPr>
          <w:lang w:val="nb-NO"/>
        </w:rPr>
        <w:t xml:space="preserve"> </w:t>
      </w:r>
      <w:proofErr w:type="spellStart"/>
      <w:r w:rsidRPr="00143873">
        <w:rPr>
          <w:lang w:val="nb-NO"/>
        </w:rPr>
        <w:t>hyvvää</w:t>
      </w:r>
      <w:proofErr w:type="spellEnd"/>
      <w:r w:rsidRPr="00143873">
        <w:rPr>
          <w:lang w:val="nb-NO"/>
        </w:rPr>
        <w:t xml:space="preserve"> </w:t>
      </w:r>
      <w:proofErr w:type="spellStart"/>
      <w:proofErr w:type="gramStart"/>
      <w:r w:rsidRPr="00143873">
        <w:rPr>
          <w:lang w:val="nb-NO"/>
        </w:rPr>
        <w:t>kessää</w:t>
      </w:r>
      <w:proofErr w:type="spellEnd"/>
      <w:r w:rsidRPr="00143873">
        <w:rPr>
          <w:lang w:val="nb-NO"/>
        </w:rPr>
        <w:t>…</w:t>
      </w:r>
      <w:proofErr w:type="gramEnd"/>
      <w:r w:rsidRPr="00143873">
        <w:rPr>
          <w:lang w:val="nb-NO"/>
        </w:rPr>
        <w:t xml:space="preserve"> </w:t>
      </w:r>
    </w:p>
    <w:p w14:paraId="5A52950F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63D0A1BE" w14:textId="77777777" w:rsidR="0033391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NOTATBOK:</w:t>
      </w:r>
    </w:p>
    <w:p w14:paraId="66B34A1D" w14:textId="77777777" w:rsidR="00143873" w:rsidRDefault="00143873" w:rsidP="009C2A45">
      <w:pPr>
        <w:spacing w:after="0" w:line="240" w:lineRule="auto"/>
        <w:rPr>
          <w:lang w:val="nb-NO"/>
        </w:rPr>
      </w:pPr>
      <w:proofErr w:type="spellStart"/>
      <w:r w:rsidRPr="00143873">
        <w:rPr>
          <w:lang w:val="nb-NO"/>
        </w:rPr>
        <w:t>Joven</w:t>
      </w:r>
      <w:proofErr w:type="spellEnd"/>
      <w:r w:rsidRPr="00143873">
        <w:rPr>
          <w:lang w:val="nb-NO"/>
        </w:rPr>
        <w:t xml:space="preserve"> </w:t>
      </w:r>
      <w:proofErr w:type="spellStart"/>
      <w:r w:rsidRPr="00143873">
        <w:rPr>
          <w:lang w:val="nb-NO"/>
        </w:rPr>
        <w:t>pelastusplaana</w:t>
      </w:r>
      <w:proofErr w:type="spellEnd"/>
      <w:r w:rsidRPr="00143873">
        <w:rPr>
          <w:lang w:val="nb-NO"/>
        </w:rPr>
        <w:t>.</w:t>
      </w:r>
    </w:p>
    <w:p w14:paraId="0EBBD3D7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5E0F2A11" w14:textId="0C0B36B8" w:rsidR="00333915" w:rsidRPr="009C2A45" w:rsidRDefault="00333915" w:rsidP="009C2A45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04FF3847" w14:textId="77777777" w:rsidR="00143873" w:rsidRDefault="00143873" w:rsidP="009C2A45">
      <w:pPr>
        <w:spacing w:after="0" w:line="240" w:lineRule="auto"/>
        <w:rPr>
          <w:lang w:val="nb-NO"/>
        </w:rPr>
      </w:pPr>
      <w:proofErr w:type="spellStart"/>
      <w:r w:rsidRPr="00143873">
        <w:rPr>
          <w:lang w:val="nb-NO"/>
        </w:rPr>
        <w:t>Siekö</w:t>
      </w:r>
      <w:proofErr w:type="spellEnd"/>
      <w:r w:rsidRPr="00143873">
        <w:rPr>
          <w:lang w:val="nb-NO"/>
        </w:rPr>
        <w:t xml:space="preserve"> se </w:t>
      </w:r>
      <w:proofErr w:type="spellStart"/>
      <w:r w:rsidRPr="00143873">
        <w:rPr>
          <w:lang w:val="nb-NO"/>
        </w:rPr>
        <w:t>olet</w:t>
      </w:r>
      <w:proofErr w:type="spellEnd"/>
      <w:r w:rsidRPr="00143873">
        <w:rPr>
          <w:lang w:val="nb-NO"/>
        </w:rPr>
        <w:t xml:space="preserve"> </w:t>
      </w:r>
      <w:proofErr w:type="spellStart"/>
      <w:r w:rsidRPr="00143873">
        <w:rPr>
          <w:lang w:val="nb-NO"/>
        </w:rPr>
        <w:t>pienii</w:t>
      </w:r>
      <w:proofErr w:type="spellEnd"/>
      <w:r w:rsidRPr="00143873">
        <w:rPr>
          <w:lang w:val="nb-NO"/>
        </w:rPr>
        <w:t xml:space="preserve"> </w:t>
      </w:r>
      <w:proofErr w:type="spellStart"/>
      <w:r w:rsidRPr="00143873">
        <w:rPr>
          <w:lang w:val="nb-NO"/>
        </w:rPr>
        <w:t>vasten</w:t>
      </w:r>
      <w:proofErr w:type="spellEnd"/>
      <w:r w:rsidRPr="00143873">
        <w:rPr>
          <w:lang w:val="nb-NO"/>
        </w:rPr>
        <w:t xml:space="preserve">?! </w:t>
      </w:r>
    </w:p>
    <w:p w14:paraId="50ABE847" w14:textId="794589E6" w:rsidR="009C27FC" w:rsidRDefault="009C27FC" w:rsidP="009C2A45">
      <w:pPr>
        <w:spacing w:after="0" w:line="240" w:lineRule="auto"/>
        <w:rPr>
          <w:lang w:val="nb-NO"/>
        </w:rPr>
      </w:pPr>
    </w:p>
    <w:p w14:paraId="482F39EC" w14:textId="6F89DEC4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ELEVER: </w:t>
      </w:r>
    </w:p>
    <w:p w14:paraId="4D41AD6F" w14:textId="77777777" w:rsidR="00143873" w:rsidRDefault="00143873" w:rsidP="009C2A45">
      <w:pPr>
        <w:spacing w:after="0" w:line="240" w:lineRule="auto"/>
        <w:rPr>
          <w:lang w:val="nb-NO"/>
        </w:rPr>
      </w:pPr>
      <w:proofErr w:type="spellStart"/>
      <w:r w:rsidRPr="00143873">
        <w:rPr>
          <w:lang w:val="nb-NO"/>
        </w:rPr>
        <w:t>Onnee</w:t>
      </w:r>
      <w:proofErr w:type="spellEnd"/>
      <w:r w:rsidRPr="00143873">
        <w:rPr>
          <w:lang w:val="nb-NO"/>
        </w:rPr>
        <w:t>!</w:t>
      </w:r>
    </w:p>
    <w:p w14:paraId="690AF723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589E4B2A" w14:textId="2EFF97AA" w:rsidR="00613336" w:rsidRPr="009C2A45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>ELEV:</w:t>
      </w:r>
    </w:p>
    <w:p w14:paraId="64B7F6B1" w14:textId="77777777" w:rsidR="009C27FC" w:rsidRPr="007E798D" w:rsidRDefault="00000000" w:rsidP="009C2A45">
      <w:pPr>
        <w:spacing w:after="0" w:line="240" w:lineRule="auto"/>
        <w:rPr>
          <w:color w:val="000000" w:themeColor="text1"/>
          <w:lang w:val="nb-NO"/>
        </w:rPr>
      </w:pPr>
      <w:r w:rsidRPr="007E798D">
        <w:rPr>
          <w:color w:val="000000" w:themeColor="text1"/>
          <w:lang w:val="nb-NO"/>
        </w:rPr>
        <w:t>Wow!</w:t>
      </w:r>
    </w:p>
    <w:p w14:paraId="454B7C16" w14:textId="77777777" w:rsidR="009C27FC" w:rsidRPr="007E798D" w:rsidRDefault="009C27FC" w:rsidP="009C2A45">
      <w:pPr>
        <w:spacing w:after="0" w:line="240" w:lineRule="auto"/>
        <w:rPr>
          <w:color w:val="FF0000"/>
          <w:lang w:val="nb-NO"/>
        </w:rPr>
      </w:pPr>
    </w:p>
    <w:p w14:paraId="6C04F3F2" w14:textId="033A337E" w:rsidR="00613336" w:rsidRPr="007E798D" w:rsidRDefault="00613336" w:rsidP="009C2A45">
      <w:pPr>
        <w:spacing w:after="0" w:line="240" w:lineRule="auto"/>
        <w:rPr>
          <w:color w:val="000000" w:themeColor="text1"/>
          <w:lang w:val="nb-NO"/>
        </w:rPr>
      </w:pPr>
      <w:r w:rsidRPr="007E798D">
        <w:rPr>
          <w:color w:val="000000" w:themeColor="text1"/>
          <w:lang w:val="nb-NO"/>
        </w:rPr>
        <w:t xml:space="preserve">LÆRER: </w:t>
      </w:r>
    </w:p>
    <w:p w14:paraId="1D1A222F" w14:textId="77777777" w:rsidR="00143873" w:rsidRDefault="00143873" w:rsidP="009C2A45">
      <w:pPr>
        <w:spacing w:after="0" w:line="240" w:lineRule="auto"/>
        <w:rPr>
          <w:lang w:val="nb-NO"/>
        </w:rPr>
      </w:pPr>
      <w:proofErr w:type="spellStart"/>
      <w:r w:rsidRPr="00143873">
        <w:rPr>
          <w:lang w:val="nb-NO"/>
        </w:rPr>
        <w:t>Paljon</w:t>
      </w:r>
      <w:proofErr w:type="spellEnd"/>
      <w:r w:rsidRPr="00143873">
        <w:rPr>
          <w:lang w:val="nb-NO"/>
        </w:rPr>
        <w:t xml:space="preserve"> </w:t>
      </w:r>
      <w:proofErr w:type="spellStart"/>
      <w:r w:rsidRPr="00143873">
        <w:rPr>
          <w:lang w:val="nb-NO"/>
        </w:rPr>
        <w:t>kiitoksii</w:t>
      </w:r>
      <w:proofErr w:type="spellEnd"/>
      <w:r w:rsidRPr="00143873">
        <w:rPr>
          <w:lang w:val="nb-NO"/>
        </w:rPr>
        <w:t xml:space="preserve">! </w:t>
      </w:r>
    </w:p>
    <w:p w14:paraId="187B76E1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2407A6F9" w14:textId="7B2D9A1D" w:rsidR="009C27FC" w:rsidRPr="00613336" w:rsidRDefault="00613336" w:rsidP="009C2A45">
      <w:pPr>
        <w:spacing w:after="0" w:line="240" w:lineRule="auto"/>
      </w:pPr>
      <w:r w:rsidRPr="00613336">
        <w:t>AARON:</w:t>
      </w:r>
    </w:p>
    <w:p w14:paraId="67001EB1" w14:textId="0AA66982" w:rsidR="00143873" w:rsidRPr="00143873" w:rsidRDefault="00143873" w:rsidP="009C2A45">
      <w:pPr>
        <w:spacing w:after="0" w:line="240" w:lineRule="auto"/>
        <w:rPr>
          <w:lang w:val="nb-NO"/>
        </w:rPr>
      </w:pPr>
      <w:proofErr w:type="spellStart"/>
      <w:r w:rsidRPr="00143873">
        <w:rPr>
          <w:lang w:val="nb-NO"/>
        </w:rPr>
        <w:t>Halloo</w:t>
      </w:r>
      <w:proofErr w:type="spellEnd"/>
      <w:r w:rsidRPr="00143873">
        <w:rPr>
          <w:lang w:val="nb-NO"/>
        </w:rPr>
        <w:t xml:space="preserve">, </w:t>
      </w:r>
      <w:proofErr w:type="spellStart"/>
      <w:r w:rsidRPr="00143873">
        <w:rPr>
          <w:lang w:val="nb-NO"/>
        </w:rPr>
        <w:t>mie</w:t>
      </w:r>
      <w:proofErr w:type="spellEnd"/>
      <w:r w:rsidRPr="00143873">
        <w:rPr>
          <w:lang w:val="nb-NO"/>
        </w:rPr>
        <w:t xml:space="preserve"> </w:t>
      </w:r>
      <w:proofErr w:type="spellStart"/>
      <w:r w:rsidRPr="00143873">
        <w:rPr>
          <w:lang w:val="nb-NO"/>
        </w:rPr>
        <w:t>tulen</w:t>
      </w:r>
      <w:proofErr w:type="spellEnd"/>
      <w:r w:rsidRPr="00143873">
        <w:rPr>
          <w:lang w:val="nb-NO"/>
        </w:rPr>
        <w:t xml:space="preserve"> </w:t>
      </w:r>
      <w:proofErr w:type="spellStart"/>
      <w:r w:rsidRPr="00143873">
        <w:rPr>
          <w:lang w:val="nb-NO"/>
        </w:rPr>
        <w:t>pyssilä</w:t>
      </w:r>
      <w:proofErr w:type="spellEnd"/>
      <w:r w:rsidRPr="00143873">
        <w:rPr>
          <w:lang w:val="nb-NO"/>
        </w:rPr>
        <w:t xml:space="preserve"> </w:t>
      </w:r>
      <w:proofErr w:type="spellStart"/>
      <w:r w:rsidRPr="00143873">
        <w:rPr>
          <w:lang w:val="nb-NO"/>
        </w:rPr>
        <w:t>perjantaina</w:t>
      </w:r>
      <w:proofErr w:type="spellEnd"/>
      <w:r w:rsidRPr="00143873">
        <w:rPr>
          <w:lang w:val="nb-NO"/>
        </w:rPr>
        <w:t xml:space="preserve"> </w:t>
      </w:r>
      <w:proofErr w:type="spellStart"/>
      <w:r w:rsidRPr="00143873">
        <w:rPr>
          <w:lang w:val="nb-NO"/>
        </w:rPr>
        <w:t>kl</w:t>
      </w:r>
      <w:proofErr w:type="spellEnd"/>
      <w:r w:rsidRPr="00143873">
        <w:rPr>
          <w:lang w:val="nb-NO"/>
        </w:rPr>
        <w:t xml:space="preserve"> 14.10</w:t>
      </w:r>
      <w:r>
        <w:rPr>
          <w:lang w:val="nb-NO"/>
        </w:rPr>
        <w:t>!</w:t>
      </w:r>
    </w:p>
    <w:p w14:paraId="51E1504E" w14:textId="77777777" w:rsidR="00143873" w:rsidRDefault="00143873" w:rsidP="009C2A45">
      <w:pPr>
        <w:spacing w:after="0" w:line="240" w:lineRule="auto"/>
        <w:rPr>
          <w:lang w:val="nb-NO"/>
        </w:rPr>
      </w:pPr>
      <w:proofErr w:type="spellStart"/>
      <w:r w:rsidRPr="00143873">
        <w:rPr>
          <w:lang w:val="nb-NO"/>
        </w:rPr>
        <w:t>Vastakkaa</w:t>
      </w:r>
      <w:proofErr w:type="spellEnd"/>
      <w:r w:rsidRPr="00143873">
        <w:rPr>
          <w:lang w:val="nb-NO"/>
        </w:rPr>
        <w:t xml:space="preserve"> jo! </w:t>
      </w:r>
    </w:p>
    <w:p w14:paraId="576C3C04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4CD37ACA" w14:textId="03FC22A6" w:rsidR="00613336" w:rsidRPr="009C2A45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1A22F757" w14:textId="77777777" w:rsidR="00143873" w:rsidRDefault="00143873" w:rsidP="009C2A45">
      <w:pPr>
        <w:spacing w:after="0" w:line="240" w:lineRule="auto"/>
        <w:rPr>
          <w:lang w:val="nb-NO"/>
        </w:rPr>
      </w:pPr>
      <w:proofErr w:type="spellStart"/>
      <w:r w:rsidRPr="00143873">
        <w:rPr>
          <w:lang w:val="nb-NO"/>
        </w:rPr>
        <w:t>Voi</w:t>
      </w:r>
      <w:proofErr w:type="spellEnd"/>
      <w:r w:rsidRPr="00143873">
        <w:rPr>
          <w:lang w:val="nb-NO"/>
        </w:rPr>
        <w:t xml:space="preserve"> </w:t>
      </w:r>
      <w:proofErr w:type="spellStart"/>
      <w:r w:rsidRPr="00143873">
        <w:rPr>
          <w:lang w:val="nb-NO"/>
        </w:rPr>
        <w:t>taavetti</w:t>
      </w:r>
      <w:proofErr w:type="spellEnd"/>
      <w:r w:rsidRPr="00143873">
        <w:rPr>
          <w:lang w:val="nb-NO"/>
        </w:rPr>
        <w:t>!</w:t>
      </w:r>
    </w:p>
    <w:p w14:paraId="0C4CC55B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5D6EED6E" w14:textId="547FD93B" w:rsidR="009C27FC" w:rsidRPr="009C2A45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ELEVER: </w:t>
      </w:r>
    </w:p>
    <w:p w14:paraId="22F81146" w14:textId="77777777" w:rsidR="00143873" w:rsidRDefault="00143873" w:rsidP="009C2A45">
      <w:pPr>
        <w:spacing w:after="0" w:line="240" w:lineRule="auto"/>
        <w:rPr>
          <w:lang w:val="nb-NO"/>
        </w:rPr>
      </w:pPr>
      <w:proofErr w:type="spellStart"/>
      <w:r w:rsidRPr="00143873">
        <w:rPr>
          <w:lang w:val="nb-NO"/>
        </w:rPr>
        <w:lastRenderedPageBreak/>
        <w:t>Hyvvää</w:t>
      </w:r>
      <w:proofErr w:type="spellEnd"/>
      <w:r w:rsidRPr="00143873">
        <w:rPr>
          <w:lang w:val="nb-NO"/>
        </w:rPr>
        <w:t xml:space="preserve"> </w:t>
      </w:r>
      <w:proofErr w:type="spellStart"/>
      <w:r w:rsidRPr="00143873">
        <w:rPr>
          <w:lang w:val="nb-NO"/>
        </w:rPr>
        <w:t>kessää</w:t>
      </w:r>
      <w:proofErr w:type="spellEnd"/>
      <w:r w:rsidRPr="00143873">
        <w:rPr>
          <w:lang w:val="nb-NO"/>
        </w:rPr>
        <w:t xml:space="preserve"> </w:t>
      </w:r>
      <w:proofErr w:type="spellStart"/>
      <w:r w:rsidRPr="00143873">
        <w:rPr>
          <w:lang w:val="nb-NO"/>
        </w:rPr>
        <w:t>teile</w:t>
      </w:r>
      <w:proofErr w:type="spellEnd"/>
      <w:r w:rsidRPr="00143873">
        <w:rPr>
          <w:lang w:val="nb-NO"/>
        </w:rPr>
        <w:t>!</w:t>
      </w:r>
    </w:p>
    <w:p w14:paraId="69290439" w14:textId="7871F2C2" w:rsidR="009C27FC" w:rsidRPr="009C2A45" w:rsidRDefault="00143873" w:rsidP="009C2A45">
      <w:pPr>
        <w:spacing w:after="0" w:line="240" w:lineRule="auto"/>
        <w:rPr>
          <w:lang w:val="nb-NO"/>
        </w:rPr>
      </w:pPr>
      <w:proofErr w:type="spellStart"/>
      <w:r w:rsidRPr="00143873">
        <w:rPr>
          <w:lang w:val="nb-NO"/>
        </w:rPr>
        <w:t>Sosiaalinen</w:t>
      </w:r>
      <w:proofErr w:type="spellEnd"/>
      <w:r w:rsidRPr="00143873">
        <w:rPr>
          <w:lang w:val="nb-NO"/>
        </w:rPr>
        <w:t xml:space="preserve"> </w:t>
      </w:r>
      <w:proofErr w:type="spellStart"/>
      <w:proofErr w:type="gramStart"/>
      <w:r w:rsidRPr="00143873">
        <w:rPr>
          <w:lang w:val="nb-NO"/>
        </w:rPr>
        <w:t>meedia</w:t>
      </w:r>
      <w:proofErr w:type="spellEnd"/>
      <w:r w:rsidRPr="00143873">
        <w:rPr>
          <w:lang w:val="nb-NO"/>
        </w:rPr>
        <w:t>….</w:t>
      </w:r>
      <w:proofErr w:type="gramEnd"/>
      <w:r>
        <w:rPr>
          <w:lang w:val="nb-NO"/>
        </w:rPr>
        <w:t>!</w:t>
      </w:r>
      <w:r w:rsidRPr="00143873">
        <w:rPr>
          <w:lang w:val="nb-NO"/>
        </w:rPr>
        <w:t xml:space="preserve"> </w:t>
      </w:r>
    </w:p>
    <w:p w14:paraId="31016EB7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14439B0B" w14:textId="77777777" w:rsidR="00613336" w:rsidRDefault="00613336" w:rsidP="009C2A45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 xml:space="preserve">: </w:t>
      </w:r>
    </w:p>
    <w:p w14:paraId="160F4003" w14:textId="621778EC" w:rsidR="00143873" w:rsidRDefault="00143873" w:rsidP="009C2A45">
      <w:pPr>
        <w:spacing w:after="0" w:line="240" w:lineRule="auto"/>
        <w:rPr>
          <w:lang w:val="nb-NO"/>
        </w:rPr>
      </w:pPr>
      <w:r w:rsidRPr="00143873">
        <w:rPr>
          <w:lang w:val="nb-NO"/>
        </w:rPr>
        <w:t>Oi,</w:t>
      </w:r>
      <w:r>
        <w:rPr>
          <w:lang w:val="nb-NO"/>
        </w:rPr>
        <w:t xml:space="preserve"> </w:t>
      </w:r>
      <w:proofErr w:type="spellStart"/>
      <w:r w:rsidRPr="00143873">
        <w:rPr>
          <w:lang w:val="nb-NO"/>
        </w:rPr>
        <w:t>tuliko</w:t>
      </w:r>
      <w:proofErr w:type="spellEnd"/>
      <w:r w:rsidRPr="00143873">
        <w:rPr>
          <w:lang w:val="nb-NO"/>
        </w:rPr>
        <w:t xml:space="preserve"> se </w:t>
      </w:r>
      <w:proofErr w:type="spellStart"/>
      <w:r w:rsidRPr="00143873">
        <w:rPr>
          <w:lang w:val="nb-NO"/>
        </w:rPr>
        <w:t>niin</w:t>
      </w:r>
      <w:proofErr w:type="spellEnd"/>
      <w:r w:rsidRPr="00143873">
        <w:rPr>
          <w:lang w:val="nb-NO"/>
        </w:rPr>
        <w:t xml:space="preserve"> </w:t>
      </w:r>
      <w:proofErr w:type="spellStart"/>
      <w:r w:rsidRPr="00143873">
        <w:rPr>
          <w:lang w:val="nb-NO"/>
        </w:rPr>
        <w:t>pahale</w:t>
      </w:r>
      <w:proofErr w:type="spellEnd"/>
      <w:r w:rsidRPr="00143873">
        <w:rPr>
          <w:lang w:val="nb-NO"/>
        </w:rPr>
        <w:t xml:space="preserve"> </w:t>
      </w:r>
      <w:proofErr w:type="spellStart"/>
      <w:proofErr w:type="gramStart"/>
      <w:r w:rsidRPr="00143873">
        <w:rPr>
          <w:lang w:val="nb-NO"/>
        </w:rPr>
        <w:t>mielele</w:t>
      </w:r>
      <w:proofErr w:type="spellEnd"/>
      <w:r w:rsidRPr="00143873">
        <w:rPr>
          <w:lang w:val="nb-NO"/>
        </w:rPr>
        <w:t>…</w:t>
      </w:r>
      <w:proofErr w:type="gramEnd"/>
      <w:r w:rsidRPr="00143873">
        <w:rPr>
          <w:lang w:val="nb-NO"/>
        </w:rPr>
        <w:t xml:space="preserve"> </w:t>
      </w:r>
    </w:p>
    <w:p w14:paraId="0B19F896" w14:textId="77777777" w:rsidR="00613336" w:rsidRDefault="00613336" w:rsidP="009C2A45">
      <w:pPr>
        <w:spacing w:after="0" w:line="240" w:lineRule="auto"/>
        <w:rPr>
          <w:lang w:val="nb-NO"/>
        </w:rPr>
      </w:pPr>
    </w:p>
    <w:p w14:paraId="004680BE" w14:textId="77777777" w:rsidR="00613336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69EE6C09" w14:textId="77777777" w:rsidR="00143873" w:rsidRDefault="00143873" w:rsidP="009C2A45">
      <w:pPr>
        <w:spacing w:after="0" w:line="240" w:lineRule="auto"/>
        <w:rPr>
          <w:lang w:val="nb-NO"/>
        </w:rPr>
      </w:pPr>
      <w:r w:rsidRPr="00143873">
        <w:rPr>
          <w:lang w:val="nb-NO"/>
        </w:rPr>
        <w:t xml:space="preserve">Hei </w:t>
      </w:r>
      <w:proofErr w:type="spellStart"/>
      <w:r w:rsidRPr="00143873">
        <w:rPr>
          <w:lang w:val="nb-NO"/>
        </w:rPr>
        <w:t>Eeva</w:t>
      </w:r>
      <w:proofErr w:type="spellEnd"/>
      <w:r w:rsidRPr="00143873">
        <w:rPr>
          <w:lang w:val="nb-NO"/>
        </w:rPr>
        <w:t xml:space="preserve">, </w:t>
      </w:r>
      <w:proofErr w:type="spellStart"/>
      <w:r w:rsidRPr="00143873">
        <w:rPr>
          <w:lang w:val="nb-NO"/>
        </w:rPr>
        <w:t>saattaako</w:t>
      </w:r>
      <w:proofErr w:type="spellEnd"/>
      <w:r w:rsidRPr="00143873">
        <w:rPr>
          <w:lang w:val="nb-NO"/>
        </w:rPr>
        <w:t xml:space="preserve"> </w:t>
      </w:r>
      <w:proofErr w:type="spellStart"/>
      <w:r w:rsidRPr="00143873">
        <w:rPr>
          <w:lang w:val="nb-NO"/>
        </w:rPr>
        <w:t>etiäinen</w:t>
      </w:r>
      <w:proofErr w:type="spellEnd"/>
      <w:r w:rsidRPr="00143873">
        <w:rPr>
          <w:lang w:val="nb-NO"/>
        </w:rPr>
        <w:t xml:space="preserve"> </w:t>
      </w:r>
      <w:proofErr w:type="spellStart"/>
      <w:r w:rsidRPr="00143873">
        <w:rPr>
          <w:lang w:val="nb-NO"/>
        </w:rPr>
        <w:t>assuu</w:t>
      </w:r>
      <w:proofErr w:type="spellEnd"/>
      <w:r w:rsidRPr="00143873">
        <w:rPr>
          <w:lang w:val="nb-NO"/>
        </w:rPr>
        <w:t xml:space="preserve"> </w:t>
      </w:r>
      <w:proofErr w:type="spellStart"/>
      <w:r w:rsidRPr="00143873">
        <w:rPr>
          <w:lang w:val="nb-NO"/>
        </w:rPr>
        <w:t>sinun</w:t>
      </w:r>
      <w:proofErr w:type="spellEnd"/>
      <w:r w:rsidRPr="00143873">
        <w:rPr>
          <w:lang w:val="nb-NO"/>
        </w:rPr>
        <w:t xml:space="preserve"> </w:t>
      </w:r>
      <w:proofErr w:type="spellStart"/>
      <w:r w:rsidRPr="00143873">
        <w:rPr>
          <w:lang w:val="nb-NO"/>
        </w:rPr>
        <w:t>tykönä</w:t>
      </w:r>
      <w:proofErr w:type="spellEnd"/>
      <w:r w:rsidRPr="00143873">
        <w:rPr>
          <w:lang w:val="nb-NO"/>
        </w:rPr>
        <w:t>?</w:t>
      </w:r>
    </w:p>
    <w:p w14:paraId="14070C07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7F62BA51" w14:textId="66687A8E" w:rsidR="00613336" w:rsidRPr="009C2A45" w:rsidRDefault="00613336" w:rsidP="009C2A45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26FEE8B0" w14:textId="77777777" w:rsidR="00143873" w:rsidRDefault="00143873" w:rsidP="009C2A45">
      <w:pPr>
        <w:spacing w:after="0" w:line="240" w:lineRule="auto"/>
        <w:rPr>
          <w:lang w:val="nb-NO"/>
        </w:rPr>
      </w:pPr>
      <w:proofErr w:type="spellStart"/>
      <w:r w:rsidRPr="00143873">
        <w:rPr>
          <w:lang w:val="nb-NO"/>
        </w:rPr>
        <w:t>Miksi</w:t>
      </w:r>
      <w:proofErr w:type="spellEnd"/>
      <w:r w:rsidRPr="00143873">
        <w:rPr>
          <w:lang w:val="nb-NO"/>
        </w:rPr>
        <w:t xml:space="preserve"> se ei </w:t>
      </w:r>
      <w:proofErr w:type="spellStart"/>
      <w:r w:rsidRPr="00143873">
        <w:rPr>
          <w:lang w:val="nb-NO"/>
        </w:rPr>
        <w:t>tyhä</w:t>
      </w:r>
      <w:proofErr w:type="spellEnd"/>
      <w:r w:rsidRPr="00143873">
        <w:rPr>
          <w:lang w:val="nb-NO"/>
        </w:rPr>
        <w:t xml:space="preserve"> </w:t>
      </w:r>
      <w:proofErr w:type="spellStart"/>
      <w:r w:rsidRPr="00143873">
        <w:rPr>
          <w:lang w:val="nb-NO"/>
        </w:rPr>
        <w:t>ringanu!</w:t>
      </w:r>
      <w:proofErr w:type="spellEnd"/>
    </w:p>
    <w:p w14:paraId="21193B68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19CD53E4" w14:textId="137D013A" w:rsidR="00613336" w:rsidRPr="009C2A45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KAISA OG </w:t>
      </w: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 xml:space="preserve">: </w:t>
      </w:r>
    </w:p>
    <w:p w14:paraId="6008C811" w14:textId="77777777" w:rsidR="009C27FC" w:rsidRPr="009C2A45" w:rsidRDefault="00000000" w:rsidP="009C2A45">
      <w:pPr>
        <w:spacing w:after="0" w:line="240" w:lineRule="auto"/>
        <w:rPr>
          <w:lang w:val="nb-NO"/>
        </w:rPr>
      </w:pPr>
      <w:proofErr w:type="spellStart"/>
      <w:r w:rsidRPr="009C2A45">
        <w:rPr>
          <w:lang w:val="nb-NO"/>
        </w:rPr>
        <w:t>Ohoh</w:t>
      </w:r>
      <w:proofErr w:type="spellEnd"/>
      <w:r w:rsidRPr="009C2A45">
        <w:rPr>
          <w:lang w:val="nb-NO"/>
        </w:rPr>
        <w:t xml:space="preserve">! </w:t>
      </w:r>
    </w:p>
    <w:p w14:paraId="57E4275D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sectPr w:rsidR="009C27FC" w:rsidRPr="009C2A45" w:rsidSect="0003461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D10705" w14:textId="77777777" w:rsidR="00DC69D7" w:rsidRDefault="00DC69D7" w:rsidP="00613336">
      <w:pPr>
        <w:spacing w:after="0" w:line="240" w:lineRule="auto"/>
      </w:pPr>
      <w:r>
        <w:separator/>
      </w:r>
    </w:p>
  </w:endnote>
  <w:endnote w:type="continuationSeparator" w:id="0">
    <w:p w14:paraId="527033C1" w14:textId="77777777" w:rsidR="00DC69D7" w:rsidRDefault="00DC69D7" w:rsidP="006133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46286404"/>
      <w:docPartObj>
        <w:docPartGallery w:val="Page Numbers (Bottom of Page)"/>
        <w:docPartUnique/>
      </w:docPartObj>
    </w:sdtPr>
    <w:sdtContent>
      <w:p w14:paraId="053C448B" w14:textId="45B63F3A" w:rsidR="00613336" w:rsidRDefault="00613336" w:rsidP="00966038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5DB0E269" w14:textId="77777777" w:rsidR="00613336" w:rsidRDefault="00613336" w:rsidP="00613336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495716327"/>
      <w:docPartObj>
        <w:docPartGallery w:val="Page Numbers (Bottom of Page)"/>
        <w:docPartUnique/>
      </w:docPartObj>
    </w:sdtPr>
    <w:sdtContent>
      <w:p w14:paraId="068F2AA8" w14:textId="7AB581FF" w:rsidR="00613336" w:rsidRDefault="00613336" w:rsidP="00966038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4</w:t>
        </w:r>
        <w:r>
          <w:rPr>
            <w:rStyle w:val="Sidetall"/>
          </w:rPr>
          <w:fldChar w:fldCharType="end"/>
        </w:r>
      </w:p>
    </w:sdtContent>
  </w:sdt>
  <w:p w14:paraId="785CBD7B" w14:textId="77777777" w:rsidR="00613336" w:rsidRDefault="00613336" w:rsidP="00613336">
    <w:pPr>
      <w:pStyle w:val="Bunntekst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4DA28A" w14:textId="77777777" w:rsidR="00613336" w:rsidRDefault="00613336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862A45" w14:textId="77777777" w:rsidR="00DC69D7" w:rsidRDefault="00DC69D7" w:rsidP="00613336">
      <w:pPr>
        <w:spacing w:after="0" w:line="240" w:lineRule="auto"/>
      </w:pPr>
      <w:r>
        <w:separator/>
      </w:r>
    </w:p>
  </w:footnote>
  <w:footnote w:type="continuationSeparator" w:id="0">
    <w:p w14:paraId="3A5D8AC3" w14:textId="77777777" w:rsidR="00DC69D7" w:rsidRDefault="00DC69D7" w:rsidP="006133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425691" w14:textId="77777777" w:rsidR="00613336" w:rsidRDefault="00613336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225BCE" w14:textId="77777777" w:rsidR="00613336" w:rsidRDefault="00613336">
    <w:pPr>
      <w:pStyle w:val="Top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B18C5B" w14:textId="77777777" w:rsidR="00613336" w:rsidRDefault="00613336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36323418">
    <w:abstractNumId w:val="8"/>
  </w:num>
  <w:num w:numId="2" w16cid:durableId="547305055">
    <w:abstractNumId w:val="6"/>
  </w:num>
  <w:num w:numId="3" w16cid:durableId="165052148">
    <w:abstractNumId w:val="5"/>
  </w:num>
  <w:num w:numId="4" w16cid:durableId="144510897">
    <w:abstractNumId w:val="4"/>
  </w:num>
  <w:num w:numId="5" w16cid:durableId="1807115356">
    <w:abstractNumId w:val="7"/>
  </w:num>
  <w:num w:numId="6" w16cid:durableId="1301378021">
    <w:abstractNumId w:val="3"/>
  </w:num>
  <w:num w:numId="7" w16cid:durableId="1805856019">
    <w:abstractNumId w:val="2"/>
  </w:num>
  <w:num w:numId="8" w16cid:durableId="156112198">
    <w:abstractNumId w:val="1"/>
  </w:num>
  <w:num w:numId="9" w16cid:durableId="9532894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43873"/>
    <w:rsid w:val="0015074B"/>
    <w:rsid w:val="0029639D"/>
    <w:rsid w:val="00326F90"/>
    <w:rsid w:val="00333915"/>
    <w:rsid w:val="00613336"/>
    <w:rsid w:val="007E798D"/>
    <w:rsid w:val="0094741B"/>
    <w:rsid w:val="009C27FC"/>
    <w:rsid w:val="009C2A45"/>
    <w:rsid w:val="00AA1D8D"/>
    <w:rsid w:val="00AD7D7F"/>
    <w:rsid w:val="00B47730"/>
    <w:rsid w:val="00C61793"/>
    <w:rsid w:val="00CA515C"/>
    <w:rsid w:val="00CB0664"/>
    <w:rsid w:val="00D20C94"/>
    <w:rsid w:val="00DC69D7"/>
    <w:rsid w:val="00EC7F0C"/>
    <w:rsid w:val="00FC693F"/>
    <w:rsid w:val="00FE6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C6F2F97"/>
  <w14:defaultImageDpi w14:val="300"/>
  <w15:docId w15:val="{4D1C0E51-0061-AF45-A471-EA7FC2543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6133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293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1847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3</cp:revision>
  <dcterms:created xsi:type="dcterms:W3CDTF">2025-12-02T14:08:00Z</dcterms:created>
  <dcterms:modified xsi:type="dcterms:W3CDTF">2025-12-02T14:10:00Z</dcterms:modified>
  <cp:category/>
</cp:coreProperties>
</file>