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FEC2" w14:textId="5696B7A0" w:rsidR="00EA68CC" w:rsidRPr="00EA68CC" w:rsidRDefault="00EA68CC" w:rsidP="005A017D">
      <w:pPr>
        <w:spacing w:after="0" w:line="240" w:lineRule="auto"/>
        <w:rPr>
          <w:b/>
          <w:bCs/>
          <w:lang w:val="nb-NO"/>
        </w:rPr>
      </w:pPr>
      <w:r w:rsidRPr="00EA68CC">
        <w:rPr>
          <w:b/>
          <w:bCs/>
          <w:lang w:val="nb-NO"/>
        </w:rPr>
        <w:t xml:space="preserve">Dialogmanus </w:t>
      </w:r>
      <w:r w:rsidR="00B967E3">
        <w:rPr>
          <w:b/>
          <w:bCs/>
          <w:lang w:val="nb-NO"/>
        </w:rPr>
        <w:t xml:space="preserve">nynorsk </w:t>
      </w:r>
      <w:r w:rsidRPr="00EA68CC">
        <w:rPr>
          <w:b/>
          <w:bCs/>
          <w:lang w:val="nb-NO"/>
        </w:rPr>
        <w:t>og finsk, episode 10</w:t>
      </w:r>
    </w:p>
    <w:p w14:paraId="428B0F77" w14:textId="0A40F262" w:rsidR="00EA68CC" w:rsidRPr="00EA68CC" w:rsidRDefault="00EA68CC" w:rsidP="005A017D">
      <w:pPr>
        <w:spacing w:after="0" w:line="240" w:lineRule="auto"/>
        <w:rPr>
          <w:b/>
          <w:bCs/>
          <w:lang w:val="nb-NO"/>
        </w:rPr>
      </w:pPr>
      <w:proofErr w:type="spellStart"/>
      <w:r w:rsidRPr="00EA68CC">
        <w:rPr>
          <w:b/>
          <w:bCs/>
          <w:lang w:val="nb-NO"/>
        </w:rPr>
        <w:t>Bussipysäkki</w:t>
      </w:r>
      <w:proofErr w:type="spellEnd"/>
    </w:p>
    <w:p w14:paraId="3F614EF5" w14:textId="3C1E0B54" w:rsidR="00EF112A" w:rsidRPr="00EA68CC" w:rsidRDefault="00EA68CC" w:rsidP="005A017D">
      <w:pPr>
        <w:spacing w:after="0" w:line="240" w:lineRule="auto"/>
        <w:rPr>
          <w:b/>
          <w:bCs/>
          <w:i/>
          <w:iCs/>
          <w:lang w:val="nb-NO"/>
        </w:rPr>
      </w:pPr>
      <w:proofErr w:type="spellStart"/>
      <w:r w:rsidRPr="00EA68CC">
        <w:rPr>
          <w:b/>
          <w:bCs/>
          <w:i/>
          <w:iCs/>
          <w:lang w:val="nb-NO"/>
        </w:rPr>
        <w:t>H</w:t>
      </w:r>
      <w:r w:rsidR="00B967E3">
        <w:rPr>
          <w:b/>
          <w:bCs/>
          <w:i/>
          <w:iCs/>
          <w:lang w:val="nb-NO"/>
        </w:rPr>
        <w:t>a</w:t>
      </w:r>
      <w:r w:rsidRPr="00EA68CC">
        <w:rPr>
          <w:b/>
          <w:bCs/>
          <w:i/>
          <w:iCs/>
          <w:lang w:val="nb-NO"/>
        </w:rPr>
        <w:t>ldeplassen</w:t>
      </w:r>
      <w:proofErr w:type="spellEnd"/>
      <w:r w:rsidRPr="00EA68CC">
        <w:rPr>
          <w:b/>
          <w:bCs/>
          <w:i/>
          <w:iCs/>
          <w:lang w:val="nb-NO"/>
        </w:rPr>
        <w:t xml:space="preserve"> </w:t>
      </w:r>
    </w:p>
    <w:p w14:paraId="50A00B87" w14:textId="77777777" w:rsidR="00EA68CC" w:rsidRDefault="00EA68CC" w:rsidP="005A017D">
      <w:pPr>
        <w:spacing w:after="0" w:line="240" w:lineRule="auto"/>
        <w:rPr>
          <w:i/>
          <w:iCs/>
          <w:lang w:val="nb-NO"/>
        </w:rPr>
      </w:pPr>
    </w:p>
    <w:p w14:paraId="1C4DCD4C" w14:textId="3AED2B44" w:rsidR="00EA68CC" w:rsidRPr="00EA68CC" w:rsidRDefault="00EA68CC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31EE5B9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Hei </w:t>
      </w:r>
      <w:proofErr w:type="spellStart"/>
      <w:r w:rsidRPr="005A017D">
        <w:rPr>
          <w:lang w:val="nb-NO"/>
        </w:rPr>
        <w:t>Eeva</w:t>
      </w:r>
      <w:proofErr w:type="spellEnd"/>
      <w:r w:rsidRPr="005A017D">
        <w:rPr>
          <w:lang w:val="nb-NO"/>
        </w:rPr>
        <w:t>.</w:t>
      </w:r>
    </w:p>
    <w:p w14:paraId="235FA015" w14:textId="32C7F79B" w:rsidR="00EF112A" w:rsidRDefault="00000000" w:rsidP="005A017D">
      <w:pPr>
        <w:spacing w:after="0" w:line="240" w:lineRule="auto"/>
      </w:pPr>
      <w:proofErr w:type="spellStart"/>
      <w:r>
        <w:rPr>
          <w:i/>
        </w:rPr>
        <w:t>Hei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Eeva</w:t>
      </w:r>
      <w:proofErr w:type="spellEnd"/>
      <w:r>
        <w:rPr>
          <w:i/>
        </w:rPr>
        <w:t>.</w:t>
      </w:r>
    </w:p>
    <w:p w14:paraId="1F3388A9" w14:textId="77777777" w:rsidR="00EA79B4" w:rsidRDefault="00EA79B4" w:rsidP="005A017D">
      <w:pPr>
        <w:spacing w:after="0" w:line="240" w:lineRule="auto"/>
      </w:pPr>
    </w:p>
    <w:p w14:paraId="7A2A7406" w14:textId="77777777" w:rsidR="00EA79B4" w:rsidRDefault="00EA79B4" w:rsidP="005A017D">
      <w:pPr>
        <w:spacing w:after="0" w:line="240" w:lineRule="auto"/>
      </w:pPr>
      <w:proofErr w:type="spellStart"/>
      <w:r>
        <w:t>EEVA</w:t>
      </w:r>
      <w:proofErr w:type="spellEnd"/>
      <w:r>
        <w:t>:</w:t>
      </w:r>
    </w:p>
    <w:p w14:paraId="0CAFCAC8" w14:textId="092C0E3A" w:rsidR="00EF112A" w:rsidRDefault="00000000" w:rsidP="005A017D">
      <w:pPr>
        <w:spacing w:after="0" w:line="240" w:lineRule="auto"/>
      </w:pPr>
      <w:r>
        <w:t>Aaron?</w:t>
      </w:r>
    </w:p>
    <w:p w14:paraId="4F030E82" w14:textId="77777777" w:rsidR="00EF112A" w:rsidRDefault="00000000" w:rsidP="005A017D">
      <w:pPr>
        <w:spacing w:after="0" w:line="240" w:lineRule="auto"/>
      </w:pPr>
      <w:r>
        <w:rPr>
          <w:i/>
        </w:rPr>
        <w:t>Aaron?</w:t>
      </w:r>
    </w:p>
    <w:p w14:paraId="43505F60" w14:textId="77777777" w:rsidR="00EF112A" w:rsidRDefault="00EF112A" w:rsidP="005A017D">
      <w:pPr>
        <w:spacing w:after="0" w:line="240" w:lineRule="auto"/>
      </w:pPr>
    </w:p>
    <w:p w14:paraId="4E2E2462" w14:textId="440CAF30" w:rsidR="00EA79B4" w:rsidRPr="00B967E3" w:rsidRDefault="00EA79B4" w:rsidP="005A017D">
      <w:pPr>
        <w:spacing w:after="0" w:line="240" w:lineRule="auto"/>
        <w:rPr>
          <w:lang w:val="nb-NO"/>
        </w:rPr>
      </w:pPr>
      <w:r w:rsidRPr="00B967E3">
        <w:rPr>
          <w:lang w:val="nb-NO"/>
        </w:rPr>
        <w:t>KAISA:</w:t>
      </w:r>
    </w:p>
    <w:p w14:paraId="7D67D105" w14:textId="77777777" w:rsidR="00EF112A" w:rsidRPr="00B967E3" w:rsidRDefault="00000000" w:rsidP="005A017D">
      <w:pPr>
        <w:spacing w:after="0" w:line="240" w:lineRule="auto"/>
        <w:rPr>
          <w:lang w:val="nb-NO"/>
        </w:rPr>
      </w:pPr>
      <w:proofErr w:type="spellStart"/>
      <w:r w:rsidRPr="00B967E3">
        <w:rPr>
          <w:lang w:val="nb-NO"/>
        </w:rPr>
        <w:t>Ohoh</w:t>
      </w:r>
      <w:proofErr w:type="spellEnd"/>
      <w:r w:rsidRPr="00B967E3">
        <w:rPr>
          <w:lang w:val="nb-NO"/>
        </w:rPr>
        <w:t xml:space="preserve">! </w:t>
      </w:r>
    </w:p>
    <w:p w14:paraId="12CAA348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Oi! </w:t>
      </w:r>
    </w:p>
    <w:p w14:paraId="02E6BB61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17A309FC" w14:textId="19E99E44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ALLE:</w:t>
      </w:r>
    </w:p>
    <w:p w14:paraId="64C2D13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Etiäinen</w:t>
      </w:r>
      <w:proofErr w:type="spellEnd"/>
      <w:r w:rsidRPr="005A017D">
        <w:rPr>
          <w:lang w:val="nb-NO"/>
        </w:rPr>
        <w:t xml:space="preserve">!!! </w:t>
      </w:r>
    </w:p>
    <w:p w14:paraId="20E17F41" w14:textId="326957AB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Vardøger!!! </w:t>
      </w:r>
    </w:p>
    <w:p w14:paraId="05DBAAA5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440551B" w14:textId="5C7A74C0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630DEB2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Nopeasti</w:t>
      </w:r>
      <w:proofErr w:type="spellEnd"/>
      <w:r w:rsidRPr="005A017D">
        <w:rPr>
          <w:lang w:val="nb-NO"/>
        </w:rPr>
        <w:t xml:space="preserve"> nyt, ne </w:t>
      </w:r>
      <w:proofErr w:type="spellStart"/>
      <w:r w:rsidRPr="005A017D">
        <w:rPr>
          <w:lang w:val="nb-NO"/>
        </w:rPr>
        <w:t>sulaavat</w:t>
      </w:r>
      <w:proofErr w:type="spellEnd"/>
      <w:r w:rsidRPr="005A017D">
        <w:rPr>
          <w:lang w:val="nb-NO"/>
        </w:rPr>
        <w:t xml:space="preserve">! </w:t>
      </w:r>
    </w:p>
    <w:p w14:paraId="032143B5" w14:textId="3F569EA5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Fort, </w:t>
      </w:r>
      <w:proofErr w:type="spellStart"/>
      <w:r w:rsidRPr="00B967E3">
        <w:rPr>
          <w:i/>
          <w:lang w:val="nb-NO"/>
        </w:rPr>
        <w:t>dei</w:t>
      </w:r>
      <w:proofErr w:type="spellEnd"/>
      <w:r w:rsidRPr="00B967E3">
        <w:rPr>
          <w:i/>
          <w:lang w:val="nb-NO"/>
        </w:rPr>
        <w:t xml:space="preserve"> </w:t>
      </w:r>
      <w:proofErr w:type="spellStart"/>
      <w:r w:rsidRPr="00B967E3">
        <w:rPr>
          <w:i/>
          <w:lang w:val="nb-NO"/>
        </w:rPr>
        <w:t>smeltar</w:t>
      </w:r>
      <w:proofErr w:type="spellEnd"/>
      <w:r w:rsidRPr="00B967E3">
        <w:rPr>
          <w:i/>
          <w:lang w:val="nb-NO"/>
        </w:rPr>
        <w:t>!</w:t>
      </w:r>
    </w:p>
    <w:p w14:paraId="1829436A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52B5A2BE" w14:textId="5EA4E7DD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 OG </w:t>
      </w: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2E2F335F" w14:textId="3682CB15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Kiitos</w:t>
      </w:r>
      <w:proofErr w:type="spellEnd"/>
      <w:r w:rsidRPr="005A017D">
        <w:rPr>
          <w:lang w:val="nb-NO"/>
        </w:rPr>
        <w:t>.</w:t>
      </w:r>
    </w:p>
    <w:p w14:paraId="63D29B54" w14:textId="775FED3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Takk.</w:t>
      </w:r>
    </w:p>
    <w:p w14:paraId="219DD1DD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16CE5851" w14:textId="498F22A2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3E88D7C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Kuinka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kauaksi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aikaa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jäät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tänne</w:t>
      </w:r>
      <w:proofErr w:type="spellEnd"/>
      <w:r w:rsidRPr="005A017D">
        <w:rPr>
          <w:lang w:val="nb-NO"/>
        </w:rPr>
        <w:t xml:space="preserve">? </w:t>
      </w:r>
    </w:p>
    <w:p w14:paraId="66637275" w14:textId="5DAB64EC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Kor lenge blir du?</w:t>
      </w:r>
    </w:p>
    <w:p w14:paraId="54CBD159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436A264C" w14:textId="5DDDEEC4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02AF12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Kuinka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kauan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saan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asua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teidän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luonanne</w:t>
      </w:r>
      <w:proofErr w:type="spellEnd"/>
      <w:r w:rsidRPr="005A017D">
        <w:rPr>
          <w:lang w:val="nb-NO"/>
        </w:rPr>
        <w:t xml:space="preserve">? </w:t>
      </w:r>
    </w:p>
    <w:p w14:paraId="4F010E48" w14:textId="22B525E6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Kor lenge kan </w:t>
      </w:r>
      <w:proofErr w:type="spellStart"/>
      <w:r w:rsidRPr="00B967E3">
        <w:rPr>
          <w:i/>
          <w:lang w:val="nb-NO"/>
        </w:rPr>
        <w:t>eg</w:t>
      </w:r>
      <w:proofErr w:type="spellEnd"/>
      <w:r w:rsidRPr="00B967E3">
        <w:rPr>
          <w:i/>
          <w:lang w:val="nb-NO"/>
        </w:rPr>
        <w:t xml:space="preserve"> bu hos dykk?</w:t>
      </w:r>
    </w:p>
    <w:p w14:paraId="173121A3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5BF948DB" w14:textId="72CB927B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768DCCE0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Kauan</w:t>
      </w:r>
      <w:proofErr w:type="spellEnd"/>
      <w:r w:rsidRPr="005A017D">
        <w:rPr>
          <w:lang w:val="nb-NO"/>
        </w:rPr>
        <w:t xml:space="preserve">! </w:t>
      </w:r>
    </w:p>
    <w:p w14:paraId="38F99CB8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Lenge! </w:t>
      </w:r>
    </w:p>
    <w:p w14:paraId="5AFE15AF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774EB3A9" w14:textId="3DAB3FBC" w:rsidR="00EA79B4" w:rsidRPr="005A017D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6092C86B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Niin</w:t>
      </w:r>
      <w:proofErr w:type="spellEnd"/>
      <w:r w:rsidRPr="005A017D">
        <w:rPr>
          <w:lang w:val="nb-NO"/>
        </w:rPr>
        <w:t xml:space="preserve">, </w:t>
      </w:r>
      <w:proofErr w:type="spellStart"/>
      <w:r w:rsidRPr="005A017D">
        <w:rPr>
          <w:lang w:val="nb-NO"/>
        </w:rPr>
        <w:t>kauan</w:t>
      </w:r>
      <w:proofErr w:type="spellEnd"/>
      <w:r w:rsidRPr="005A017D">
        <w:rPr>
          <w:lang w:val="nb-NO"/>
        </w:rPr>
        <w:t xml:space="preserve">! </w:t>
      </w:r>
    </w:p>
    <w:p w14:paraId="7A1F95A5" w14:textId="6DB8F113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Ja, lenge! </w:t>
      </w:r>
    </w:p>
    <w:p w14:paraId="28BCE6E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496748C4" w14:textId="1D1354EA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71F337CE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hain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kesätyötä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liian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myöhään</w:t>
      </w:r>
      <w:proofErr w:type="spellEnd"/>
      <w:r w:rsidRPr="005A017D">
        <w:rPr>
          <w:lang w:val="nb-NO"/>
        </w:rPr>
        <w:t xml:space="preserve">. </w:t>
      </w:r>
    </w:p>
    <w:p w14:paraId="27403D19" w14:textId="77777777" w:rsidR="00B967E3" w:rsidRDefault="00B967E3" w:rsidP="005A017D">
      <w:pPr>
        <w:spacing w:after="0" w:line="240" w:lineRule="auto"/>
        <w:rPr>
          <w:i/>
          <w:lang w:val="nb-NO"/>
        </w:rPr>
      </w:pPr>
      <w:proofErr w:type="spellStart"/>
      <w:r w:rsidRPr="00B967E3">
        <w:rPr>
          <w:i/>
          <w:lang w:val="nb-NO"/>
        </w:rPr>
        <w:t>Eg</w:t>
      </w:r>
      <w:proofErr w:type="spellEnd"/>
      <w:r w:rsidRPr="00B967E3">
        <w:rPr>
          <w:i/>
          <w:lang w:val="nb-NO"/>
        </w:rPr>
        <w:t xml:space="preserve"> søkte </w:t>
      </w:r>
      <w:proofErr w:type="spellStart"/>
      <w:r w:rsidRPr="00B967E3">
        <w:rPr>
          <w:i/>
          <w:lang w:val="nb-NO"/>
        </w:rPr>
        <w:t>sommarjobbar</w:t>
      </w:r>
      <w:proofErr w:type="spellEnd"/>
      <w:r w:rsidRPr="00B967E3">
        <w:rPr>
          <w:i/>
          <w:lang w:val="nb-NO"/>
        </w:rPr>
        <w:t xml:space="preserve"> for seint. </w:t>
      </w:r>
    </w:p>
    <w:p w14:paraId="5E78EF94" w14:textId="66D22772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Eikä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äidillä</w:t>
      </w:r>
      <w:proofErr w:type="spellEnd"/>
      <w:r w:rsidRPr="005A017D">
        <w:rPr>
          <w:lang w:val="nb-NO"/>
        </w:rPr>
        <w:t xml:space="preserve"> ja </w:t>
      </w:r>
      <w:proofErr w:type="spellStart"/>
      <w:r w:rsidRPr="005A017D">
        <w:rPr>
          <w:lang w:val="nb-NO"/>
        </w:rPr>
        <w:t>isällä</w:t>
      </w:r>
      <w:proofErr w:type="spellEnd"/>
      <w:r w:rsidRPr="005A017D">
        <w:rPr>
          <w:lang w:val="nb-NO"/>
        </w:rPr>
        <w:t xml:space="preserve"> ole </w:t>
      </w:r>
      <w:proofErr w:type="spellStart"/>
      <w:r w:rsidRPr="005A017D">
        <w:rPr>
          <w:lang w:val="nb-NO"/>
        </w:rPr>
        <w:t>lomaa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ennenkuin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heinäkuun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lopussa</w:t>
      </w:r>
      <w:proofErr w:type="spellEnd"/>
      <w:r w:rsidRPr="005A017D">
        <w:rPr>
          <w:lang w:val="nb-NO"/>
        </w:rPr>
        <w:t>.</w:t>
      </w:r>
    </w:p>
    <w:p w14:paraId="70DDF783" w14:textId="5C213528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lastRenderedPageBreak/>
        <w:t xml:space="preserve">Og mamma og pappa har </w:t>
      </w:r>
      <w:proofErr w:type="spellStart"/>
      <w:r w:rsidRPr="00B967E3">
        <w:rPr>
          <w:i/>
          <w:lang w:val="nb-NO"/>
        </w:rPr>
        <w:t>ikkje</w:t>
      </w:r>
      <w:proofErr w:type="spellEnd"/>
      <w:r w:rsidRPr="00B967E3">
        <w:rPr>
          <w:i/>
          <w:lang w:val="nb-NO"/>
        </w:rPr>
        <w:t xml:space="preserve"> ferie før i slutten av juli.</w:t>
      </w:r>
    </w:p>
    <w:p w14:paraId="21E986AD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0A439E65" w14:textId="652E6613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0E6D4E1C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Sitten </w:t>
      </w:r>
      <w:proofErr w:type="spellStart"/>
      <w:r w:rsidRPr="005A017D">
        <w:rPr>
          <w:lang w:val="nb-NO"/>
        </w:rPr>
        <w:t>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voimme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kalastaa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merellä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yhdessä</w:t>
      </w:r>
      <w:proofErr w:type="spellEnd"/>
      <w:r w:rsidRPr="005A017D">
        <w:rPr>
          <w:lang w:val="nb-NO"/>
        </w:rPr>
        <w:t xml:space="preserve">! </w:t>
      </w:r>
    </w:p>
    <w:p w14:paraId="2BC31490" w14:textId="7591C370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Då kan </w:t>
      </w:r>
      <w:proofErr w:type="spellStart"/>
      <w:r w:rsidRPr="00B967E3">
        <w:rPr>
          <w:i/>
          <w:lang w:val="nb-NO"/>
        </w:rPr>
        <w:t>me</w:t>
      </w:r>
      <w:proofErr w:type="spellEnd"/>
      <w:r w:rsidRPr="00B967E3">
        <w:rPr>
          <w:i/>
          <w:lang w:val="nb-NO"/>
        </w:rPr>
        <w:t xml:space="preserve"> fiske i sjøen </w:t>
      </w:r>
      <w:proofErr w:type="spellStart"/>
      <w:r w:rsidRPr="00B967E3">
        <w:rPr>
          <w:i/>
          <w:lang w:val="nb-NO"/>
        </w:rPr>
        <w:t>saman</w:t>
      </w:r>
      <w:proofErr w:type="spellEnd"/>
      <w:r w:rsidRPr="00B967E3">
        <w:rPr>
          <w:i/>
          <w:lang w:val="nb-NO"/>
        </w:rPr>
        <w:t>!</w:t>
      </w:r>
    </w:p>
    <w:p w14:paraId="4AF7158B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3E0F8EA5" w14:textId="1D32A0C1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75E02CB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harjoittelen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miekkataistelua</w:t>
      </w:r>
      <w:proofErr w:type="spellEnd"/>
      <w:r w:rsidRPr="005A017D">
        <w:rPr>
          <w:lang w:val="nb-NO"/>
        </w:rPr>
        <w:t xml:space="preserve">.  </w:t>
      </w:r>
    </w:p>
    <w:p w14:paraId="42A024B7" w14:textId="07C5C525" w:rsidR="00EF112A" w:rsidRDefault="00B967E3" w:rsidP="005A017D">
      <w:pPr>
        <w:spacing w:after="0" w:line="240" w:lineRule="auto"/>
        <w:rPr>
          <w:i/>
          <w:lang w:val="nb-NO"/>
        </w:rPr>
      </w:pPr>
      <w:proofErr w:type="spellStart"/>
      <w:r w:rsidRPr="00B967E3">
        <w:rPr>
          <w:i/>
          <w:lang w:val="nb-NO"/>
        </w:rPr>
        <w:t>Eg</w:t>
      </w:r>
      <w:proofErr w:type="spellEnd"/>
      <w:r w:rsidRPr="00B967E3">
        <w:rPr>
          <w:i/>
          <w:lang w:val="nb-NO"/>
        </w:rPr>
        <w:t xml:space="preserve"> skal øve på sverdkamp.</w:t>
      </w:r>
    </w:p>
    <w:p w14:paraId="3F6988C6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5781AA13" w14:textId="71C4A1E3" w:rsidR="00EA79B4" w:rsidRPr="005A017D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14AD644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Hän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tarkoittaa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teaatteriharjoituksiaan</w:t>
      </w:r>
      <w:proofErr w:type="spellEnd"/>
      <w:r w:rsidRPr="005A017D">
        <w:rPr>
          <w:lang w:val="nb-NO"/>
        </w:rPr>
        <w:t xml:space="preserve">. </w:t>
      </w:r>
    </w:p>
    <w:p w14:paraId="556204B7" w14:textId="1CCAF489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Ho meiner teaterøving.</w:t>
      </w:r>
    </w:p>
    <w:p w14:paraId="65E91D35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6C0FE924" w14:textId="1AD32B5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2C5BBA2C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Voi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mahdoton</w:t>
      </w:r>
      <w:proofErr w:type="spellEnd"/>
      <w:proofErr w:type="gramStart"/>
      <w:r w:rsidRPr="005A017D">
        <w:rPr>
          <w:lang w:val="nb-NO"/>
        </w:rPr>
        <w:t>!…</w:t>
      </w:r>
      <w:proofErr w:type="gram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Oletko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aloittanut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teatteriharrastuksen</w:t>
      </w:r>
      <w:proofErr w:type="spellEnd"/>
      <w:r w:rsidRPr="005A017D">
        <w:rPr>
          <w:lang w:val="nb-NO"/>
        </w:rPr>
        <w:t xml:space="preserve">, Kaisa?! </w:t>
      </w:r>
    </w:p>
    <w:p w14:paraId="23098D7A" w14:textId="33C66542" w:rsidR="00EF112A" w:rsidRDefault="00B967E3" w:rsidP="005A017D">
      <w:pPr>
        <w:spacing w:after="0" w:line="240" w:lineRule="auto"/>
        <w:rPr>
          <w:i/>
          <w:lang w:val="nb-NO"/>
        </w:rPr>
      </w:pPr>
      <w:proofErr w:type="gramStart"/>
      <w:r w:rsidRPr="00B967E3">
        <w:rPr>
          <w:i/>
          <w:lang w:val="nb-NO"/>
        </w:rPr>
        <w:t>Jøss...</w:t>
      </w:r>
      <w:proofErr w:type="gramEnd"/>
      <w:r w:rsidRPr="00B967E3">
        <w:rPr>
          <w:i/>
          <w:lang w:val="nb-NO"/>
        </w:rPr>
        <w:t xml:space="preserve"> har du </w:t>
      </w:r>
      <w:proofErr w:type="spellStart"/>
      <w:r w:rsidRPr="00B967E3">
        <w:rPr>
          <w:i/>
          <w:lang w:val="nb-NO"/>
        </w:rPr>
        <w:t>byrja</w:t>
      </w:r>
      <w:proofErr w:type="spellEnd"/>
      <w:r w:rsidRPr="00B967E3">
        <w:rPr>
          <w:i/>
          <w:lang w:val="nb-NO"/>
        </w:rPr>
        <w:t xml:space="preserve"> på teater, Kaisa?!</w:t>
      </w:r>
    </w:p>
    <w:p w14:paraId="4D2C3597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53AA38F4" w14:textId="77777777" w:rsidR="00EA79B4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40854ECC" w14:textId="2DBA004C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Mutta</w:t>
      </w:r>
      <w:proofErr w:type="spellEnd"/>
      <w:r w:rsidRPr="005A017D">
        <w:rPr>
          <w:lang w:val="nb-NO"/>
        </w:rPr>
        <w:t xml:space="preserve">, Kaisa, </w:t>
      </w:r>
      <w:proofErr w:type="spellStart"/>
      <w:r w:rsidRPr="005A017D">
        <w:rPr>
          <w:lang w:val="nb-NO"/>
        </w:rPr>
        <w:t>tiedätkö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minkä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roolin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olet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saanut</w:t>
      </w:r>
      <w:proofErr w:type="spellEnd"/>
      <w:r w:rsidRPr="005A017D">
        <w:rPr>
          <w:lang w:val="nb-NO"/>
        </w:rPr>
        <w:t xml:space="preserve">? </w:t>
      </w:r>
    </w:p>
    <w:p w14:paraId="300B251B" w14:textId="3335F2C4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Men Kaisa, veit du kva rolle du har?</w:t>
      </w:r>
    </w:p>
    <w:p w14:paraId="54D4AF2F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3C687AAE" w14:textId="0A67B14F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69B59F2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Tiedän</w:t>
      </w:r>
      <w:proofErr w:type="spellEnd"/>
      <w:r w:rsidRPr="005A017D">
        <w:rPr>
          <w:lang w:val="nb-NO"/>
        </w:rPr>
        <w:t>.</w:t>
      </w:r>
    </w:p>
    <w:p w14:paraId="00D66A4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Ja. </w:t>
      </w:r>
    </w:p>
    <w:p w14:paraId="3CB85666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130FD7A3" w14:textId="77777777" w:rsidR="00EA79B4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06D765C5" w14:textId="7B94B5D0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Maanalaisilla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hengillä</w:t>
      </w:r>
      <w:proofErr w:type="spellEnd"/>
      <w:r w:rsidRPr="005A017D">
        <w:rPr>
          <w:lang w:val="nb-NO"/>
        </w:rPr>
        <w:t xml:space="preserve"> ei ole </w:t>
      </w:r>
      <w:proofErr w:type="spellStart"/>
      <w:proofErr w:type="gramStart"/>
      <w:r w:rsidRPr="005A017D">
        <w:rPr>
          <w:lang w:val="nb-NO"/>
        </w:rPr>
        <w:t>miekkaa</w:t>
      </w:r>
      <w:proofErr w:type="spellEnd"/>
      <w:r w:rsidRPr="005A017D">
        <w:rPr>
          <w:lang w:val="nb-NO"/>
        </w:rPr>
        <w:t>…</w:t>
      </w:r>
      <w:proofErr w:type="gramEnd"/>
      <w:r w:rsidRPr="005A017D">
        <w:rPr>
          <w:lang w:val="nb-NO"/>
        </w:rPr>
        <w:t xml:space="preserve"> </w:t>
      </w:r>
    </w:p>
    <w:p w14:paraId="7CEC60C7" w14:textId="61C5FA33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Underjordiske har </w:t>
      </w:r>
      <w:proofErr w:type="spellStart"/>
      <w:r w:rsidRPr="00B967E3">
        <w:rPr>
          <w:i/>
          <w:lang w:val="nb-NO"/>
        </w:rPr>
        <w:t>ikkje</w:t>
      </w:r>
      <w:proofErr w:type="spellEnd"/>
      <w:r w:rsidRPr="00B967E3">
        <w:rPr>
          <w:i/>
          <w:lang w:val="nb-NO"/>
        </w:rPr>
        <w:t xml:space="preserve"> </w:t>
      </w:r>
      <w:proofErr w:type="gramStart"/>
      <w:r w:rsidRPr="00B967E3">
        <w:rPr>
          <w:i/>
          <w:lang w:val="nb-NO"/>
        </w:rPr>
        <w:t>sverd…</w:t>
      </w:r>
      <w:proofErr w:type="gramEnd"/>
    </w:p>
    <w:p w14:paraId="74CA63B3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0FD06179" w14:textId="5BB295A0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349AE8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Niin</w:t>
      </w:r>
      <w:proofErr w:type="spellEnd"/>
      <w:r w:rsidRPr="005A017D">
        <w:rPr>
          <w:lang w:val="nb-NO"/>
        </w:rPr>
        <w:t xml:space="preserve">, </w:t>
      </w:r>
      <w:proofErr w:type="spellStart"/>
      <w:r w:rsidRPr="005A017D">
        <w:rPr>
          <w:lang w:val="nb-NO"/>
        </w:rPr>
        <w:t>mutta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minun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roolihahmollani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sellainen</w:t>
      </w:r>
      <w:proofErr w:type="spellEnd"/>
      <w:r w:rsidRPr="005A017D">
        <w:rPr>
          <w:lang w:val="nb-NO"/>
        </w:rPr>
        <w:t xml:space="preserve"> on. </w:t>
      </w:r>
    </w:p>
    <w:p w14:paraId="5D343E1F" w14:textId="77777777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Jo, rolla mi skal ha det. </w:t>
      </w:r>
    </w:p>
    <w:p w14:paraId="0A7E291E" w14:textId="2D2E1DA6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Ja </w:t>
      </w:r>
      <w:proofErr w:type="spellStart"/>
      <w:r w:rsidRPr="005A017D">
        <w:rPr>
          <w:lang w:val="nb-NO"/>
        </w:rPr>
        <w:t>minä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taistelen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niinkuin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Nilskin</w:t>
      </w:r>
      <w:proofErr w:type="spellEnd"/>
      <w:r w:rsidRPr="005A017D">
        <w:rPr>
          <w:lang w:val="nb-NO"/>
        </w:rPr>
        <w:t xml:space="preserve">  </w:t>
      </w:r>
      <w:r w:rsidRPr="005A017D">
        <w:rPr>
          <w:lang w:val="nb-NO"/>
        </w:rPr>
        <w:br/>
        <w:t xml:space="preserve">– </w:t>
      </w:r>
      <w:proofErr w:type="spellStart"/>
      <w:r w:rsidRPr="005A017D">
        <w:rPr>
          <w:lang w:val="nb-NO"/>
        </w:rPr>
        <w:t>luonnon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puolesta</w:t>
      </w:r>
      <w:proofErr w:type="spellEnd"/>
      <w:r w:rsidRPr="005A017D">
        <w:rPr>
          <w:lang w:val="nb-NO"/>
        </w:rPr>
        <w:t xml:space="preserve">. </w:t>
      </w:r>
    </w:p>
    <w:p w14:paraId="79134D46" w14:textId="332D75BD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Og </w:t>
      </w:r>
      <w:proofErr w:type="spellStart"/>
      <w:r w:rsidRPr="00B967E3">
        <w:rPr>
          <w:i/>
          <w:lang w:val="nb-NO"/>
        </w:rPr>
        <w:t>eg</w:t>
      </w:r>
      <w:proofErr w:type="spellEnd"/>
      <w:r w:rsidRPr="00B967E3">
        <w:rPr>
          <w:i/>
          <w:lang w:val="nb-NO"/>
        </w:rPr>
        <w:t xml:space="preserve"> skal kjempe som Nils - for naturen!</w:t>
      </w:r>
    </w:p>
    <w:p w14:paraId="1D6FC788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380FB4AC" w14:textId="04B43E0E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6BCFE5E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Aaroni</w:t>
      </w:r>
      <w:proofErr w:type="spellEnd"/>
      <w:r w:rsidRPr="005A017D">
        <w:rPr>
          <w:lang w:val="nb-NO"/>
        </w:rPr>
        <w:t xml:space="preserve">! </w:t>
      </w:r>
    </w:p>
    <w:p w14:paraId="07604991" w14:textId="1632BF0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Aaron! </w:t>
      </w:r>
    </w:p>
    <w:p w14:paraId="13F301C4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Meidän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viimeinen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toivomme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tullut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takaisin</w:t>
      </w:r>
      <w:proofErr w:type="spellEnd"/>
      <w:r w:rsidRPr="005A017D">
        <w:rPr>
          <w:lang w:val="nb-NO"/>
        </w:rPr>
        <w:t xml:space="preserve">! </w:t>
      </w:r>
    </w:p>
    <w:p w14:paraId="09D4EA2E" w14:textId="03B1A683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Vårt siste håp er tilbake! </w:t>
      </w:r>
    </w:p>
    <w:p w14:paraId="48288AE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Tervetuloa</w:t>
      </w:r>
      <w:proofErr w:type="spellEnd"/>
      <w:r w:rsidRPr="005A017D">
        <w:rPr>
          <w:lang w:val="nb-NO"/>
        </w:rPr>
        <w:t xml:space="preserve">! </w:t>
      </w:r>
    </w:p>
    <w:p w14:paraId="56658F7E" w14:textId="33D81530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Velkommen! </w:t>
      </w:r>
    </w:p>
    <w:p w14:paraId="113EAADF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2950620A" w14:textId="42285089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2C2DD52D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Päivää</w:t>
      </w:r>
      <w:proofErr w:type="spellEnd"/>
      <w:r w:rsidRPr="005A017D">
        <w:rPr>
          <w:lang w:val="nb-NO"/>
        </w:rPr>
        <w:t xml:space="preserve">! </w:t>
      </w:r>
    </w:p>
    <w:p w14:paraId="7557E09B" w14:textId="77777777" w:rsidR="00EF112A" w:rsidRDefault="00000000" w:rsidP="005A017D">
      <w:pPr>
        <w:spacing w:after="0" w:line="240" w:lineRule="auto"/>
        <w:rPr>
          <w:i/>
          <w:lang w:val="nb-NO"/>
        </w:rPr>
      </w:pPr>
      <w:r w:rsidRPr="005A017D">
        <w:rPr>
          <w:i/>
          <w:lang w:val="nb-NO"/>
        </w:rPr>
        <w:t>God dag!</w:t>
      </w:r>
    </w:p>
    <w:p w14:paraId="0B3812BD" w14:textId="77777777" w:rsidR="00EA79B4" w:rsidRPr="005A017D" w:rsidRDefault="00EA79B4" w:rsidP="005A017D">
      <w:pPr>
        <w:spacing w:after="0" w:line="240" w:lineRule="auto"/>
        <w:rPr>
          <w:lang w:val="nb-NO"/>
        </w:rPr>
      </w:pPr>
    </w:p>
    <w:p w14:paraId="4750A287" w14:textId="4281F337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7B77F792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Onko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kuningatar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täysin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uupunut</w:t>
      </w:r>
      <w:proofErr w:type="spellEnd"/>
      <w:r w:rsidRPr="005A017D">
        <w:rPr>
          <w:lang w:val="nb-NO"/>
        </w:rPr>
        <w:t xml:space="preserve">? </w:t>
      </w:r>
    </w:p>
    <w:p w14:paraId="6EE1F1C9" w14:textId="05637C22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Har dronninga slite seg ut?</w:t>
      </w:r>
    </w:p>
    <w:p w14:paraId="47FA5FD7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6507C9C5" w14:textId="664D5DA9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6D058D46" w14:textId="51225789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Olen</w:t>
      </w:r>
    </w:p>
    <w:p w14:paraId="5362C599" w14:textId="410EFCE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Ja.</w:t>
      </w:r>
    </w:p>
    <w:p w14:paraId="0F4370A0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Kiitos</w:t>
      </w:r>
      <w:proofErr w:type="spellEnd"/>
      <w:r w:rsidRPr="005A017D">
        <w:rPr>
          <w:lang w:val="nb-NO"/>
        </w:rPr>
        <w:t>.</w:t>
      </w:r>
    </w:p>
    <w:p w14:paraId="29446F2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Takk.</w:t>
      </w:r>
    </w:p>
    <w:p w14:paraId="4168505B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708DAEF" w14:textId="6814BE10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TEKSTMELDING:</w:t>
      </w:r>
    </w:p>
    <w:p w14:paraId="09C3EF2D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Nilsiltä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isälle</w:t>
      </w:r>
      <w:proofErr w:type="spellEnd"/>
      <w:r w:rsidRPr="005A017D">
        <w:rPr>
          <w:lang w:val="nb-NO"/>
        </w:rPr>
        <w:t xml:space="preserve">: Anne, </w:t>
      </w:r>
      <w:proofErr w:type="spellStart"/>
      <w:r w:rsidRPr="005A017D">
        <w:rPr>
          <w:lang w:val="nb-NO"/>
        </w:rPr>
        <w:t>Raisin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nöyrä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kuningatar</w:t>
      </w:r>
      <w:proofErr w:type="spellEnd"/>
      <w:r w:rsidRPr="005A017D">
        <w:rPr>
          <w:lang w:val="nb-NO"/>
        </w:rPr>
        <w:t>!</w:t>
      </w:r>
    </w:p>
    <w:p w14:paraId="754C7B57" w14:textId="0E3BE7DA" w:rsidR="00EF112A" w:rsidRDefault="00B967E3" w:rsidP="005A017D">
      <w:pPr>
        <w:spacing w:after="0" w:line="240" w:lineRule="auto"/>
        <w:rPr>
          <w:i/>
          <w:lang w:val="nb-NO"/>
        </w:rPr>
      </w:pPr>
      <w:proofErr w:type="spellStart"/>
      <w:r w:rsidRPr="00B967E3">
        <w:rPr>
          <w:i/>
          <w:lang w:val="nb-NO"/>
        </w:rPr>
        <w:t>Frå</w:t>
      </w:r>
      <w:proofErr w:type="spellEnd"/>
      <w:r w:rsidRPr="00B967E3">
        <w:rPr>
          <w:i/>
          <w:lang w:val="nb-NO"/>
        </w:rPr>
        <w:t xml:space="preserve"> Nils til pappa: Anna, Reisas </w:t>
      </w:r>
      <w:proofErr w:type="spellStart"/>
      <w:r w:rsidRPr="00B967E3">
        <w:rPr>
          <w:i/>
          <w:lang w:val="nb-NO"/>
        </w:rPr>
        <w:t>audmjuke</w:t>
      </w:r>
      <w:proofErr w:type="spellEnd"/>
      <w:r w:rsidRPr="00B967E3">
        <w:rPr>
          <w:i/>
          <w:lang w:val="nb-NO"/>
        </w:rPr>
        <w:t xml:space="preserve"> dronning!</w:t>
      </w:r>
    </w:p>
    <w:p w14:paraId="7579C50B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3DF58426" w14:textId="0CF16645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0EDB84E4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Aloitamme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sitten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harjoituksen</w:t>
      </w:r>
      <w:proofErr w:type="spellEnd"/>
      <w:r w:rsidRPr="005A017D">
        <w:rPr>
          <w:lang w:val="nb-NO"/>
        </w:rPr>
        <w:t xml:space="preserve">. </w:t>
      </w:r>
    </w:p>
    <w:p w14:paraId="42CA30B2" w14:textId="77777777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Då </w:t>
      </w:r>
      <w:proofErr w:type="spellStart"/>
      <w:r w:rsidRPr="00B967E3">
        <w:rPr>
          <w:i/>
          <w:lang w:val="nb-NO"/>
        </w:rPr>
        <w:t>byrjar</w:t>
      </w:r>
      <w:proofErr w:type="spellEnd"/>
      <w:r w:rsidRPr="00B967E3">
        <w:rPr>
          <w:i/>
          <w:lang w:val="nb-NO"/>
        </w:rPr>
        <w:t xml:space="preserve"> </w:t>
      </w:r>
      <w:proofErr w:type="spellStart"/>
      <w:r w:rsidRPr="00B967E3">
        <w:rPr>
          <w:i/>
          <w:lang w:val="nb-NO"/>
        </w:rPr>
        <w:t>me</w:t>
      </w:r>
      <w:proofErr w:type="spellEnd"/>
      <w:r w:rsidRPr="00B967E3">
        <w:rPr>
          <w:i/>
          <w:lang w:val="nb-NO"/>
        </w:rPr>
        <w:t xml:space="preserve"> å øve. </w:t>
      </w:r>
    </w:p>
    <w:p w14:paraId="740C9003" w14:textId="2EF687F3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Maanalaiset</w:t>
      </w:r>
      <w:proofErr w:type="spellEnd"/>
      <w:r w:rsidRPr="005A017D">
        <w:rPr>
          <w:lang w:val="nb-NO"/>
        </w:rPr>
        <w:t xml:space="preserve"> henget </w:t>
      </w:r>
      <w:proofErr w:type="spellStart"/>
      <w:r w:rsidRPr="005A017D">
        <w:rPr>
          <w:lang w:val="nb-NO"/>
        </w:rPr>
        <w:t>kokoontuvat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täälä</w:t>
      </w:r>
      <w:proofErr w:type="spellEnd"/>
      <w:r w:rsidRPr="005A017D">
        <w:rPr>
          <w:lang w:val="nb-NO"/>
        </w:rPr>
        <w:t xml:space="preserve">. </w:t>
      </w:r>
    </w:p>
    <w:p w14:paraId="56F71FC3" w14:textId="77777777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Underjordiske vesen </w:t>
      </w:r>
      <w:proofErr w:type="spellStart"/>
      <w:r w:rsidRPr="00B967E3">
        <w:rPr>
          <w:i/>
          <w:lang w:val="nb-NO"/>
        </w:rPr>
        <w:t>samlar</w:t>
      </w:r>
      <w:proofErr w:type="spellEnd"/>
      <w:r w:rsidRPr="00B967E3">
        <w:rPr>
          <w:i/>
          <w:lang w:val="nb-NO"/>
        </w:rPr>
        <w:t xml:space="preserve"> seg her.</w:t>
      </w:r>
    </w:p>
    <w:p w14:paraId="6B60FA0A" w14:textId="4CFE6861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Aloitamme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sitten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harjoituksen</w:t>
      </w:r>
      <w:proofErr w:type="spellEnd"/>
      <w:r w:rsidRPr="005A017D">
        <w:rPr>
          <w:lang w:val="nb-NO"/>
        </w:rPr>
        <w:t xml:space="preserve">. </w:t>
      </w:r>
      <w:proofErr w:type="spellStart"/>
      <w:r w:rsidRPr="005A017D">
        <w:rPr>
          <w:lang w:val="nb-NO"/>
        </w:rPr>
        <w:t>Tulkaa</w:t>
      </w:r>
      <w:proofErr w:type="spellEnd"/>
      <w:r w:rsidR="00EA79B4">
        <w:rPr>
          <w:lang w:val="nb-NO"/>
        </w:rPr>
        <w:t>!</w:t>
      </w:r>
    </w:p>
    <w:p w14:paraId="0B180FA7" w14:textId="77777777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Då </w:t>
      </w:r>
      <w:proofErr w:type="spellStart"/>
      <w:r w:rsidRPr="00B967E3">
        <w:rPr>
          <w:i/>
          <w:lang w:val="nb-NO"/>
        </w:rPr>
        <w:t>byrjar</w:t>
      </w:r>
      <w:proofErr w:type="spellEnd"/>
      <w:r w:rsidRPr="00B967E3">
        <w:rPr>
          <w:i/>
          <w:lang w:val="nb-NO"/>
        </w:rPr>
        <w:t xml:space="preserve"> </w:t>
      </w:r>
      <w:proofErr w:type="spellStart"/>
      <w:r w:rsidRPr="00B967E3">
        <w:rPr>
          <w:i/>
          <w:lang w:val="nb-NO"/>
        </w:rPr>
        <w:t>me</w:t>
      </w:r>
      <w:proofErr w:type="spellEnd"/>
      <w:r w:rsidRPr="00B967E3">
        <w:rPr>
          <w:i/>
          <w:lang w:val="nb-NO"/>
        </w:rPr>
        <w:t xml:space="preserve"> å øve. Kom.</w:t>
      </w:r>
    </w:p>
    <w:p w14:paraId="0CAA40C4" w14:textId="76147D4E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Maanalaiset</w:t>
      </w:r>
      <w:proofErr w:type="spellEnd"/>
      <w:r w:rsidRPr="005A017D">
        <w:rPr>
          <w:lang w:val="nb-NO"/>
        </w:rPr>
        <w:t xml:space="preserve"> henget </w:t>
      </w:r>
      <w:proofErr w:type="spellStart"/>
      <w:r w:rsidRPr="005A017D">
        <w:rPr>
          <w:lang w:val="nb-NO"/>
        </w:rPr>
        <w:t>kokoontuvat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täälä</w:t>
      </w:r>
      <w:proofErr w:type="spellEnd"/>
      <w:r w:rsidR="00EA79B4">
        <w:rPr>
          <w:lang w:val="nb-NO"/>
        </w:rPr>
        <w:t>!</w:t>
      </w:r>
    </w:p>
    <w:p w14:paraId="6D1F497B" w14:textId="77777777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Underjordiske vesen </w:t>
      </w:r>
      <w:proofErr w:type="spellStart"/>
      <w:r w:rsidRPr="00B967E3">
        <w:rPr>
          <w:i/>
          <w:lang w:val="nb-NO"/>
        </w:rPr>
        <w:t>samlar</w:t>
      </w:r>
      <w:proofErr w:type="spellEnd"/>
      <w:r w:rsidRPr="00B967E3">
        <w:rPr>
          <w:i/>
          <w:lang w:val="nb-NO"/>
        </w:rPr>
        <w:t xml:space="preserve"> seg her. </w:t>
      </w:r>
    </w:p>
    <w:p w14:paraId="64314D64" w14:textId="5FE4F1DB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Sotijat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tuolla</w:t>
      </w:r>
      <w:proofErr w:type="spellEnd"/>
      <w:r w:rsidRPr="005A017D">
        <w:rPr>
          <w:lang w:val="nb-NO"/>
        </w:rPr>
        <w:t xml:space="preserve">. </w:t>
      </w:r>
    </w:p>
    <w:p w14:paraId="0DAE4A83" w14:textId="77777777" w:rsidR="00B967E3" w:rsidRDefault="00B967E3" w:rsidP="005A017D">
      <w:pPr>
        <w:spacing w:after="0" w:line="240" w:lineRule="auto"/>
        <w:rPr>
          <w:i/>
          <w:lang w:val="nb-NO"/>
        </w:rPr>
      </w:pPr>
      <w:proofErr w:type="spellStart"/>
      <w:r w:rsidRPr="00B967E3">
        <w:rPr>
          <w:i/>
          <w:lang w:val="nb-NO"/>
        </w:rPr>
        <w:t>Krigarar</w:t>
      </w:r>
      <w:proofErr w:type="spellEnd"/>
      <w:r w:rsidRPr="00B967E3">
        <w:rPr>
          <w:i/>
          <w:lang w:val="nb-NO"/>
        </w:rPr>
        <w:t xml:space="preserve"> der borte.</w:t>
      </w:r>
    </w:p>
    <w:p w14:paraId="63E491A9" w14:textId="5A0F07E2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Kuningatar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keskellä</w:t>
      </w:r>
      <w:proofErr w:type="spellEnd"/>
      <w:r w:rsidRPr="005A017D">
        <w:rPr>
          <w:lang w:val="nb-NO"/>
        </w:rPr>
        <w:t xml:space="preserve">. </w:t>
      </w:r>
    </w:p>
    <w:p w14:paraId="1E8C2374" w14:textId="77777777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Dronninga i midten. </w:t>
      </w:r>
    </w:p>
    <w:p w14:paraId="2DDE9605" w14:textId="74A2A475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Kaisa, nyt </w:t>
      </w:r>
      <w:proofErr w:type="spellStart"/>
      <w:r w:rsidRPr="005A017D">
        <w:rPr>
          <w:lang w:val="nb-NO"/>
        </w:rPr>
        <w:t>sinun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täytyy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laskea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miekka</w:t>
      </w:r>
      <w:proofErr w:type="spellEnd"/>
      <w:r w:rsidRPr="005A017D">
        <w:rPr>
          <w:lang w:val="nb-NO"/>
        </w:rPr>
        <w:t xml:space="preserve"> alas.</w:t>
      </w:r>
    </w:p>
    <w:p w14:paraId="37037D0F" w14:textId="21A0CF47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Kaisa, du må </w:t>
      </w:r>
      <w:proofErr w:type="spellStart"/>
      <w:r w:rsidRPr="00B967E3">
        <w:rPr>
          <w:i/>
          <w:lang w:val="nb-NO"/>
        </w:rPr>
        <w:t>leggje</w:t>
      </w:r>
      <w:proofErr w:type="spellEnd"/>
      <w:r w:rsidRPr="00B967E3">
        <w:rPr>
          <w:i/>
          <w:lang w:val="nb-NO"/>
        </w:rPr>
        <w:t xml:space="preserve"> ned sverdet no.</w:t>
      </w:r>
    </w:p>
    <w:p w14:paraId="7E7F5D79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39AC5253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BE17315" w14:textId="5E5D3AF9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Heillä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jotka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taistelevat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luonnon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puolesta</w:t>
      </w:r>
      <w:proofErr w:type="spellEnd"/>
      <w:r w:rsidRPr="005A017D">
        <w:rPr>
          <w:lang w:val="nb-NO"/>
        </w:rPr>
        <w:t xml:space="preserve">, </w:t>
      </w:r>
      <w:proofErr w:type="spellStart"/>
      <w:r w:rsidRPr="005A017D">
        <w:rPr>
          <w:lang w:val="nb-NO"/>
        </w:rPr>
        <w:t>täytyy</w:t>
      </w:r>
      <w:proofErr w:type="spellEnd"/>
      <w:r w:rsidRPr="005A017D">
        <w:rPr>
          <w:lang w:val="nb-NO"/>
        </w:rPr>
        <w:t xml:space="preserve"> olla </w:t>
      </w:r>
      <w:proofErr w:type="spellStart"/>
      <w:r w:rsidRPr="005A017D">
        <w:rPr>
          <w:lang w:val="nb-NO"/>
        </w:rPr>
        <w:t>aseet</w:t>
      </w:r>
      <w:proofErr w:type="spellEnd"/>
      <w:r w:rsidRPr="005A017D">
        <w:rPr>
          <w:lang w:val="nb-NO"/>
        </w:rPr>
        <w:t xml:space="preserve">. </w:t>
      </w:r>
    </w:p>
    <w:p w14:paraId="34DF0923" w14:textId="77777777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Dei som </w:t>
      </w:r>
      <w:proofErr w:type="spellStart"/>
      <w:r w:rsidRPr="00B967E3">
        <w:rPr>
          <w:i/>
          <w:lang w:val="nb-NO"/>
        </w:rPr>
        <w:t>kjempar</w:t>
      </w:r>
      <w:proofErr w:type="spellEnd"/>
      <w:r w:rsidRPr="00B967E3">
        <w:rPr>
          <w:i/>
          <w:lang w:val="nb-NO"/>
        </w:rPr>
        <w:t xml:space="preserve"> for naturen må ha våpen. </w:t>
      </w:r>
    </w:p>
    <w:p w14:paraId="4CD8FDE2" w14:textId="51F165E6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Muutoin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häviämme</w:t>
      </w:r>
      <w:proofErr w:type="spellEnd"/>
      <w:r w:rsidRPr="005A017D">
        <w:rPr>
          <w:lang w:val="nb-NO"/>
        </w:rPr>
        <w:t xml:space="preserve">.  </w:t>
      </w:r>
    </w:p>
    <w:p w14:paraId="3807BD60" w14:textId="767A61E5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Elles taper </w:t>
      </w:r>
      <w:proofErr w:type="spellStart"/>
      <w:r w:rsidRPr="00B967E3">
        <w:rPr>
          <w:i/>
          <w:lang w:val="nb-NO"/>
        </w:rPr>
        <w:t>me</w:t>
      </w:r>
      <w:proofErr w:type="spellEnd"/>
      <w:r w:rsidRPr="00B967E3">
        <w:rPr>
          <w:i/>
          <w:lang w:val="nb-NO"/>
        </w:rPr>
        <w:t>.</w:t>
      </w:r>
    </w:p>
    <w:p w14:paraId="3D734821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7489BFE4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1BF8EC03" w14:textId="5682D748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Siinä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kyllä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olet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aivan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oikeassa</w:t>
      </w:r>
      <w:proofErr w:type="spellEnd"/>
      <w:r w:rsidRPr="005A017D">
        <w:rPr>
          <w:lang w:val="nb-NO"/>
        </w:rPr>
        <w:t xml:space="preserve"> Kaisa.</w:t>
      </w:r>
    </w:p>
    <w:p w14:paraId="7E42A28C" w14:textId="77777777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Det har du heilt rett i, Kaisa.</w:t>
      </w:r>
    </w:p>
    <w:p w14:paraId="54600135" w14:textId="6F21C9AB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Mutta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sinun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aseesi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on</w:t>
      </w:r>
      <w:proofErr w:type="spellEnd"/>
      <w:r w:rsidRPr="005A017D">
        <w:rPr>
          <w:lang w:val="nb-NO"/>
        </w:rPr>
        <w:t xml:space="preserve"> sisu. </w:t>
      </w:r>
    </w:p>
    <w:p w14:paraId="3DA84A3F" w14:textId="77777777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Men våpenet ditt er </w:t>
      </w:r>
      <w:proofErr w:type="spellStart"/>
      <w:r w:rsidRPr="00B967E3">
        <w:rPr>
          <w:i/>
          <w:lang w:val="nb-NO"/>
        </w:rPr>
        <w:t>sinni</w:t>
      </w:r>
      <w:proofErr w:type="spellEnd"/>
      <w:r w:rsidRPr="00B967E3">
        <w:rPr>
          <w:i/>
          <w:lang w:val="nb-NO"/>
        </w:rPr>
        <w:t xml:space="preserve">. </w:t>
      </w:r>
    </w:p>
    <w:p w14:paraId="30A83418" w14:textId="20C1961B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Kumman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valitset</w:t>
      </w:r>
      <w:proofErr w:type="spellEnd"/>
      <w:r w:rsidRPr="005A017D">
        <w:rPr>
          <w:lang w:val="nb-NO"/>
        </w:rPr>
        <w:t xml:space="preserve">? </w:t>
      </w:r>
    </w:p>
    <w:p w14:paraId="0EF283D5" w14:textId="2414A942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Kva vel du?</w:t>
      </w:r>
    </w:p>
    <w:p w14:paraId="7964582E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392B8FBD" w14:textId="7E08D3F6" w:rsidR="00EA79B4" w:rsidRPr="005A017D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08B83B6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Maanalaiset</w:t>
      </w:r>
      <w:proofErr w:type="spellEnd"/>
      <w:r w:rsidRPr="005A017D">
        <w:rPr>
          <w:lang w:val="nb-NO"/>
        </w:rPr>
        <w:t xml:space="preserve"> henget. </w:t>
      </w:r>
    </w:p>
    <w:p w14:paraId="1ECB9AA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Underjordiske! </w:t>
      </w:r>
    </w:p>
    <w:p w14:paraId="03F920BC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45C77CD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4458C610" w14:textId="2884ABD6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Me </w:t>
      </w:r>
      <w:proofErr w:type="spellStart"/>
      <w:r w:rsidRPr="005A017D">
        <w:rPr>
          <w:lang w:val="nb-NO"/>
        </w:rPr>
        <w:t>tulemme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rauhassa</w:t>
      </w:r>
      <w:proofErr w:type="spellEnd"/>
      <w:r w:rsidR="00EA79B4">
        <w:rPr>
          <w:lang w:val="nb-NO"/>
        </w:rPr>
        <w:t>!</w:t>
      </w:r>
    </w:p>
    <w:p w14:paraId="2052D832" w14:textId="5583B82C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>Me kjem i fred!</w:t>
      </w:r>
    </w:p>
    <w:p w14:paraId="7F00F86D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6316CF86" w14:textId="4D57D8F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UNDERJORDISKE:</w:t>
      </w:r>
    </w:p>
    <w:p w14:paraId="253CC3CB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Eläkäämme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sitten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rauhassa</w:t>
      </w:r>
      <w:proofErr w:type="spellEnd"/>
      <w:r w:rsidRPr="005A017D">
        <w:rPr>
          <w:lang w:val="nb-NO"/>
        </w:rPr>
        <w:t xml:space="preserve">. </w:t>
      </w:r>
    </w:p>
    <w:p w14:paraId="770E2E7A" w14:textId="50E027F9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Så la oss </w:t>
      </w:r>
      <w:proofErr w:type="spellStart"/>
      <w:r w:rsidRPr="00B967E3">
        <w:rPr>
          <w:i/>
          <w:lang w:val="nb-NO"/>
        </w:rPr>
        <w:t>vere</w:t>
      </w:r>
      <w:proofErr w:type="spellEnd"/>
      <w:r w:rsidRPr="00B967E3">
        <w:rPr>
          <w:i/>
          <w:lang w:val="nb-NO"/>
        </w:rPr>
        <w:t xml:space="preserve"> i fred.</w:t>
      </w:r>
    </w:p>
    <w:p w14:paraId="06C3FA5A" w14:textId="77777777" w:rsidR="00B967E3" w:rsidRPr="005A017D" w:rsidRDefault="00B967E3" w:rsidP="005A017D">
      <w:pPr>
        <w:spacing w:after="0" w:line="240" w:lineRule="auto"/>
        <w:rPr>
          <w:lang w:val="nb-NO"/>
        </w:rPr>
      </w:pPr>
    </w:p>
    <w:p w14:paraId="77B749F6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ANNE:</w:t>
      </w:r>
    </w:p>
    <w:p w14:paraId="761A0291" w14:textId="35A0DFD2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Meidät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oon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ajettu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pois</w:t>
      </w:r>
      <w:proofErr w:type="spellEnd"/>
      <w:r w:rsidRPr="005A017D">
        <w:rPr>
          <w:lang w:val="nb-NO"/>
        </w:rPr>
        <w:t xml:space="preserve"> maastamme. </w:t>
      </w:r>
    </w:p>
    <w:p w14:paraId="47813E08" w14:textId="77777777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Me er </w:t>
      </w:r>
      <w:proofErr w:type="spellStart"/>
      <w:r w:rsidRPr="00B967E3">
        <w:rPr>
          <w:i/>
          <w:lang w:val="nb-NO"/>
        </w:rPr>
        <w:t>fordrivne</w:t>
      </w:r>
      <w:proofErr w:type="spellEnd"/>
      <w:r w:rsidRPr="00B967E3">
        <w:rPr>
          <w:i/>
          <w:lang w:val="nb-NO"/>
        </w:rPr>
        <w:t xml:space="preserve"> </w:t>
      </w:r>
      <w:proofErr w:type="spellStart"/>
      <w:r w:rsidRPr="00B967E3">
        <w:rPr>
          <w:i/>
          <w:lang w:val="nb-NO"/>
        </w:rPr>
        <w:t>frå</w:t>
      </w:r>
      <w:proofErr w:type="spellEnd"/>
      <w:r w:rsidRPr="00B967E3">
        <w:rPr>
          <w:i/>
          <w:lang w:val="nb-NO"/>
        </w:rPr>
        <w:t xml:space="preserve"> landet vårt. </w:t>
      </w:r>
    </w:p>
    <w:p w14:paraId="245C18EE" w14:textId="4C613028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Me </w:t>
      </w:r>
      <w:proofErr w:type="spellStart"/>
      <w:r w:rsidRPr="005A017D">
        <w:rPr>
          <w:lang w:val="nb-NO"/>
        </w:rPr>
        <w:t>olemme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haavoittuneet</w:t>
      </w:r>
      <w:proofErr w:type="spellEnd"/>
      <w:r w:rsidRPr="005A017D">
        <w:rPr>
          <w:lang w:val="nb-NO"/>
        </w:rPr>
        <w:t xml:space="preserve"> ja </w:t>
      </w:r>
      <w:proofErr w:type="spellStart"/>
      <w:r w:rsidRPr="005A017D">
        <w:rPr>
          <w:lang w:val="nb-NO"/>
        </w:rPr>
        <w:t>nälkäiset</w:t>
      </w:r>
      <w:proofErr w:type="spellEnd"/>
      <w:r w:rsidRPr="005A017D">
        <w:rPr>
          <w:lang w:val="nb-NO"/>
        </w:rPr>
        <w:t xml:space="preserve">. </w:t>
      </w:r>
    </w:p>
    <w:p w14:paraId="1EEA4395" w14:textId="0F67A17A" w:rsidR="00EF112A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Me er skadde og </w:t>
      </w:r>
      <w:proofErr w:type="spellStart"/>
      <w:r w:rsidRPr="00B967E3">
        <w:rPr>
          <w:i/>
          <w:lang w:val="nb-NO"/>
        </w:rPr>
        <w:t>svoltne</w:t>
      </w:r>
      <w:proofErr w:type="spellEnd"/>
      <w:r w:rsidRPr="00B967E3">
        <w:rPr>
          <w:i/>
          <w:lang w:val="nb-NO"/>
        </w:rPr>
        <w:t>.</w:t>
      </w:r>
    </w:p>
    <w:p w14:paraId="49A3A7DD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7F8A258C" w14:textId="385A322C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UNDERJORDISKE:</w:t>
      </w:r>
    </w:p>
    <w:p w14:paraId="1C2F661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Ihmiset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tuovat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mukanaan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vain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tuhoa</w:t>
      </w:r>
      <w:proofErr w:type="spellEnd"/>
      <w:r w:rsidRPr="005A017D">
        <w:rPr>
          <w:lang w:val="nb-NO"/>
        </w:rPr>
        <w:t xml:space="preserve">. </w:t>
      </w:r>
    </w:p>
    <w:p w14:paraId="28162BF5" w14:textId="77777777" w:rsidR="00B967E3" w:rsidRDefault="00B967E3" w:rsidP="005A017D">
      <w:pPr>
        <w:spacing w:after="0" w:line="240" w:lineRule="auto"/>
        <w:rPr>
          <w:i/>
          <w:lang w:val="nb-NO"/>
        </w:rPr>
      </w:pPr>
      <w:r w:rsidRPr="00B967E3">
        <w:rPr>
          <w:i/>
          <w:lang w:val="nb-NO"/>
        </w:rPr>
        <w:t xml:space="preserve">Menneske </w:t>
      </w:r>
      <w:proofErr w:type="spellStart"/>
      <w:r w:rsidRPr="00B967E3">
        <w:rPr>
          <w:i/>
          <w:lang w:val="nb-NO"/>
        </w:rPr>
        <w:t>bringar</w:t>
      </w:r>
      <w:proofErr w:type="spellEnd"/>
      <w:r w:rsidRPr="00B967E3">
        <w:rPr>
          <w:i/>
          <w:lang w:val="nb-NO"/>
        </w:rPr>
        <w:t xml:space="preserve"> </w:t>
      </w:r>
      <w:proofErr w:type="spellStart"/>
      <w:r w:rsidRPr="00B967E3">
        <w:rPr>
          <w:i/>
          <w:lang w:val="nb-NO"/>
        </w:rPr>
        <w:t>berre</w:t>
      </w:r>
      <w:proofErr w:type="spellEnd"/>
      <w:r w:rsidRPr="00B967E3">
        <w:rPr>
          <w:i/>
          <w:lang w:val="nb-NO"/>
        </w:rPr>
        <w:t xml:space="preserve"> øydelegging. </w:t>
      </w:r>
    </w:p>
    <w:p w14:paraId="6C9380E7" w14:textId="110FD976" w:rsidR="00EF112A" w:rsidRPr="00EA68CC" w:rsidRDefault="00000000" w:rsidP="005A017D">
      <w:pPr>
        <w:spacing w:after="0" w:line="240" w:lineRule="auto"/>
        <w:rPr>
          <w:lang w:val="nb-NO"/>
        </w:rPr>
      </w:pPr>
      <w:proofErr w:type="spellStart"/>
      <w:r w:rsidRPr="00EA68CC">
        <w:rPr>
          <w:lang w:val="nb-NO"/>
        </w:rPr>
        <w:t>Miksi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meidän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pitäisi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uskoa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teitä</w:t>
      </w:r>
      <w:proofErr w:type="spellEnd"/>
      <w:r w:rsidRPr="00EA68CC">
        <w:rPr>
          <w:lang w:val="nb-NO"/>
        </w:rPr>
        <w:t xml:space="preserve">? </w:t>
      </w:r>
    </w:p>
    <w:p w14:paraId="2EFC8139" w14:textId="42117193" w:rsidR="00EF112A" w:rsidRDefault="00B967E3" w:rsidP="005A017D">
      <w:pPr>
        <w:spacing w:after="0" w:line="240" w:lineRule="auto"/>
        <w:rPr>
          <w:i/>
          <w:lang w:val="nb-NO"/>
        </w:rPr>
      </w:pPr>
      <w:proofErr w:type="spellStart"/>
      <w:r w:rsidRPr="00B967E3">
        <w:rPr>
          <w:i/>
          <w:lang w:val="nb-NO"/>
        </w:rPr>
        <w:t>Kvifor</w:t>
      </w:r>
      <w:proofErr w:type="spellEnd"/>
      <w:r w:rsidRPr="00B967E3">
        <w:rPr>
          <w:i/>
          <w:lang w:val="nb-NO"/>
        </w:rPr>
        <w:t xml:space="preserve"> skal </w:t>
      </w:r>
      <w:proofErr w:type="spellStart"/>
      <w:r w:rsidRPr="00B967E3">
        <w:rPr>
          <w:i/>
          <w:lang w:val="nb-NO"/>
        </w:rPr>
        <w:t>me</w:t>
      </w:r>
      <w:proofErr w:type="spellEnd"/>
      <w:r w:rsidRPr="00B967E3">
        <w:rPr>
          <w:i/>
          <w:lang w:val="nb-NO"/>
        </w:rPr>
        <w:t xml:space="preserve"> tru på dykk?</w:t>
      </w:r>
    </w:p>
    <w:p w14:paraId="31F08196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639217CA" w14:textId="2E7A9DFB" w:rsidR="00EA79B4" w:rsidRPr="00EA68CC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27F624C6" w14:textId="77777777" w:rsidR="00EF112A" w:rsidRPr="00EA68CC" w:rsidRDefault="00000000" w:rsidP="005A017D">
      <w:pPr>
        <w:spacing w:after="0" w:line="240" w:lineRule="auto"/>
        <w:rPr>
          <w:lang w:val="nb-NO"/>
        </w:rPr>
      </w:pPr>
      <w:proofErr w:type="spellStart"/>
      <w:r w:rsidRPr="00EA68CC">
        <w:rPr>
          <w:lang w:val="nb-NO"/>
        </w:rPr>
        <w:t>Minä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annan</w:t>
      </w:r>
      <w:proofErr w:type="spellEnd"/>
      <w:r w:rsidRPr="00EA68CC">
        <w:rPr>
          <w:lang w:val="nb-NO"/>
        </w:rPr>
        <w:t xml:space="preserve"> </w:t>
      </w:r>
      <w:proofErr w:type="spellStart"/>
      <w:proofErr w:type="gramStart"/>
      <w:r w:rsidRPr="00EA68CC">
        <w:rPr>
          <w:lang w:val="nb-NO"/>
        </w:rPr>
        <w:t>teille</w:t>
      </w:r>
      <w:proofErr w:type="spellEnd"/>
      <w:r w:rsidRPr="00EA68CC">
        <w:rPr>
          <w:lang w:val="nb-NO"/>
        </w:rPr>
        <w:t xml:space="preserve">  </w:t>
      </w:r>
      <w:proofErr w:type="spellStart"/>
      <w:r w:rsidRPr="00EA68CC">
        <w:rPr>
          <w:lang w:val="nb-NO"/>
        </w:rPr>
        <w:t>koko</w:t>
      </w:r>
      <w:proofErr w:type="spellEnd"/>
      <w:proofErr w:type="gram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minun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valtani</w:t>
      </w:r>
      <w:proofErr w:type="spellEnd"/>
      <w:r w:rsidRPr="00EA68CC">
        <w:rPr>
          <w:lang w:val="nb-NO"/>
        </w:rPr>
        <w:t xml:space="preserve">. </w:t>
      </w:r>
    </w:p>
    <w:p w14:paraId="3E6789C8" w14:textId="198BA47B" w:rsidR="00EF112A" w:rsidRDefault="00B967E3" w:rsidP="005A017D">
      <w:pPr>
        <w:spacing w:after="0" w:line="240" w:lineRule="auto"/>
        <w:rPr>
          <w:i/>
          <w:lang w:val="nb-NO"/>
        </w:rPr>
      </w:pPr>
      <w:proofErr w:type="spellStart"/>
      <w:r w:rsidRPr="00B967E3">
        <w:rPr>
          <w:i/>
          <w:lang w:val="nb-NO"/>
        </w:rPr>
        <w:t>Eg</w:t>
      </w:r>
      <w:proofErr w:type="spellEnd"/>
      <w:r w:rsidRPr="00B967E3">
        <w:rPr>
          <w:i/>
          <w:lang w:val="nb-NO"/>
        </w:rPr>
        <w:t xml:space="preserve"> gir all mi makt til dykk.</w:t>
      </w:r>
    </w:p>
    <w:p w14:paraId="1B61C3D0" w14:textId="77777777" w:rsidR="00B967E3" w:rsidRDefault="00B967E3" w:rsidP="005A017D">
      <w:pPr>
        <w:spacing w:after="0" w:line="240" w:lineRule="auto"/>
        <w:rPr>
          <w:lang w:val="nb-NO"/>
        </w:rPr>
      </w:pPr>
    </w:p>
    <w:p w14:paraId="1CA38CC0" w14:textId="74EE69A8" w:rsidR="00EA79B4" w:rsidRPr="00B967E3" w:rsidRDefault="00EA79B4" w:rsidP="005A017D">
      <w:pPr>
        <w:spacing w:after="0" w:line="240" w:lineRule="auto"/>
      </w:pPr>
      <w:r w:rsidRPr="00B967E3">
        <w:t>NILS:</w:t>
      </w:r>
    </w:p>
    <w:p w14:paraId="28AE3147" w14:textId="77777777" w:rsidR="00EA79B4" w:rsidRPr="00B967E3" w:rsidRDefault="00000000" w:rsidP="005A017D">
      <w:pPr>
        <w:spacing w:after="0" w:line="240" w:lineRule="auto"/>
        <w:rPr>
          <w:i/>
        </w:rPr>
      </w:pPr>
      <w:proofErr w:type="spellStart"/>
      <w:r w:rsidRPr="00B967E3">
        <w:t>Tässä</w:t>
      </w:r>
      <w:proofErr w:type="spellEnd"/>
      <w:r w:rsidRPr="00B967E3">
        <w:t xml:space="preserve"> </w:t>
      </w:r>
      <w:proofErr w:type="spellStart"/>
      <w:r w:rsidRPr="00B967E3">
        <w:t>tulee</w:t>
      </w:r>
      <w:proofErr w:type="spellEnd"/>
      <w:r w:rsidRPr="00B967E3">
        <w:t xml:space="preserve"> </w:t>
      </w:r>
      <w:proofErr w:type="spellStart"/>
      <w:r w:rsidRPr="00B967E3">
        <w:t>jotakin</w:t>
      </w:r>
      <w:proofErr w:type="spellEnd"/>
      <w:r w:rsidRPr="00B967E3">
        <w:t xml:space="preserve"> </w:t>
      </w:r>
      <w:proofErr w:type="spellStart"/>
      <w:r w:rsidRPr="00B967E3">
        <w:t>lämmintä</w:t>
      </w:r>
      <w:proofErr w:type="spellEnd"/>
      <w:r w:rsidRPr="00B967E3">
        <w:t xml:space="preserve">. </w:t>
      </w:r>
    </w:p>
    <w:p w14:paraId="343D178B" w14:textId="6AB1AF48" w:rsidR="00EF112A" w:rsidRPr="00EA68CC" w:rsidRDefault="00B967E3" w:rsidP="005A017D">
      <w:pPr>
        <w:spacing w:after="0" w:line="240" w:lineRule="auto"/>
        <w:rPr>
          <w:lang w:val="nb-NO"/>
        </w:rPr>
      </w:pPr>
      <w:r w:rsidRPr="00B967E3">
        <w:rPr>
          <w:i/>
          <w:lang w:val="nb-NO"/>
        </w:rPr>
        <w:t xml:space="preserve">No kjem </w:t>
      </w:r>
      <w:proofErr w:type="spellStart"/>
      <w:r w:rsidRPr="00B967E3">
        <w:rPr>
          <w:i/>
          <w:lang w:val="nb-NO"/>
        </w:rPr>
        <w:t>noko</w:t>
      </w:r>
      <w:proofErr w:type="spellEnd"/>
      <w:r w:rsidRPr="00B967E3">
        <w:rPr>
          <w:i/>
          <w:lang w:val="nb-NO"/>
        </w:rPr>
        <w:t xml:space="preserve"> varmt.</w:t>
      </w:r>
    </w:p>
    <w:p w14:paraId="5CF6BEE7" w14:textId="77777777" w:rsidR="00EF112A" w:rsidRDefault="00EF112A" w:rsidP="005A017D">
      <w:pPr>
        <w:spacing w:after="0" w:line="240" w:lineRule="auto"/>
      </w:pPr>
    </w:p>
    <w:sectPr w:rsidR="00EF112A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91C030" w14:textId="77777777" w:rsidR="00590BA9" w:rsidRDefault="00590BA9" w:rsidP="00D3194A">
      <w:pPr>
        <w:spacing w:after="0" w:line="240" w:lineRule="auto"/>
      </w:pPr>
      <w:r>
        <w:separator/>
      </w:r>
    </w:p>
  </w:endnote>
  <w:endnote w:type="continuationSeparator" w:id="0">
    <w:p w14:paraId="76268E87" w14:textId="77777777" w:rsidR="00590BA9" w:rsidRDefault="00590BA9" w:rsidP="00D31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189678773"/>
      <w:docPartObj>
        <w:docPartGallery w:val="Page Numbers (Bottom of Page)"/>
        <w:docPartUnique/>
      </w:docPartObj>
    </w:sdtPr>
    <w:sdtContent>
      <w:p w14:paraId="2F54A8B4" w14:textId="62766294" w:rsidR="00D3194A" w:rsidRDefault="00D3194A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4F152926" w14:textId="77777777" w:rsidR="00D3194A" w:rsidRDefault="00D3194A" w:rsidP="00D3194A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95121836"/>
      <w:docPartObj>
        <w:docPartGallery w:val="Page Numbers (Bottom of Page)"/>
        <w:docPartUnique/>
      </w:docPartObj>
    </w:sdtPr>
    <w:sdtContent>
      <w:p w14:paraId="13E817C2" w14:textId="1AA4EBF4" w:rsidR="00D3194A" w:rsidRDefault="00D3194A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02D5D40B" w14:textId="77777777" w:rsidR="00D3194A" w:rsidRDefault="00D3194A" w:rsidP="00D3194A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C9011" w14:textId="77777777" w:rsidR="00590BA9" w:rsidRDefault="00590BA9" w:rsidP="00D3194A">
      <w:pPr>
        <w:spacing w:after="0" w:line="240" w:lineRule="auto"/>
      </w:pPr>
      <w:r>
        <w:separator/>
      </w:r>
    </w:p>
  </w:footnote>
  <w:footnote w:type="continuationSeparator" w:id="0">
    <w:p w14:paraId="55868B06" w14:textId="77777777" w:rsidR="00590BA9" w:rsidRDefault="00590BA9" w:rsidP="00D319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27100602">
    <w:abstractNumId w:val="8"/>
  </w:num>
  <w:num w:numId="2" w16cid:durableId="774177292">
    <w:abstractNumId w:val="6"/>
  </w:num>
  <w:num w:numId="3" w16cid:durableId="2146964799">
    <w:abstractNumId w:val="5"/>
  </w:num>
  <w:num w:numId="4" w16cid:durableId="476185895">
    <w:abstractNumId w:val="4"/>
  </w:num>
  <w:num w:numId="5" w16cid:durableId="946080746">
    <w:abstractNumId w:val="7"/>
  </w:num>
  <w:num w:numId="6" w16cid:durableId="479804887">
    <w:abstractNumId w:val="3"/>
  </w:num>
  <w:num w:numId="7" w16cid:durableId="1209991841">
    <w:abstractNumId w:val="2"/>
  </w:num>
  <w:num w:numId="8" w16cid:durableId="1300575021">
    <w:abstractNumId w:val="1"/>
  </w:num>
  <w:num w:numId="9" w16cid:durableId="994993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03FA1"/>
    <w:rsid w:val="0015074B"/>
    <w:rsid w:val="0029639D"/>
    <w:rsid w:val="002F2815"/>
    <w:rsid w:val="00326F90"/>
    <w:rsid w:val="004205E3"/>
    <w:rsid w:val="00590BA9"/>
    <w:rsid w:val="005A017D"/>
    <w:rsid w:val="00AA1D8D"/>
    <w:rsid w:val="00B47730"/>
    <w:rsid w:val="00B967E3"/>
    <w:rsid w:val="00CB0664"/>
    <w:rsid w:val="00D3194A"/>
    <w:rsid w:val="00EA68CC"/>
    <w:rsid w:val="00EA79B4"/>
    <w:rsid w:val="00EF112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65FB5B"/>
  <w14:defaultImageDpi w14:val="300"/>
  <w15:docId w15:val="{4D1C0E51-0061-AF45-A471-EA7FC254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D319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492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2025-12-01T13:19:00Z</dcterms:created>
  <dcterms:modified xsi:type="dcterms:W3CDTF">2025-12-01T13:28:00Z</dcterms:modified>
  <cp:category/>
</cp:coreProperties>
</file>