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AC6BD" w14:textId="3B03FF16" w:rsidR="009B475E" w:rsidRPr="00785E8F" w:rsidRDefault="007072E5" w:rsidP="00785E8F">
      <w:pPr>
        <w:spacing w:after="0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r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 xml:space="preserve">Nynorsk </w:t>
      </w:r>
      <w:r w:rsidR="009B475E" w:rsidRPr="00785E8F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og finsk dialogmanus, episode 2</w:t>
      </w:r>
    </w:p>
    <w:p w14:paraId="2249EA34" w14:textId="77777777" w:rsidR="00D53984" w:rsidRDefault="009B475E" w:rsidP="00785E8F">
      <w:pPr>
        <w:spacing w:after="0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proofErr w:type="spellStart"/>
      <w:r w:rsidRPr="00785E8F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Joki</w:t>
      </w:r>
      <w:proofErr w:type="spellEnd"/>
    </w:p>
    <w:p w14:paraId="669AF1A2" w14:textId="02195E79" w:rsidR="009B475E" w:rsidRPr="00D53984" w:rsidRDefault="009B475E" w:rsidP="00785E8F">
      <w:pPr>
        <w:spacing w:after="0"/>
        <w:rPr>
          <w:rFonts w:asciiTheme="majorHAnsi" w:eastAsiaTheme="majorEastAsia" w:hAnsiTheme="majorHAnsi" w:cstheme="majorHAnsi"/>
          <w:b/>
          <w:bCs/>
          <w:i/>
          <w:iCs/>
          <w:color w:val="000000" w:themeColor="text1"/>
          <w:lang w:val="nb-NO"/>
        </w:rPr>
      </w:pPr>
      <w:r w:rsidRPr="00D53984">
        <w:rPr>
          <w:rFonts w:asciiTheme="majorHAnsi" w:eastAsiaTheme="majorEastAsia" w:hAnsiTheme="majorHAnsi" w:cstheme="majorHAnsi"/>
          <w:b/>
          <w:bCs/>
          <w:i/>
          <w:iCs/>
          <w:color w:val="000000" w:themeColor="text1"/>
          <w:lang w:val="nb-NO"/>
        </w:rPr>
        <w:t>Elva</w:t>
      </w:r>
    </w:p>
    <w:p w14:paraId="4E8045A0" w14:textId="77777777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079AE804" w14:textId="62D63370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ANNA:</w:t>
      </w:r>
    </w:p>
    <w:p w14:paraId="259DF112" w14:textId="6E95E5B9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Tule!</w:t>
      </w:r>
    </w:p>
    <w:p w14:paraId="37360706" w14:textId="02AD456B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Kom!</w:t>
      </w:r>
    </w:p>
    <w:p w14:paraId="7CF9C0D0" w14:textId="77777777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Nils, tule!</w:t>
      </w:r>
    </w:p>
    <w:p w14:paraId="1466F090" w14:textId="6134BBDA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  <w:i/>
        </w:rPr>
        <w:t xml:space="preserve">Nils, </w:t>
      </w:r>
      <w:proofErr w:type="spellStart"/>
      <w:r w:rsidRPr="00785E8F">
        <w:rPr>
          <w:rFonts w:asciiTheme="majorHAnsi" w:hAnsiTheme="majorHAnsi" w:cstheme="majorHAnsi"/>
          <w:i/>
        </w:rPr>
        <w:t>kom</w:t>
      </w:r>
      <w:proofErr w:type="spellEnd"/>
      <w:r w:rsidRPr="00785E8F">
        <w:rPr>
          <w:rFonts w:asciiTheme="majorHAnsi" w:hAnsiTheme="majorHAnsi" w:cstheme="majorHAnsi"/>
          <w:i/>
        </w:rPr>
        <w:t>!</w:t>
      </w:r>
    </w:p>
    <w:p w14:paraId="6AC1E220" w14:textId="77777777" w:rsidR="009B475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Tule, Nils!</w:t>
      </w:r>
    </w:p>
    <w:p w14:paraId="411701B2" w14:textId="455F0EA6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</w:rPr>
        <w:t xml:space="preserve"> </w:t>
      </w:r>
      <w:r w:rsidRPr="00785E8F">
        <w:rPr>
          <w:rFonts w:asciiTheme="majorHAnsi" w:hAnsiTheme="majorHAnsi" w:cstheme="majorHAnsi"/>
          <w:i/>
          <w:lang w:val="nb-NO"/>
        </w:rPr>
        <w:t>Kom, Nils!</w:t>
      </w:r>
    </w:p>
    <w:p w14:paraId="488B4E39" w14:textId="2B0CCE14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85E8F">
        <w:rPr>
          <w:rFonts w:asciiTheme="majorHAnsi" w:hAnsiTheme="majorHAnsi" w:cstheme="majorHAnsi"/>
          <w:lang w:val="nb-NO"/>
        </w:rPr>
        <w:t>Minä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olen </w:t>
      </w:r>
      <w:proofErr w:type="spellStart"/>
      <w:r w:rsidRPr="00785E8F">
        <w:rPr>
          <w:rFonts w:asciiTheme="majorHAnsi" w:hAnsiTheme="majorHAnsi" w:cstheme="majorHAnsi"/>
          <w:lang w:val="nb-NO"/>
        </w:rPr>
        <w:t>löytänyt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kuolleia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kaloja</w:t>
      </w:r>
      <w:proofErr w:type="spellEnd"/>
    </w:p>
    <w:p w14:paraId="1EFD3B4D" w14:textId="2703318E" w:rsidR="00C312BE" w:rsidRDefault="007072E5" w:rsidP="00785E8F">
      <w:pPr>
        <w:spacing w:after="0"/>
        <w:rPr>
          <w:rFonts w:asciiTheme="majorHAnsi" w:hAnsiTheme="majorHAnsi" w:cstheme="majorHAnsi"/>
          <w:i/>
          <w:lang w:val="nb-NO"/>
        </w:rPr>
      </w:pPr>
      <w:proofErr w:type="spellStart"/>
      <w:r w:rsidRPr="007072E5">
        <w:rPr>
          <w:rFonts w:asciiTheme="majorHAnsi" w:hAnsiTheme="majorHAnsi" w:cstheme="majorHAnsi"/>
          <w:i/>
          <w:lang w:val="nb-NO"/>
        </w:rPr>
        <w:t>Eg</w:t>
      </w:r>
      <w:proofErr w:type="spellEnd"/>
      <w:r w:rsidRPr="007072E5">
        <w:rPr>
          <w:rFonts w:asciiTheme="majorHAnsi" w:hAnsiTheme="majorHAnsi" w:cstheme="majorHAnsi"/>
          <w:i/>
          <w:lang w:val="nb-NO"/>
        </w:rPr>
        <w:t xml:space="preserve"> har funne død </w:t>
      </w:r>
      <w:proofErr w:type="gramStart"/>
      <w:r w:rsidRPr="007072E5">
        <w:rPr>
          <w:rFonts w:asciiTheme="majorHAnsi" w:hAnsiTheme="majorHAnsi" w:cstheme="majorHAnsi"/>
          <w:i/>
          <w:lang w:val="nb-NO"/>
        </w:rPr>
        <w:t>fisk...</w:t>
      </w:r>
      <w:proofErr w:type="gramEnd"/>
    </w:p>
    <w:p w14:paraId="10E9F65D" w14:textId="77777777" w:rsidR="007072E5" w:rsidRPr="00785E8F" w:rsidRDefault="007072E5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73D8B80F" w14:textId="00455B56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NILS:</w:t>
      </w:r>
    </w:p>
    <w:p w14:paraId="5C1A1567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 xml:space="preserve">Ei </w:t>
      </w:r>
      <w:proofErr w:type="spellStart"/>
      <w:r w:rsidRPr="00785E8F">
        <w:rPr>
          <w:rFonts w:asciiTheme="majorHAnsi" w:hAnsiTheme="majorHAnsi" w:cstheme="majorHAnsi"/>
          <w:lang w:val="nb-NO"/>
        </w:rPr>
        <w:t>ei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ei</w:t>
      </w:r>
      <w:proofErr w:type="spellEnd"/>
      <w:r w:rsidRPr="00785E8F">
        <w:rPr>
          <w:rFonts w:asciiTheme="majorHAnsi" w:hAnsiTheme="majorHAnsi" w:cstheme="majorHAnsi"/>
          <w:lang w:val="nb-NO"/>
        </w:rPr>
        <w:t>.</w:t>
      </w:r>
    </w:p>
    <w:p w14:paraId="6FB3F74B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Nei, nei, nei.</w:t>
      </w:r>
    </w:p>
    <w:p w14:paraId="6622E125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63242DAB" w14:textId="063C2C8D" w:rsidR="00C312BE" w:rsidRPr="00785E8F" w:rsidRDefault="009B475E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ANNA</w:t>
      </w:r>
    </w:p>
    <w:p w14:paraId="7DF8E22B" w14:textId="77777777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proofErr w:type="spellStart"/>
      <w:r w:rsidRPr="00785E8F">
        <w:rPr>
          <w:rFonts w:asciiTheme="majorHAnsi" w:hAnsiTheme="majorHAnsi" w:cstheme="majorHAnsi"/>
        </w:rPr>
        <w:t>Ajattele</w:t>
      </w:r>
      <w:proofErr w:type="spellEnd"/>
      <w:r w:rsidRPr="00785E8F">
        <w:rPr>
          <w:rFonts w:asciiTheme="majorHAnsi" w:hAnsiTheme="majorHAnsi" w:cstheme="majorHAnsi"/>
        </w:rPr>
        <w:t xml:space="preserve"> </w:t>
      </w:r>
      <w:proofErr w:type="spellStart"/>
      <w:r w:rsidRPr="00785E8F">
        <w:rPr>
          <w:rFonts w:asciiTheme="majorHAnsi" w:hAnsiTheme="majorHAnsi" w:cstheme="majorHAnsi"/>
        </w:rPr>
        <w:t>jos</w:t>
      </w:r>
      <w:proofErr w:type="spellEnd"/>
      <w:r w:rsidRPr="00785E8F">
        <w:rPr>
          <w:rFonts w:asciiTheme="majorHAnsi" w:hAnsiTheme="majorHAnsi" w:cstheme="majorHAnsi"/>
        </w:rPr>
        <w:t xml:space="preserve"> </w:t>
      </w:r>
      <w:proofErr w:type="spellStart"/>
      <w:r w:rsidRPr="00785E8F">
        <w:rPr>
          <w:rFonts w:asciiTheme="majorHAnsi" w:hAnsiTheme="majorHAnsi" w:cstheme="majorHAnsi"/>
        </w:rPr>
        <w:t>jokeen</w:t>
      </w:r>
      <w:proofErr w:type="spellEnd"/>
      <w:r w:rsidRPr="00785E8F">
        <w:rPr>
          <w:rFonts w:asciiTheme="majorHAnsi" w:hAnsiTheme="majorHAnsi" w:cstheme="majorHAnsi"/>
        </w:rPr>
        <w:t xml:space="preserve"> on </w:t>
      </w:r>
      <w:proofErr w:type="spellStart"/>
      <w:r w:rsidRPr="00785E8F">
        <w:rPr>
          <w:rFonts w:asciiTheme="majorHAnsi" w:hAnsiTheme="majorHAnsi" w:cstheme="majorHAnsi"/>
        </w:rPr>
        <w:t>tullut</w:t>
      </w:r>
      <w:proofErr w:type="spellEnd"/>
      <w:r w:rsidRPr="00785E8F">
        <w:rPr>
          <w:rFonts w:asciiTheme="majorHAnsi" w:hAnsiTheme="majorHAnsi" w:cstheme="majorHAnsi"/>
        </w:rPr>
        <w:t xml:space="preserve"> </w:t>
      </w:r>
      <w:proofErr w:type="spellStart"/>
      <w:r w:rsidRPr="00785E8F">
        <w:rPr>
          <w:rFonts w:asciiTheme="majorHAnsi" w:hAnsiTheme="majorHAnsi" w:cstheme="majorHAnsi"/>
        </w:rPr>
        <w:t>tauti</w:t>
      </w:r>
      <w:proofErr w:type="spellEnd"/>
      <w:r w:rsidRPr="00785E8F">
        <w:rPr>
          <w:rFonts w:asciiTheme="majorHAnsi" w:hAnsiTheme="majorHAnsi" w:cstheme="majorHAnsi"/>
        </w:rPr>
        <w:t>?</w:t>
      </w:r>
    </w:p>
    <w:p w14:paraId="1751C5E8" w14:textId="47E240DE" w:rsidR="00C312BE" w:rsidRDefault="007072E5" w:rsidP="00785E8F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 xml:space="preserve">Tenk om </w:t>
      </w:r>
      <w:proofErr w:type="spellStart"/>
      <w:r w:rsidRPr="007072E5">
        <w:rPr>
          <w:rFonts w:asciiTheme="majorHAnsi" w:hAnsiTheme="majorHAnsi" w:cstheme="majorHAnsi"/>
          <w:i/>
          <w:lang w:val="nb-NO"/>
        </w:rPr>
        <w:t>me</w:t>
      </w:r>
      <w:proofErr w:type="spellEnd"/>
      <w:r w:rsidRPr="007072E5">
        <w:rPr>
          <w:rFonts w:asciiTheme="majorHAnsi" w:hAnsiTheme="majorHAnsi" w:cstheme="majorHAnsi"/>
          <w:i/>
          <w:lang w:val="nb-NO"/>
        </w:rPr>
        <w:t xml:space="preserve"> har fått den sjukdommen i elva?</w:t>
      </w:r>
    </w:p>
    <w:p w14:paraId="0B334A5D" w14:textId="77777777" w:rsidR="007072E5" w:rsidRPr="00785E8F" w:rsidRDefault="007072E5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43880E02" w14:textId="77777777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NILS:</w:t>
      </w:r>
    </w:p>
    <w:p w14:paraId="2EEAB555" w14:textId="42D6BFC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85E8F">
        <w:rPr>
          <w:rFonts w:asciiTheme="majorHAnsi" w:hAnsiTheme="majorHAnsi" w:cstheme="majorHAnsi"/>
          <w:lang w:val="nb-NO"/>
        </w:rPr>
        <w:t>Niin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, </w:t>
      </w:r>
      <w:proofErr w:type="spellStart"/>
      <w:proofErr w:type="gramStart"/>
      <w:r w:rsidRPr="00785E8F">
        <w:rPr>
          <w:rFonts w:asciiTheme="majorHAnsi" w:hAnsiTheme="majorHAnsi" w:cstheme="majorHAnsi"/>
          <w:lang w:val="nb-NO"/>
        </w:rPr>
        <w:t>gyru</w:t>
      </w:r>
      <w:proofErr w:type="spellEnd"/>
      <w:r w:rsidRPr="00785E8F">
        <w:rPr>
          <w:rFonts w:asciiTheme="majorHAnsi" w:hAnsiTheme="majorHAnsi" w:cstheme="majorHAnsi"/>
          <w:lang w:val="nb-NO"/>
        </w:rPr>
        <w:t>…</w:t>
      </w:r>
      <w:proofErr w:type="gramEnd"/>
    </w:p>
    <w:p w14:paraId="7D3B48F4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proofErr w:type="gramStart"/>
      <w:r w:rsidRPr="00785E8F">
        <w:rPr>
          <w:rFonts w:asciiTheme="majorHAnsi" w:hAnsiTheme="majorHAnsi" w:cstheme="majorHAnsi"/>
          <w:i/>
          <w:lang w:val="nb-NO"/>
        </w:rPr>
        <w:t>Gyroen...</w:t>
      </w:r>
      <w:proofErr w:type="gramEnd"/>
    </w:p>
    <w:p w14:paraId="07CEDA20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85E8F">
        <w:rPr>
          <w:rFonts w:asciiTheme="majorHAnsi" w:hAnsiTheme="majorHAnsi" w:cstheme="majorHAnsi"/>
          <w:lang w:val="nb-NO"/>
        </w:rPr>
        <w:t>Sehän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olisi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aivan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kauheata</w:t>
      </w:r>
      <w:proofErr w:type="spellEnd"/>
      <w:r w:rsidRPr="00785E8F">
        <w:rPr>
          <w:rFonts w:asciiTheme="majorHAnsi" w:hAnsiTheme="majorHAnsi" w:cstheme="majorHAnsi"/>
          <w:lang w:val="nb-NO"/>
        </w:rPr>
        <w:t>.</w:t>
      </w:r>
    </w:p>
    <w:p w14:paraId="6BC2B6A6" w14:textId="77777777" w:rsidR="007072E5" w:rsidRDefault="007072E5" w:rsidP="00785E8F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 xml:space="preserve">Det ville </w:t>
      </w:r>
      <w:proofErr w:type="spellStart"/>
      <w:r w:rsidRPr="007072E5">
        <w:rPr>
          <w:rFonts w:asciiTheme="majorHAnsi" w:hAnsiTheme="majorHAnsi" w:cstheme="majorHAnsi"/>
          <w:i/>
          <w:lang w:val="nb-NO"/>
        </w:rPr>
        <w:t>vore</w:t>
      </w:r>
      <w:proofErr w:type="spellEnd"/>
      <w:r w:rsidRPr="007072E5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7072E5">
        <w:rPr>
          <w:rFonts w:asciiTheme="majorHAnsi" w:hAnsiTheme="majorHAnsi" w:cstheme="majorHAnsi"/>
          <w:i/>
          <w:lang w:val="nb-NO"/>
        </w:rPr>
        <w:t>forferdeleg</w:t>
      </w:r>
      <w:proofErr w:type="spellEnd"/>
      <w:r w:rsidRPr="007072E5">
        <w:rPr>
          <w:rFonts w:asciiTheme="majorHAnsi" w:hAnsiTheme="majorHAnsi" w:cstheme="majorHAnsi"/>
          <w:i/>
          <w:lang w:val="nb-NO"/>
        </w:rPr>
        <w:t>.</w:t>
      </w:r>
    </w:p>
    <w:p w14:paraId="4936588E" w14:textId="0C992F92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85E8F">
        <w:rPr>
          <w:rFonts w:asciiTheme="majorHAnsi" w:hAnsiTheme="majorHAnsi" w:cstheme="majorHAnsi"/>
          <w:lang w:val="nb-NO"/>
        </w:rPr>
        <w:t>Silloin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täytyisi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puhdistaa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koko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joen.</w:t>
      </w:r>
    </w:p>
    <w:p w14:paraId="4A00BCC9" w14:textId="5FDCEA23" w:rsidR="00C312BE" w:rsidRDefault="007072E5" w:rsidP="00785E8F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 xml:space="preserve">Då må heile elva </w:t>
      </w:r>
      <w:proofErr w:type="spellStart"/>
      <w:r w:rsidRPr="007072E5">
        <w:rPr>
          <w:rFonts w:asciiTheme="majorHAnsi" w:hAnsiTheme="majorHAnsi" w:cstheme="majorHAnsi"/>
          <w:i/>
          <w:lang w:val="nb-NO"/>
        </w:rPr>
        <w:t>reinsast</w:t>
      </w:r>
      <w:proofErr w:type="spellEnd"/>
      <w:r w:rsidRPr="007072E5">
        <w:rPr>
          <w:rFonts w:asciiTheme="majorHAnsi" w:hAnsiTheme="majorHAnsi" w:cstheme="majorHAnsi"/>
          <w:i/>
          <w:lang w:val="nb-NO"/>
        </w:rPr>
        <w:t>.</w:t>
      </w:r>
    </w:p>
    <w:p w14:paraId="13FEC550" w14:textId="77777777" w:rsidR="007072E5" w:rsidRPr="00785E8F" w:rsidRDefault="007072E5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195754E5" w14:textId="0EDAE041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ANNA:</w:t>
      </w:r>
    </w:p>
    <w:p w14:paraId="4660A1EB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85E8F">
        <w:rPr>
          <w:rFonts w:asciiTheme="majorHAnsi" w:hAnsiTheme="majorHAnsi" w:cstheme="majorHAnsi"/>
          <w:lang w:val="nb-NO"/>
        </w:rPr>
        <w:t>Mitä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me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nyt </w:t>
      </w:r>
      <w:proofErr w:type="spellStart"/>
      <w:r w:rsidRPr="00785E8F">
        <w:rPr>
          <w:rFonts w:asciiTheme="majorHAnsi" w:hAnsiTheme="majorHAnsi" w:cstheme="majorHAnsi"/>
          <w:lang w:val="nb-NO"/>
        </w:rPr>
        <w:t>teemme</w:t>
      </w:r>
      <w:proofErr w:type="spellEnd"/>
      <w:r w:rsidRPr="00785E8F">
        <w:rPr>
          <w:rFonts w:asciiTheme="majorHAnsi" w:hAnsiTheme="majorHAnsi" w:cstheme="majorHAnsi"/>
          <w:lang w:val="nb-NO"/>
        </w:rPr>
        <w:t>?</w:t>
      </w:r>
    </w:p>
    <w:p w14:paraId="55CC7F4A" w14:textId="62FED199" w:rsidR="00C312BE" w:rsidRDefault="007072E5" w:rsidP="00785E8F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 xml:space="preserve">Kva </w:t>
      </w:r>
      <w:proofErr w:type="spellStart"/>
      <w:r w:rsidRPr="007072E5">
        <w:rPr>
          <w:rFonts w:asciiTheme="majorHAnsi" w:hAnsiTheme="majorHAnsi" w:cstheme="majorHAnsi"/>
          <w:i/>
          <w:lang w:val="nb-NO"/>
        </w:rPr>
        <w:t>gjer</w:t>
      </w:r>
      <w:proofErr w:type="spellEnd"/>
      <w:r w:rsidRPr="007072E5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7072E5">
        <w:rPr>
          <w:rFonts w:asciiTheme="majorHAnsi" w:hAnsiTheme="majorHAnsi" w:cstheme="majorHAnsi"/>
          <w:i/>
          <w:lang w:val="nb-NO"/>
        </w:rPr>
        <w:t>me</w:t>
      </w:r>
      <w:proofErr w:type="spellEnd"/>
      <w:r w:rsidRPr="007072E5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7072E5">
        <w:rPr>
          <w:rFonts w:asciiTheme="majorHAnsi" w:hAnsiTheme="majorHAnsi" w:cstheme="majorHAnsi"/>
          <w:i/>
          <w:lang w:val="nb-NO"/>
        </w:rPr>
        <w:t>no</w:t>
      </w:r>
      <w:proofErr w:type="spellEnd"/>
      <w:r w:rsidRPr="007072E5">
        <w:rPr>
          <w:rFonts w:asciiTheme="majorHAnsi" w:hAnsiTheme="majorHAnsi" w:cstheme="majorHAnsi"/>
          <w:i/>
          <w:lang w:val="nb-NO"/>
        </w:rPr>
        <w:t>?</w:t>
      </w:r>
    </w:p>
    <w:p w14:paraId="15608738" w14:textId="77777777" w:rsidR="007072E5" w:rsidRPr="00785E8F" w:rsidRDefault="007072E5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213C1346" w14:textId="0A1531E7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NILS:</w:t>
      </w:r>
    </w:p>
    <w:p w14:paraId="18BC32A8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85E8F">
        <w:rPr>
          <w:rFonts w:asciiTheme="majorHAnsi" w:hAnsiTheme="majorHAnsi" w:cstheme="majorHAnsi"/>
          <w:lang w:val="nb-NO"/>
        </w:rPr>
        <w:t>Meidän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täytyy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puhua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jonkun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sellaisen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ihmisen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proofErr w:type="gramStart"/>
      <w:r w:rsidRPr="00785E8F">
        <w:rPr>
          <w:rFonts w:asciiTheme="majorHAnsi" w:hAnsiTheme="majorHAnsi" w:cstheme="majorHAnsi"/>
          <w:lang w:val="nb-NO"/>
        </w:rPr>
        <w:t>kanssa,joka</w:t>
      </w:r>
      <w:proofErr w:type="spellEnd"/>
      <w:proofErr w:type="gram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pystyy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selvittämään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kalojen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kuolinsyyn</w:t>
      </w:r>
      <w:proofErr w:type="spellEnd"/>
      <w:r w:rsidRPr="00785E8F">
        <w:rPr>
          <w:rFonts w:asciiTheme="majorHAnsi" w:hAnsiTheme="majorHAnsi" w:cstheme="majorHAnsi"/>
          <w:lang w:val="nb-NO"/>
        </w:rPr>
        <w:t>.</w:t>
      </w:r>
    </w:p>
    <w:p w14:paraId="6A82E89A" w14:textId="205B59E2" w:rsidR="00C312BE" w:rsidRDefault="007072E5" w:rsidP="00785E8F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 xml:space="preserve">Me må </w:t>
      </w:r>
      <w:proofErr w:type="spellStart"/>
      <w:r w:rsidRPr="007072E5">
        <w:rPr>
          <w:rFonts w:asciiTheme="majorHAnsi" w:hAnsiTheme="majorHAnsi" w:cstheme="majorHAnsi"/>
          <w:i/>
          <w:lang w:val="nb-NO"/>
        </w:rPr>
        <w:t>seie</w:t>
      </w:r>
      <w:proofErr w:type="spellEnd"/>
      <w:r w:rsidRPr="007072E5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7072E5">
        <w:rPr>
          <w:rFonts w:asciiTheme="majorHAnsi" w:hAnsiTheme="majorHAnsi" w:cstheme="majorHAnsi"/>
          <w:i/>
          <w:lang w:val="nb-NO"/>
        </w:rPr>
        <w:t>frå</w:t>
      </w:r>
      <w:proofErr w:type="spellEnd"/>
      <w:r w:rsidRPr="007072E5">
        <w:rPr>
          <w:rFonts w:asciiTheme="majorHAnsi" w:hAnsiTheme="majorHAnsi" w:cstheme="majorHAnsi"/>
          <w:i/>
          <w:lang w:val="nb-NO"/>
        </w:rPr>
        <w:t xml:space="preserve"> til </w:t>
      </w:r>
      <w:proofErr w:type="spellStart"/>
      <w:r w:rsidRPr="007072E5">
        <w:rPr>
          <w:rFonts w:asciiTheme="majorHAnsi" w:hAnsiTheme="majorHAnsi" w:cstheme="majorHAnsi"/>
          <w:i/>
          <w:lang w:val="nb-NO"/>
        </w:rPr>
        <w:t>nokon</w:t>
      </w:r>
      <w:proofErr w:type="spellEnd"/>
      <w:r w:rsidRPr="007072E5">
        <w:rPr>
          <w:rFonts w:asciiTheme="majorHAnsi" w:hAnsiTheme="majorHAnsi" w:cstheme="majorHAnsi"/>
          <w:i/>
          <w:lang w:val="nb-NO"/>
        </w:rPr>
        <w:t xml:space="preserve"> som kan sjekke dødsårsaka.</w:t>
      </w:r>
    </w:p>
    <w:p w14:paraId="26857078" w14:textId="77777777" w:rsidR="007072E5" w:rsidRPr="00785E8F" w:rsidRDefault="007072E5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4821FB5C" w14:textId="77777777" w:rsidR="009B475E" w:rsidRPr="00785E8F" w:rsidRDefault="009B475E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JUSSA:</w:t>
      </w:r>
    </w:p>
    <w:p w14:paraId="2EDA1F20" w14:textId="24CC2E89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Hei, Nils!</w:t>
      </w:r>
    </w:p>
    <w:p w14:paraId="00E8E7F2" w14:textId="77777777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  <w:i/>
        </w:rPr>
        <w:t>Hei, Nils!</w:t>
      </w:r>
    </w:p>
    <w:p w14:paraId="0216CFD0" w14:textId="77777777" w:rsidR="00C312BE" w:rsidRPr="00785E8F" w:rsidRDefault="00C312BE" w:rsidP="00785E8F">
      <w:pPr>
        <w:spacing w:after="0"/>
        <w:rPr>
          <w:rFonts w:asciiTheme="majorHAnsi" w:hAnsiTheme="majorHAnsi" w:cstheme="majorHAnsi"/>
        </w:rPr>
      </w:pPr>
    </w:p>
    <w:p w14:paraId="47D4D3C1" w14:textId="77777777" w:rsidR="009B475E" w:rsidRPr="00785E8F" w:rsidRDefault="009B475E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 xml:space="preserve">NILS: </w:t>
      </w:r>
    </w:p>
    <w:p w14:paraId="67559801" w14:textId="09EF9932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Hei isä!</w:t>
      </w:r>
    </w:p>
    <w:p w14:paraId="59B53A73" w14:textId="4ACC5C9E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  <w:i/>
        </w:rPr>
        <w:t>Hei, pappa!</w:t>
      </w:r>
    </w:p>
    <w:p w14:paraId="506D5AB3" w14:textId="77777777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Me olemme löytäneet kuolleita kalloja joesta!</w:t>
      </w:r>
    </w:p>
    <w:p w14:paraId="62C0C414" w14:textId="1BA25FF7" w:rsidR="00C312BE" w:rsidRDefault="007072E5" w:rsidP="00785E8F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>Me har funne død fisk i elva!</w:t>
      </w:r>
    </w:p>
    <w:p w14:paraId="52EA9E09" w14:textId="77777777" w:rsidR="007072E5" w:rsidRPr="00785E8F" w:rsidRDefault="007072E5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182F1DBE" w14:textId="19740E7C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85E8F">
        <w:rPr>
          <w:rFonts w:asciiTheme="majorHAnsi" w:hAnsiTheme="majorHAnsi" w:cstheme="majorHAnsi"/>
          <w:lang w:val="nb-NO"/>
        </w:rPr>
        <w:t>JUSSA</w:t>
      </w:r>
      <w:proofErr w:type="spellEnd"/>
      <w:r w:rsidRPr="00785E8F">
        <w:rPr>
          <w:rFonts w:asciiTheme="majorHAnsi" w:hAnsiTheme="majorHAnsi" w:cstheme="majorHAnsi"/>
          <w:lang w:val="nb-NO"/>
        </w:rPr>
        <w:t>:</w:t>
      </w:r>
    </w:p>
    <w:p w14:paraId="6294B9C5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85E8F">
        <w:rPr>
          <w:rFonts w:asciiTheme="majorHAnsi" w:hAnsiTheme="majorHAnsi" w:cstheme="majorHAnsi"/>
          <w:lang w:val="nb-NO"/>
        </w:rPr>
        <w:t>Mistä</w:t>
      </w:r>
      <w:proofErr w:type="spellEnd"/>
      <w:r w:rsidRPr="00785E8F">
        <w:rPr>
          <w:rFonts w:asciiTheme="majorHAnsi" w:hAnsiTheme="majorHAnsi" w:cstheme="majorHAnsi"/>
          <w:lang w:val="nb-NO"/>
        </w:rPr>
        <w:t>?</w:t>
      </w:r>
    </w:p>
    <w:p w14:paraId="7EC42223" w14:textId="480C0F48" w:rsidR="00C312BE" w:rsidRDefault="007072E5" w:rsidP="00785E8F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>Kor då?</w:t>
      </w:r>
    </w:p>
    <w:p w14:paraId="1C0DA2C3" w14:textId="77777777" w:rsidR="007072E5" w:rsidRPr="00785E8F" w:rsidRDefault="007072E5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455EA2CF" w14:textId="4C7175BA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NILS:</w:t>
      </w:r>
    </w:p>
    <w:p w14:paraId="5A98B00C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85E8F">
        <w:rPr>
          <w:rFonts w:asciiTheme="majorHAnsi" w:hAnsiTheme="majorHAnsi" w:cstheme="majorHAnsi"/>
          <w:lang w:val="nb-NO"/>
        </w:rPr>
        <w:t>Uimapaikan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vierestä</w:t>
      </w:r>
      <w:proofErr w:type="spellEnd"/>
      <w:r w:rsidRPr="00785E8F">
        <w:rPr>
          <w:rFonts w:asciiTheme="majorHAnsi" w:hAnsiTheme="majorHAnsi" w:cstheme="majorHAnsi"/>
          <w:lang w:val="nb-NO"/>
        </w:rPr>
        <w:t>.</w:t>
      </w:r>
    </w:p>
    <w:p w14:paraId="2EA695D3" w14:textId="37BE46B3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Ved badeplassen.</w:t>
      </w:r>
    </w:p>
    <w:p w14:paraId="04517196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85E8F">
        <w:rPr>
          <w:rFonts w:asciiTheme="majorHAnsi" w:hAnsiTheme="majorHAnsi" w:cstheme="majorHAnsi"/>
          <w:lang w:val="nb-NO"/>
        </w:rPr>
        <w:t>Ajattele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jos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me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olemme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saanee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jokeen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lohen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tappaaja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taudin</w:t>
      </w:r>
      <w:proofErr w:type="spellEnd"/>
      <w:r w:rsidRPr="00785E8F">
        <w:rPr>
          <w:rFonts w:asciiTheme="majorHAnsi" w:hAnsiTheme="majorHAnsi" w:cstheme="majorHAnsi"/>
          <w:lang w:val="nb-NO"/>
        </w:rPr>
        <w:t>!</w:t>
      </w:r>
    </w:p>
    <w:p w14:paraId="49A5552B" w14:textId="77777777" w:rsidR="007072E5" w:rsidRDefault="007072E5" w:rsidP="00785E8F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 xml:space="preserve">Tenk om </w:t>
      </w:r>
      <w:proofErr w:type="spellStart"/>
      <w:r w:rsidRPr="007072E5">
        <w:rPr>
          <w:rFonts w:asciiTheme="majorHAnsi" w:hAnsiTheme="majorHAnsi" w:cstheme="majorHAnsi"/>
          <w:i/>
          <w:lang w:val="nb-NO"/>
        </w:rPr>
        <w:t>me</w:t>
      </w:r>
      <w:proofErr w:type="spellEnd"/>
      <w:r w:rsidRPr="007072E5">
        <w:rPr>
          <w:rFonts w:asciiTheme="majorHAnsi" w:hAnsiTheme="majorHAnsi" w:cstheme="majorHAnsi"/>
          <w:i/>
          <w:lang w:val="nb-NO"/>
        </w:rPr>
        <w:t xml:space="preserve"> har fått </w:t>
      </w:r>
      <w:proofErr w:type="spellStart"/>
      <w:r w:rsidRPr="007072E5">
        <w:rPr>
          <w:rFonts w:asciiTheme="majorHAnsi" w:hAnsiTheme="majorHAnsi" w:cstheme="majorHAnsi"/>
          <w:i/>
          <w:lang w:val="nb-NO"/>
        </w:rPr>
        <w:t>laksedreparen</w:t>
      </w:r>
      <w:proofErr w:type="spellEnd"/>
      <w:r w:rsidRPr="007072E5">
        <w:rPr>
          <w:rFonts w:asciiTheme="majorHAnsi" w:hAnsiTheme="majorHAnsi" w:cstheme="majorHAnsi"/>
          <w:i/>
          <w:lang w:val="nb-NO"/>
        </w:rPr>
        <w:t>!</w:t>
      </w:r>
    </w:p>
    <w:p w14:paraId="6325DBF9" w14:textId="6D7C03A9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 xml:space="preserve">Se </w:t>
      </w:r>
      <w:proofErr w:type="spellStart"/>
      <w:r w:rsidRPr="00785E8F">
        <w:rPr>
          <w:rFonts w:asciiTheme="majorHAnsi" w:hAnsiTheme="majorHAnsi" w:cstheme="majorHAnsi"/>
          <w:lang w:val="nb-NO"/>
        </w:rPr>
        <w:t>oon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kriisin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paikka</w:t>
      </w:r>
      <w:proofErr w:type="spellEnd"/>
      <w:r w:rsidRPr="00785E8F">
        <w:rPr>
          <w:rFonts w:asciiTheme="majorHAnsi" w:hAnsiTheme="majorHAnsi" w:cstheme="majorHAnsi"/>
          <w:lang w:val="nb-NO"/>
        </w:rPr>
        <w:t>!</w:t>
      </w:r>
    </w:p>
    <w:p w14:paraId="3E74C583" w14:textId="693E00DE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Det er krise!</w:t>
      </w:r>
    </w:p>
    <w:p w14:paraId="20C9F534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4F9F7320" w14:textId="77777777" w:rsidR="009B475E" w:rsidRPr="00785E8F" w:rsidRDefault="009B475E" w:rsidP="00785E8F">
      <w:pPr>
        <w:spacing w:after="0"/>
        <w:rPr>
          <w:rFonts w:asciiTheme="majorHAnsi" w:hAnsiTheme="majorHAnsi" w:cstheme="majorHAnsi"/>
        </w:rPr>
      </w:pPr>
      <w:proofErr w:type="spellStart"/>
      <w:r w:rsidRPr="00785E8F">
        <w:rPr>
          <w:rFonts w:asciiTheme="majorHAnsi" w:hAnsiTheme="majorHAnsi" w:cstheme="majorHAnsi"/>
        </w:rPr>
        <w:t>JUSSA</w:t>
      </w:r>
      <w:proofErr w:type="spellEnd"/>
      <w:r w:rsidRPr="00785E8F">
        <w:rPr>
          <w:rFonts w:asciiTheme="majorHAnsi" w:hAnsiTheme="majorHAnsi" w:cstheme="majorHAnsi"/>
        </w:rPr>
        <w:t>:</w:t>
      </w:r>
    </w:p>
    <w:p w14:paraId="22734B23" w14:textId="21122197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proofErr w:type="spellStart"/>
      <w:r w:rsidRPr="00785E8F">
        <w:rPr>
          <w:rFonts w:asciiTheme="majorHAnsi" w:hAnsiTheme="majorHAnsi" w:cstheme="majorHAnsi"/>
        </w:rPr>
        <w:t>Siihen</w:t>
      </w:r>
      <w:proofErr w:type="spellEnd"/>
      <w:r w:rsidRPr="00785E8F">
        <w:rPr>
          <w:rFonts w:asciiTheme="majorHAnsi" w:hAnsiTheme="majorHAnsi" w:cstheme="majorHAnsi"/>
        </w:rPr>
        <w:t xml:space="preserve"> </w:t>
      </w:r>
      <w:proofErr w:type="spellStart"/>
      <w:r w:rsidRPr="00785E8F">
        <w:rPr>
          <w:rFonts w:asciiTheme="majorHAnsi" w:hAnsiTheme="majorHAnsi" w:cstheme="majorHAnsi"/>
        </w:rPr>
        <w:t>voi</w:t>
      </w:r>
      <w:proofErr w:type="spellEnd"/>
      <w:r w:rsidRPr="00785E8F">
        <w:rPr>
          <w:rFonts w:asciiTheme="majorHAnsi" w:hAnsiTheme="majorHAnsi" w:cstheme="majorHAnsi"/>
        </w:rPr>
        <w:t xml:space="preserve"> olla </w:t>
      </w:r>
      <w:proofErr w:type="spellStart"/>
      <w:r w:rsidRPr="00785E8F">
        <w:rPr>
          <w:rFonts w:asciiTheme="majorHAnsi" w:hAnsiTheme="majorHAnsi" w:cstheme="majorHAnsi"/>
        </w:rPr>
        <w:t>muitakin</w:t>
      </w:r>
      <w:proofErr w:type="spellEnd"/>
      <w:r w:rsidRPr="00785E8F">
        <w:rPr>
          <w:rFonts w:asciiTheme="majorHAnsi" w:hAnsiTheme="majorHAnsi" w:cstheme="majorHAnsi"/>
        </w:rPr>
        <w:t xml:space="preserve"> syitä, Nils.</w:t>
      </w:r>
    </w:p>
    <w:p w14:paraId="772818C6" w14:textId="77777777" w:rsidR="007072E5" w:rsidRDefault="007072E5" w:rsidP="00785E8F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 xml:space="preserve">Det kan </w:t>
      </w:r>
      <w:proofErr w:type="spellStart"/>
      <w:r w:rsidRPr="007072E5">
        <w:rPr>
          <w:rFonts w:asciiTheme="majorHAnsi" w:hAnsiTheme="majorHAnsi" w:cstheme="majorHAnsi"/>
          <w:i/>
          <w:lang w:val="nb-NO"/>
        </w:rPr>
        <w:t>vere</w:t>
      </w:r>
      <w:proofErr w:type="spellEnd"/>
      <w:r w:rsidRPr="007072E5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7072E5">
        <w:rPr>
          <w:rFonts w:asciiTheme="majorHAnsi" w:hAnsiTheme="majorHAnsi" w:cstheme="majorHAnsi"/>
          <w:i/>
          <w:lang w:val="nb-NO"/>
        </w:rPr>
        <w:t>fleire</w:t>
      </w:r>
      <w:proofErr w:type="spellEnd"/>
      <w:r w:rsidRPr="007072E5">
        <w:rPr>
          <w:rFonts w:asciiTheme="majorHAnsi" w:hAnsiTheme="majorHAnsi" w:cstheme="majorHAnsi"/>
          <w:i/>
          <w:lang w:val="nb-NO"/>
        </w:rPr>
        <w:t xml:space="preserve"> årsaker, Nils.</w:t>
      </w:r>
    </w:p>
    <w:p w14:paraId="1EF93F50" w14:textId="617F994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85E8F">
        <w:rPr>
          <w:rFonts w:asciiTheme="majorHAnsi" w:hAnsiTheme="majorHAnsi" w:cstheme="majorHAnsi"/>
          <w:lang w:val="nb-NO"/>
        </w:rPr>
        <w:t>Minä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soitan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Ruokavirastoon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785E8F">
        <w:rPr>
          <w:rFonts w:asciiTheme="majorHAnsi" w:hAnsiTheme="majorHAnsi" w:cstheme="majorHAnsi"/>
          <w:lang w:val="nb-NO"/>
        </w:rPr>
        <w:t>jotta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kuulemme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mitä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meidän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täytyy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tehdä</w:t>
      </w:r>
      <w:proofErr w:type="spellEnd"/>
      <w:r w:rsidRPr="00785E8F">
        <w:rPr>
          <w:rFonts w:asciiTheme="majorHAnsi" w:hAnsiTheme="majorHAnsi" w:cstheme="majorHAnsi"/>
          <w:lang w:val="nb-NO"/>
        </w:rPr>
        <w:t>.</w:t>
      </w:r>
    </w:p>
    <w:p w14:paraId="7C4FAF36" w14:textId="77777777" w:rsidR="007072E5" w:rsidRPr="007072E5" w:rsidRDefault="007072E5" w:rsidP="007072E5">
      <w:pPr>
        <w:spacing w:after="0"/>
        <w:rPr>
          <w:rFonts w:asciiTheme="majorHAnsi" w:hAnsiTheme="majorHAnsi" w:cstheme="majorHAnsi"/>
          <w:i/>
          <w:lang w:val="nb-NO"/>
        </w:rPr>
      </w:pPr>
      <w:proofErr w:type="spellStart"/>
      <w:r w:rsidRPr="007072E5">
        <w:rPr>
          <w:rFonts w:asciiTheme="majorHAnsi" w:hAnsiTheme="majorHAnsi" w:cstheme="majorHAnsi"/>
          <w:i/>
          <w:lang w:val="nb-NO"/>
        </w:rPr>
        <w:t>Eg</w:t>
      </w:r>
      <w:proofErr w:type="spellEnd"/>
      <w:r w:rsidRPr="007072E5">
        <w:rPr>
          <w:rFonts w:asciiTheme="majorHAnsi" w:hAnsiTheme="majorHAnsi" w:cstheme="majorHAnsi"/>
          <w:i/>
          <w:lang w:val="nb-NO"/>
        </w:rPr>
        <w:t xml:space="preserve"> skal </w:t>
      </w:r>
      <w:proofErr w:type="spellStart"/>
      <w:r w:rsidRPr="007072E5">
        <w:rPr>
          <w:rFonts w:asciiTheme="majorHAnsi" w:hAnsiTheme="majorHAnsi" w:cstheme="majorHAnsi"/>
          <w:i/>
          <w:lang w:val="nb-NO"/>
        </w:rPr>
        <w:t>ringje</w:t>
      </w:r>
      <w:proofErr w:type="spellEnd"/>
      <w:r w:rsidRPr="007072E5">
        <w:rPr>
          <w:rFonts w:asciiTheme="majorHAnsi" w:hAnsiTheme="majorHAnsi" w:cstheme="majorHAnsi"/>
          <w:i/>
          <w:lang w:val="nb-NO"/>
        </w:rPr>
        <w:t xml:space="preserve"> til Mattilsynet og</w:t>
      </w:r>
    </w:p>
    <w:p w14:paraId="3A486027" w14:textId="77777777" w:rsidR="007072E5" w:rsidRDefault="007072E5" w:rsidP="007072E5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 xml:space="preserve">få vite kva </w:t>
      </w:r>
      <w:proofErr w:type="spellStart"/>
      <w:r w:rsidRPr="007072E5">
        <w:rPr>
          <w:rFonts w:asciiTheme="majorHAnsi" w:hAnsiTheme="majorHAnsi" w:cstheme="majorHAnsi"/>
          <w:i/>
          <w:lang w:val="nb-NO"/>
        </w:rPr>
        <w:t>me</w:t>
      </w:r>
      <w:proofErr w:type="spellEnd"/>
      <w:r w:rsidRPr="007072E5">
        <w:rPr>
          <w:rFonts w:asciiTheme="majorHAnsi" w:hAnsiTheme="majorHAnsi" w:cstheme="majorHAnsi"/>
          <w:i/>
          <w:lang w:val="nb-NO"/>
        </w:rPr>
        <w:t xml:space="preserve"> skal </w:t>
      </w:r>
      <w:proofErr w:type="spellStart"/>
      <w:r w:rsidRPr="007072E5">
        <w:rPr>
          <w:rFonts w:asciiTheme="majorHAnsi" w:hAnsiTheme="majorHAnsi" w:cstheme="majorHAnsi"/>
          <w:i/>
          <w:lang w:val="nb-NO"/>
        </w:rPr>
        <w:t>gjere</w:t>
      </w:r>
      <w:proofErr w:type="spellEnd"/>
      <w:r w:rsidRPr="007072E5">
        <w:rPr>
          <w:rFonts w:asciiTheme="majorHAnsi" w:hAnsiTheme="majorHAnsi" w:cstheme="majorHAnsi"/>
          <w:i/>
          <w:lang w:val="nb-NO"/>
        </w:rPr>
        <w:t>.</w:t>
      </w:r>
    </w:p>
    <w:p w14:paraId="6F80B30C" w14:textId="10B2E6AE" w:rsidR="00C312BE" w:rsidRPr="00785E8F" w:rsidRDefault="00000000" w:rsidP="007072E5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85E8F">
        <w:rPr>
          <w:rFonts w:asciiTheme="majorHAnsi" w:hAnsiTheme="majorHAnsi" w:cstheme="majorHAnsi"/>
          <w:lang w:val="nb-NO"/>
        </w:rPr>
        <w:t>Ota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kuvia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785E8F">
        <w:rPr>
          <w:rFonts w:asciiTheme="majorHAnsi" w:hAnsiTheme="majorHAnsi" w:cstheme="majorHAnsi"/>
          <w:lang w:val="nb-NO"/>
        </w:rPr>
        <w:t>laita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kalat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kylmään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sen </w:t>
      </w:r>
      <w:proofErr w:type="spellStart"/>
      <w:r w:rsidRPr="00785E8F">
        <w:rPr>
          <w:rFonts w:asciiTheme="majorHAnsi" w:hAnsiTheme="majorHAnsi" w:cstheme="majorHAnsi"/>
          <w:lang w:val="nb-NO"/>
        </w:rPr>
        <w:t>ajaksi</w:t>
      </w:r>
      <w:proofErr w:type="spellEnd"/>
      <w:r w:rsidRPr="00785E8F">
        <w:rPr>
          <w:rFonts w:asciiTheme="majorHAnsi" w:hAnsiTheme="majorHAnsi" w:cstheme="majorHAnsi"/>
          <w:lang w:val="nb-NO"/>
        </w:rPr>
        <w:t>.</w:t>
      </w:r>
    </w:p>
    <w:p w14:paraId="3AA59F09" w14:textId="016C5211" w:rsidR="00C312BE" w:rsidRDefault="007072E5" w:rsidP="00785E8F">
      <w:pPr>
        <w:spacing w:after="0"/>
        <w:rPr>
          <w:rFonts w:asciiTheme="majorHAnsi" w:hAnsiTheme="majorHAnsi" w:cstheme="majorHAnsi"/>
          <w:i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 xml:space="preserve">Ta </w:t>
      </w:r>
      <w:proofErr w:type="spellStart"/>
      <w:r w:rsidRPr="007072E5">
        <w:rPr>
          <w:rFonts w:asciiTheme="majorHAnsi" w:hAnsiTheme="majorHAnsi" w:cstheme="majorHAnsi"/>
          <w:i/>
          <w:lang w:val="nb-NO"/>
        </w:rPr>
        <w:t>nokre</w:t>
      </w:r>
      <w:proofErr w:type="spellEnd"/>
      <w:r w:rsidRPr="007072E5">
        <w:rPr>
          <w:rFonts w:asciiTheme="majorHAnsi" w:hAnsiTheme="majorHAnsi" w:cstheme="majorHAnsi"/>
          <w:i/>
          <w:lang w:val="nb-NO"/>
        </w:rPr>
        <w:t xml:space="preserve"> </w:t>
      </w:r>
      <w:proofErr w:type="spellStart"/>
      <w:r w:rsidRPr="007072E5">
        <w:rPr>
          <w:rFonts w:asciiTheme="majorHAnsi" w:hAnsiTheme="majorHAnsi" w:cstheme="majorHAnsi"/>
          <w:i/>
          <w:lang w:val="nb-NO"/>
        </w:rPr>
        <w:t>bilete</w:t>
      </w:r>
      <w:proofErr w:type="spellEnd"/>
      <w:r w:rsidRPr="007072E5">
        <w:rPr>
          <w:rFonts w:asciiTheme="majorHAnsi" w:hAnsiTheme="majorHAnsi" w:cstheme="majorHAnsi"/>
          <w:i/>
          <w:lang w:val="nb-NO"/>
        </w:rPr>
        <w:t xml:space="preserve"> og legg fisken kaldt </w:t>
      </w:r>
      <w:proofErr w:type="spellStart"/>
      <w:r w:rsidRPr="007072E5">
        <w:rPr>
          <w:rFonts w:asciiTheme="majorHAnsi" w:hAnsiTheme="majorHAnsi" w:cstheme="majorHAnsi"/>
          <w:i/>
          <w:lang w:val="nb-NO"/>
        </w:rPr>
        <w:t>imedan</w:t>
      </w:r>
      <w:proofErr w:type="spellEnd"/>
      <w:r w:rsidRPr="007072E5">
        <w:rPr>
          <w:rFonts w:asciiTheme="majorHAnsi" w:hAnsiTheme="majorHAnsi" w:cstheme="majorHAnsi"/>
          <w:i/>
          <w:lang w:val="nb-NO"/>
        </w:rPr>
        <w:t>.</w:t>
      </w:r>
    </w:p>
    <w:p w14:paraId="754198A0" w14:textId="77777777" w:rsidR="007072E5" w:rsidRPr="00785E8F" w:rsidRDefault="007072E5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3ED3BD97" w14:textId="77777777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 xml:space="preserve">NILS: </w:t>
      </w:r>
    </w:p>
    <w:p w14:paraId="7BB19EF0" w14:textId="6B1279B3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85E8F">
        <w:rPr>
          <w:rFonts w:asciiTheme="majorHAnsi" w:hAnsiTheme="majorHAnsi" w:cstheme="majorHAnsi"/>
          <w:lang w:val="nb-NO"/>
        </w:rPr>
        <w:t>Selvä</w:t>
      </w:r>
      <w:proofErr w:type="spellEnd"/>
      <w:r w:rsidRPr="00785E8F">
        <w:rPr>
          <w:rFonts w:asciiTheme="majorHAnsi" w:hAnsiTheme="majorHAnsi" w:cstheme="majorHAnsi"/>
          <w:lang w:val="nb-NO"/>
        </w:rPr>
        <w:t>.</w:t>
      </w:r>
    </w:p>
    <w:p w14:paraId="682B6388" w14:textId="5C1D238B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Ok!</w:t>
      </w:r>
    </w:p>
    <w:p w14:paraId="66204912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85E8F">
        <w:rPr>
          <w:rFonts w:asciiTheme="majorHAnsi" w:hAnsiTheme="majorHAnsi" w:cstheme="majorHAnsi"/>
          <w:lang w:val="nb-NO"/>
        </w:rPr>
        <w:t>Heipähei</w:t>
      </w:r>
      <w:proofErr w:type="spellEnd"/>
      <w:r w:rsidRPr="00785E8F">
        <w:rPr>
          <w:rFonts w:asciiTheme="majorHAnsi" w:hAnsiTheme="majorHAnsi" w:cstheme="majorHAnsi"/>
          <w:lang w:val="nb-NO"/>
        </w:rPr>
        <w:t>.</w:t>
      </w:r>
    </w:p>
    <w:p w14:paraId="7FA015CC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i/>
          <w:lang w:val="nb-NO"/>
        </w:rPr>
        <w:t>Ha det!</w:t>
      </w:r>
    </w:p>
    <w:p w14:paraId="3B712048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2275FE2B" w14:textId="77777777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85E8F">
        <w:rPr>
          <w:rFonts w:asciiTheme="majorHAnsi" w:hAnsiTheme="majorHAnsi" w:cstheme="majorHAnsi"/>
          <w:lang w:val="nb-NO"/>
        </w:rPr>
        <w:t>JUSSA</w:t>
      </w:r>
      <w:proofErr w:type="spellEnd"/>
      <w:r w:rsidRPr="00785E8F">
        <w:rPr>
          <w:rFonts w:asciiTheme="majorHAnsi" w:hAnsiTheme="majorHAnsi" w:cstheme="majorHAnsi"/>
          <w:lang w:val="nb-NO"/>
        </w:rPr>
        <w:t>:</w:t>
      </w:r>
    </w:p>
    <w:p w14:paraId="036DB655" w14:textId="31D70F62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85E8F">
        <w:rPr>
          <w:rFonts w:asciiTheme="majorHAnsi" w:hAnsiTheme="majorHAnsi" w:cstheme="majorHAnsi"/>
          <w:lang w:val="nb-NO"/>
        </w:rPr>
        <w:t>Ollaan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kuulolla</w:t>
      </w:r>
      <w:proofErr w:type="spellEnd"/>
    </w:p>
    <w:p w14:paraId="4188E37E" w14:textId="0CEBCC69" w:rsidR="00C312BE" w:rsidRPr="00785E8F" w:rsidRDefault="007072E5" w:rsidP="00785E8F">
      <w:pPr>
        <w:spacing w:after="0"/>
        <w:rPr>
          <w:rFonts w:asciiTheme="majorHAnsi" w:hAnsiTheme="majorHAnsi" w:cstheme="majorHAnsi"/>
          <w:lang w:val="nb-NO"/>
        </w:rPr>
      </w:pPr>
      <w:r w:rsidRPr="007072E5">
        <w:rPr>
          <w:rFonts w:asciiTheme="majorHAnsi" w:hAnsiTheme="majorHAnsi" w:cstheme="majorHAnsi"/>
          <w:i/>
          <w:lang w:val="nb-NO"/>
        </w:rPr>
        <w:t>Me snakkast!</w:t>
      </w:r>
    </w:p>
    <w:sectPr w:rsidR="00C312BE" w:rsidRPr="00785E8F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364CBD" w14:textId="77777777" w:rsidR="009D05C7" w:rsidRDefault="009D05C7" w:rsidP="009B475E">
      <w:pPr>
        <w:spacing w:after="0" w:line="240" w:lineRule="auto"/>
      </w:pPr>
      <w:r>
        <w:separator/>
      </w:r>
    </w:p>
  </w:endnote>
  <w:endnote w:type="continuationSeparator" w:id="0">
    <w:p w14:paraId="11B9AF6B" w14:textId="77777777" w:rsidR="009D05C7" w:rsidRDefault="009D05C7" w:rsidP="009B4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63225957"/>
      <w:docPartObj>
        <w:docPartGallery w:val="Page Numbers (Bottom of Page)"/>
        <w:docPartUnique/>
      </w:docPartObj>
    </w:sdtPr>
    <w:sdtContent>
      <w:p w14:paraId="7ADBA028" w14:textId="3FE651F0" w:rsidR="009B475E" w:rsidRDefault="009B475E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076FC9AB" w14:textId="77777777" w:rsidR="009B475E" w:rsidRDefault="009B475E" w:rsidP="009B475E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995800111"/>
      <w:docPartObj>
        <w:docPartGallery w:val="Page Numbers (Bottom of Page)"/>
        <w:docPartUnique/>
      </w:docPartObj>
    </w:sdtPr>
    <w:sdtContent>
      <w:p w14:paraId="1EE9220D" w14:textId="21575FC3" w:rsidR="009B475E" w:rsidRDefault="009B475E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3</w:t>
        </w:r>
        <w:r>
          <w:rPr>
            <w:rStyle w:val="Sidetall"/>
          </w:rPr>
          <w:fldChar w:fldCharType="end"/>
        </w:r>
      </w:p>
    </w:sdtContent>
  </w:sdt>
  <w:p w14:paraId="7C274749" w14:textId="77777777" w:rsidR="009B475E" w:rsidRDefault="009B475E" w:rsidP="009B475E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821FDE" w14:textId="77777777" w:rsidR="009D05C7" w:rsidRDefault="009D05C7" w:rsidP="009B475E">
      <w:pPr>
        <w:spacing w:after="0" w:line="240" w:lineRule="auto"/>
      </w:pPr>
      <w:r>
        <w:separator/>
      </w:r>
    </w:p>
  </w:footnote>
  <w:footnote w:type="continuationSeparator" w:id="0">
    <w:p w14:paraId="6305202E" w14:textId="77777777" w:rsidR="009D05C7" w:rsidRDefault="009D05C7" w:rsidP="009B47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26305721">
    <w:abstractNumId w:val="8"/>
  </w:num>
  <w:num w:numId="2" w16cid:durableId="978075671">
    <w:abstractNumId w:val="6"/>
  </w:num>
  <w:num w:numId="3" w16cid:durableId="1258907526">
    <w:abstractNumId w:val="5"/>
  </w:num>
  <w:num w:numId="4" w16cid:durableId="2128618119">
    <w:abstractNumId w:val="4"/>
  </w:num>
  <w:num w:numId="5" w16cid:durableId="893349618">
    <w:abstractNumId w:val="7"/>
  </w:num>
  <w:num w:numId="6" w16cid:durableId="1714841884">
    <w:abstractNumId w:val="3"/>
  </w:num>
  <w:num w:numId="7" w16cid:durableId="1110515444">
    <w:abstractNumId w:val="2"/>
  </w:num>
  <w:num w:numId="8" w16cid:durableId="1334334326">
    <w:abstractNumId w:val="1"/>
  </w:num>
  <w:num w:numId="9" w16cid:durableId="16128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25062"/>
    <w:rsid w:val="004B17F6"/>
    <w:rsid w:val="006F43EE"/>
    <w:rsid w:val="007072E5"/>
    <w:rsid w:val="00785E8F"/>
    <w:rsid w:val="007B7D0D"/>
    <w:rsid w:val="009B475E"/>
    <w:rsid w:val="009D05C7"/>
    <w:rsid w:val="00AA1D8D"/>
    <w:rsid w:val="00AD51B6"/>
    <w:rsid w:val="00B47730"/>
    <w:rsid w:val="00B65AA0"/>
    <w:rsid w:val="00C312BE"/>
    <w:rsid w:val="00CB0664"/>
    <w:rsid w:val="00D5398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BD68D8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9B47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214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1350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4</cp:revision>
  <dcterms:created xsi:type="dcterms:W3CDTF">2025-11-28T13:32:00Z</dcterms:created>
  <dcterms:modified xsi:type="dcterms:W3CDTF">2025-12-03T08:29:00Z</dcterms:modified>
  <cp:category/>
</cp:coreProperties>
</file>