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7822610E" w:rsidR="000017F6" w:rsidRPr="00F96788" w:rsidRDefault="00E778B6" w:rsidP="00F96788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Nynorsk </w:t>
      </w:r>
      <w:r w:rsidR="000017F6"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og finsk dialogmanus, episode 3</w:t>
      </w:r>
    </w:p>
    <w:p w14:paraId="21D7C710" w14:textId="4259297C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r w:rsidRPr="00F96788">
        <w:rPr>
          <w:rFonts w:asciiTheme="majorHAnsi" w:hAnsiTheme="majorHAnsi" w:cstheme="majorHAnsi"/>
          <w:b/>
          <w:bCs/>
          <w:color w:val="000000" w:themeColor="text1"/>
        </w:rPr>
        <w:t>Ilmoitusseinä</w:t>
      </w:r>
    </w:p>
    <w:p w14:paraId="6DFC82C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r w:rsidRPr="00F96788">
        <w:rPr>
          <w:rFonts w:asciiTheme="majorHAnsi" w:hAnsiTheme="majorHAnsi" w:cstheme="majorHAnsi"/>
          <w:b/>
          <w:bCs/>
          <w:i/>
          <w:color w:val="000000" w:themeColor="text1"/>
        </w:rPr>
        <w:t>Annonsevegg</w:t>
      </w:r>
    </w:p>
    <w:p w14:paraId="0B3227EC" w14:textId="77777777" w:rsidR="00B87D21" w:rsidRPr="00F96788" w:rsidRDefault="00B87D21" w:rsidP="00F96788">
      <w:pPr>
        <w:spacing w:after="0"/>
        <w:rPr>
          <w:rFonts w:asciiTheme="majorHAnsi" w:hAnsiTheme="majorHAnsi" w:cstheme="majorHAnsi"/>
        </w:rPr>
      </w:pPr>
    </w:p>
    <w:p w14:paraId="3B764E82" w14:textId="77777777" w:rsidR="000017F6" w:rsidRPr="00F96788" w:rsidRDefault="000017F6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EEVA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59B404A6" w14:textId="35AFFC7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Nils!</w:t>
      </w:r>
    </w:p>
    <w:p w14:paraId="6A2339D5" w14:textId="40FF4F0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Nils!</w:t>
      </w:r>
    </w:p>
    <w:p w14:paraId="2BE9E9F5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Nils?</w:t>
      </w:r>
    </w:p>
    <w:p w14:paraId="47C11B78" w14:textId="1A905E70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Nils?</w:t>
      </w:r>
    </w:p>
    <w:p w14:paraId="719713B4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 xml:space="preserve">Onko </w:t>
      </w:r>
      <w:proofErr w:type="spellStart"/>
      <w:r w:rsidRPr="00F96788">
        <w:rPr>
          <w:rFonts w:asciiTheme="majorHAnsi" w:hAnsiTheme="majorHAnsi" w:cstheme="majorHAnsi"/>
        </w:rPr>
        <w:t>totta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että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sinä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olet</w:t>
      </w:r>
      <w:proofErr w:type="spellEnd"/>
      <w:r w:rsidRPr="00F96788">
        <w:rPr>
          <w:rFonts w:asciiTheme="majorHAnsi" w:hAnsiTheme="majorHAnsi" w:cstheme="majorHAnsi"/>
        </w:rPr>
        <w:t xml:space="preserve"> löytänyt kuolleita kaloja joesta?!</w:t>
      </w:r>
    </w:p>
    <w:p w14:paraId="22C855C4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Er det sant at du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fann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død fisk i elva?! </w:t>
      </w:r>
    </w:p>
    <w:p w14:paraId="0BD0A7D4" w14:textId="4797BA0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Onko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pukkelilohi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tullut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F96788">
        <w:rPr>
          <w:rFonts w:asciiTheme="majorHAnsi" w:hAnsiTheme="majorHAnsi" w:cstheme="majorHAnsi"/>
          <w:lang w:val="nb-NO"/>
        </w:rPr>
        <w:t>jokeen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00353EF1" w14:textId="3AC02CCC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pukkellaksen ha invadert elva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allereie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293774D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72193F1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En </w:t>
      </w: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tiedä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6CF28E8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veit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ikkje.</w:t>
      </w:r>
    </w:p>
    <w:p w14:paraId="3F9A2E24" w14:textId="722594E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End"/>
      <w:r w:rsidRPr="00F96788">
        <w:rPr>
          <w:rFonts w:asciiTheme="majorHAnsi" w:hAnsiTheme="majorHAnsi" w:cstheme="majorHAnsi"/>
          <w:lang w:val="nb-NO"/>
        </w:rPr>
        <w:t xml:space="preserve">Ei sen </w:t>
      </w:r>
      <w:proofErr w:type="spellStart"/>
      <w:r w:rsidRPr="00F96788">
        <w:rPr>
          <w:rFonts w:asciiTheme="majorHAnsi" w:hAnsiTheme="majorHAnsi" w:cstheme="majorHAnsi"/>
          <w:lang w:val="nb-NO"/>
        </w:rPr>
        <w:t>oikeastaan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aikaisin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kesällä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pitäis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tulla.</w:t>
      </w:r>
    </w:p>
    <w:p w14:paraId="3DAF3A08" w14:textId="5645884B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eigentleg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tidleg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sommaren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det.</w:t>
      </w:r>
    </w:p>
    <w:p w14:paraId="12DDC247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1894AA0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Mikä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pukkelilohi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oon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1A4A7ACC" w14:textId="2E5A86AE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r>
        <w:rPr>
          <w:rFonts w:asciiTheme="majorHAnsi" w:hAnsiTheme="majorHAnsi" w:cstheme="majorHAnsi"/>
          <w:i/>
          <w:lang w:val="nb-NO"/>
        </w:rPr>
        <w:t>K</w:t>
      </w:r>
      <w:r w:rsidR="00000000" w:rsidRPr="00F96788">
        <w:rPr>
          <w:rFonts w:asciiTheme="majorHAnsi" w:hAnsiTheme="majorHAnsi" w:cstheme="majorHAnsi"/>
          <w:i/>
          <w:lang w:val="nb-NO"/>
        </w:rPr>
        <w:t>va er pukkellaks?</w:t>
      </w:r>
    </w:p>
    <w:p w14:paraId="3655B1D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7B21156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Sama </w:t>
      </w:r>
      <w:proofErr w:type="spellStart"/>
      <w:r w:rsidRPr="00F96788">
        <w:rPr>
          <w:rFonts w:asciiTheme="majorHAnsi" w:hAnsiTheme="majorHAnsi" w:cstheme="majorHAnsi"/>
          <w:lang w:val="nb-NO"/>
        </w:rPr>
        <w:t>kuin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kyttyrälohi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A4C33D4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Same som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russarlaks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. </w:t>
      </w:r>
    </w:p>
    <w:p w14:paraId="71323FBC" w14:textId="2EE8212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Saattaisiko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F96788">
        <w:rPr>
          <w:rFonts w:asciiTheme="majorHAnsi" w:hAnsiTheme="majorHAnsi" w:cstheme="majorHAnsi"/>
          <w:lang w:val="nb-NO"/>
        </w:rPr>
        <w:t>kaloja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vaivaava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F96788">
        <w:rPr>
          <w:rFonts w:asciiTheme="majorHAnsi" w:hAnsiTheme="majorHAnsi" w:cstheme="majorHAnsi"/>
          <w:lang w:val="nb-NO"/>
        </w:rPr>
        <w:t>lohen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täi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0B2F85BE" w14:textId="6AF9295D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lakselusa?</w:t>
      </w:r>
    </w:p>
    <w:p w14:paraId="79CC318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2E0F09D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Ei, ei </w:t>
      </w:r>
      <w:proofErr w:type="spellStart"/>
      <w:r w:rsidRPr="00F96788">
        <w:rPr>
          <w:rFonts w:asciiTheme="majorHAnsi" w:hAnsiTheme="majorHAnsi" w:cstheme="majorHAnsi"/>
          <w:lang w:val="nb-NO"/>
        </w:rPr>
        <w:t>makeassa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vedessä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EA8F6CB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Nei,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i ferskvatn.</w:t>
      </w:r>
    </w:p>
    <w:p w14:paraId="60DCD5F9" w14:textId="6B31557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Odotamme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F96788">
        <w:rPr>
          <w:rFonts w:asciiTheme="majorHAnsi" w:hAnsiTheme="majorHAnsi" w:cstheme="majorHAnsi"/>
          <w:lang w:val="nb-NO"/>
        </w:rPr>
        <w:t>vastauksia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niistä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tehdyistä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kokeista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330CEA1" w14:textId="7D1A75B9" w:rsidR="00550739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Me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ventar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svar på prøvene.</w:t>
      </w:r>
    </w:p>
    <w:p w14:paraId="105C8D24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EDAB25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Hei, </w:t>
      </w:r>
      <w:proofErr w:type="spellStart"/>
      <w:r w:rsidRPr="00F96788">
        <w:rPr>
          <w:rFonts w:asciiTheme="majorHAnsi" w:hAnsiTheme="majorHAnsi" w:cstheme="majorHAnsi"/>
          <w:lang w:val="nb-NO"/>
        </w:rPr>
        <w:t>oppilaat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6F9A96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Hei, elever.</w:t>
      </w:r>
    </w:p>
    <w:p w14:paraId="7690D93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Ok </w:t>
      </w:r>
      <w:proofErr w:type="spellStart"/>
      <w:r w:rsidRPr="00F96788">
        <w:rPr>
          <w:rFonts w:asciiTheme="majorHAnsi" w:hAnsiTheme="majorHAnsi" w:cstheme="majorHAnsi"/>
          <w:lang w:val="nb-NO"/>
        </w:rPr>
        <w:t>selvä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nyt </w:t>
      </w:r>
      <w:proofErr w:type="spellStart"/>
      <w:r w:rsidRPr="00F96788">
        <w:rPr>
          <w:rFonts w:asciiTheme="majorHAnsi" w:hAnsiTheme="majorHAnsi" w:cstheme="majorHAnsi"/>
          <w:lang w:val="nb-NO"/>
        </w:rPr>
        <w:t>aloittamme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78DA258" w14:textId="77777777" w:rsidR="00E778B6" w:rsidRPr="00E778B6" w:rsidRDefault="00E778B6" w:rsidP="00F96788">
      <w:pPr>
        <w:spacing w:after="0"/>
        <w:rPr>
          <w:rFonts w:asciiTheme="majorHAnsi" w:hAnsiTheme="majorHAnsi" w:cstheme="majorHAnsi"/>
          <w:i/>
        </w:rPr>
      </w:pPr>
      <w:r w:rsidRPr="00E778B6">
        <w:rPr>
          <w:rFonts w:asciiTheme="majorHAnsi" w:hAnsiTheme="majorHAnsi" w:cstheme="majorHAnsi"/>
          <w:i/>
        </w:rPr>
        <w:t xml:space="preserve">Ok, </w:t>
      </w:r>
      <w:proofErr w:type="spellStart"/>
      <w:r w:rsidRPr="00E778B6">
        <w:rPr>
          <w:rFonts w:asciiTheme="majorHAnsi" w:hAnsiTheme="majorHAnsi" w:cstheme="majorHAnsi"/>
          <w:i/>
        </w:rPr>
        <w:t>klart</w:t>
      </w:r>
      <w:proofErr w:type="spellEnd"/>
      <w:r w:rsidRPr="00E778B6">
        <w:rPr>
          <w:rFonts w:asciiTheme="majorHAnsi" w:hAnsiTheme="majorHAnsi" w:cstheme="majorHAnsi"/>
          <w:i/>
        </w:rPr>
        <w:t xml:space="preserve">, no </w:t>
      </w:r>
      <w:proofErr w:type="spellStart"/>
      <w:r w:rsidRPr="00E778B6">
        <w:rPr>
          <w:rFonts w:asciiTheme="majorHAnsi" w:hAnsiTheme="majorHAnsi" w:cstheme="majorHAnsi"/>
          <w:i/>
        </w:rPr>
        <w:t>byrjar</w:t>
      </w:r>
      <w:proofErr w:type="spellEnd"/>
      <w:r w:rsidRPr="00E778B6">
        <w:rPr>
          <w:rFonts w:asciiTheme="majorHAnsi" w:hAnsiTheme="majorHAnsi" w:cstheme="majorHAnsi"/>
          <w:i/>
        </w:rPr>
        <w:t xml:space="preserve"> me.</w:t>
      </w:r>
    </w:p>
    <w:p w14:paraId="54AD9C67" w14:textId="7A63890D" w:rsidR="00B87D21" w:rsidRPr="00E778B6" w:rsidRDefault="00000000" w:rsidP="00F96788">
      <w:pPr>
        <w:spacing w:after="0"/>
        <w:rPr>
          <w:rFonts w:asciiTheme="majorHAnsi" w:hAnsiTheme="majorHAnsi" w:cstheme="majorHAnsi"/>
        </w:rPr>
      </w:pPr>
      <w:proofErr w:type="spellStart"/>
      <w:r w:rsidRPr="00E778B6">
        <w:rPr>
          <w:rFonts w:asciiTheme="majorHAnsi" w:hAnsiTheme="majorHAnsi" w:cstheme="majorHAnsi"/>
        </w:rPr>
        <w:t>Teillä</w:t>
      </w:r>
      <w:proofErr w:type="spellEnd"/>
      <w:r w:rsidRPr="00E778B6">
        <w:rPr>
          <w:rFonts w:asciiTheme="majorHAnsi" w:hAnsiTheme="majorHAnsi" w:cstheme="majorHAnsi"/>
        </w:rPr>
        <w:t xml:space="preserve"> on </w:t>
      </w:r>
      <w:proofErr w:type="spellStart"/>
      <w:r w:rsidRPr="00E778B6">
        <w:rPr>
          <w:rFonts w:asciiTheme="majorHAnsi" w:hAnsiTheme="majorHAnsi" w:cstheme="majorHAnsi"/>
        </w:rPr>
        <w:t>tehtävänä</w:t>
      </w:r>
      <w:proofErr w:type="spellEnd"/>
      <w:r w:rsidRPr="00E778B6">
        <w:rPr>
          <w:rFonts w:asciiTheme="majorHAnsi" w:hAnsiTheme="majorHAnsi" w:cstheme="majorHAnsi"/>
        </w:rPr>
        <w:t xml:space="preserve"> </w:t>
      </w:r>
      <w:proofErr w:type="spellStart"/>
      <w:r w:rsidRPr="00E778B6">
        <w:rPr>
          <w:rFonts w:asciiTheme="majorHAnsi" w:hAnsiTheme="majorHAnsi" w:cstheme="majorHAnsi"/>
        </w:rPr>
        <w:t>laittaa</w:t>
      </w:r>
      <w:proofErr w:type="spellEnd"/>
      <w:r w:rsidRPr="00E778B6">
        <w:rPr>
          <w:rFonts w:asciiTheme="majorHAnsi" w:hAnsiTheme="majorHAnsi" w:cstheme="majorHAnsi"/>
        </w:rPr>
        <w:t xml:space="preserve"> </w:t>
      </w:r>
      <w:proofErr w:type="spellStart"/>
      <w:r w:rsidRPr="00E778B6">
        <w:rPr>
          <w:rFonts w:asciiTheme="majorHAnsi" w:hAnsiTheme="majorHAnsi" w:cstheme="majorHAnsi"/>
        </w:rPr>
        <w:t>pystyyn</w:t>
      </w:r>
      <w:proofErr w:type="spellEnd"/>
      <w:r w:rsidRPr="00E778B6">
        <w:rPr>
          <w:rFonts w:asciiTheme="majorHAnsi" w:hAnsiTheme="majorHAnsi" w:cstheme="majorHAnsi"/>
        </w:rPr>
        <w:t xml:space="preserve"> </w:t>
      </w:r>
      <w:proofErr w:type="spellStart"/>
      <w:r w:rsidRPr="00E778B6">
        <w:rPr>
          <w:rFonts w:asciiTheme="majorHAnsi" w:hAnsiTheme="majorHAnsi" w:cstheme="majorHAnsi"/>
        </w:rPr>
        <w:t>mainosseinä</w:t>
      </w:r>
      <w:proofErr w:type="spellEnd"/>
      <w:r w:rsidRPr="00E778B6">
        <w:rPr>
          <w:rFonts w:asciiTheme="majorHAnsi" w:hAnsiTheme="majorHAnsi" w:cstheme="majorHAnsi"/>
        </w:rPr>
        <w:t>.</w:t>
      </w:r>
    </w:p>
    <w:p w14:paraId="1ED9B904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lastRenderedPageBreak/>
        <w:t xml:space="preserve">De skal laga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ein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annonsevegg.</w:t>
      </w:r>
    </w:p>
    <w:p w14:paraId="532F8354" w14:textId="5A8797D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Käyttäkkää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seinää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tarpeeksi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iso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77EA406B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Bruk denne veggen, han er stor nok. </w:t>
      </w:r>
    </w:p>
    <w:p w14:paraId="513A5585" w14:textId="23CC83D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olen </w:t>
      </w:r>
      <w:proofErr w:type="spellStart"/>
      <w:r w:rsidRPr="00F96788">
        <w:rPr>
          <w:rFonts w:asciiTheme="majorHAnsi" w:hAnsiTheme="majorHAnsi" w:cstheme="majorHAnsi"/>
          <w:lang w:val="nb-NO"/>
        </w:rPr>
        <w:t>tulostanut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löytyy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sosiaalisen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median </w:t>
      </w:r>
      <w:proofErr w:type="spellStart"/>
      <w:r w:rsidRPr="00F96788">
        <w:rPr>
          <w:rFonts w:asciiTheme="majorHAnsi" w:hAnsiTheme="majorHAnsi" w:cstheme="majorHAnsi"/>
          <w:lang w:val="nb-NO"/>
        </w:rPr>
        <w:t>informaatiovirrasta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DEE85CE" w14:textId="4951C039" w:rsid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har skrive ut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informasjonsstraumane</w:t>
      </w:r>
      <w:proofErr w:type="spellEnd"/>
      <w:r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deira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på sosiale medium. </w:t>
      </w:r>
    </w:p>
    <w:p w14:paraId="5AEA0B05" w14:textId="009637FD" w:rsidR="00B87D21" w:rsidRPr="00F96788" w:rsidRDefault="00000000" w:rsidP="00E778B6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Ensiksi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ripustatte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nämä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ilmoitukset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ylös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seinälle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865ABE5" w14:textId="4FC637EE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Først skal de henge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desse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opp på veggen.</w:t>
      </w:r>
    </w:p>
    <w:p w14:paraId="317B3F6C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F96788" w:rsidRDefault="00550739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KAISA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0A202A00" w14:textId="6DB0A7FF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Tässä</w:t>
      </w:r>
      <w:proofErr w:type="spellEnd"/>
      <w:r w:rsidRPr="00F96788">
        <w:rPr>
          <w:rFonts w:asciiTheme="majorHAnsi" w:hAnsiTheme="majorHAnsi" w:cstheme="majorHAnsi"/>
        </w:rPr>
        <w:t xml:space="preserve"> on </w:t>
      </w:r>
      <w:proofErr w:type="spellStart"/>
      <w:r w:rsidRPr="00F96788">
        <w:rPr>
          <w:rFonts w:asciiTheme="majorHAnsi" w:hAnsiTheme="majorHAnsi" w:cstheme="majorHAnsi"/>
        </w:rPr>
        <w:t>paljon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samankaltaisia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ilmoituksia</w:t>
      </w:r>
      <w:proofErr w:type="spellEnd"/>
      <w:r w:rsidRPr="00F96788">
        <w:rPr>
          <w:rFonts w:asciiTheme="majorHAnsi" w:hAnsiTheme="majorHAnsi" w:cstheme="majorHAnsi"/>
        </w:rPr>
        <w:t>.</w:t>
      </w:r>
    </w:p>
    <w:p w14:paraId="0EF7FEFF" w14:textId="1A1D15E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er mange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annons</w:t>
      </w:r>
      <w:r w:rsidR="00E778B6">
        <w:rPr>
          <w:rFonts w:asciiTheme="majorHAnsi" w:hAnsiTheme="majorHAnsi" w:cstheme="majorHAnsi"/>
          <w:i/>
          <w:lang w:val="nb-NO"/>
        </w:rPr>
        <w:t>a</w:t>
      </w:r>
      <w:r w:rsidRPr="00F96788">
        <w:rPr>
          <w:rFonts w:asciiTheme="majorHAnsi" w:hAnsiTheme="majorHAnsi" w:cstheme="majorHAnsi"/>
          <w:i/>
          <w:lang w:val="nb-NO"/>
        </w:rPr>
        <w:t>r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som er like.</w:t>
      </w:r>
    </w:p>
    <w:p w14:paraId="073620B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Voimmeko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laittaa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erilaisia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ryhmiä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0ED70012" w14:textId="1F52B417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Kan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lage ulike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kategoriar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AD9A557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1CCEBFA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tietenkin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29B167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Ja, absolutt.</w:t>
      </w:r>
    </w:p>
    <w:p w14:paraId="6DF0D346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Sittehän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sitä</w:t>
      </w:r>
      <w:proofErr w:type="spellEnd"/>
      <w:r w:rsidRPr="00F96788">
        <w:rPr>
          <w:rFonts w:asciiTheme="majorHAnsi" w:hAnsiTheme="majorHAnsi" w:cstheme="majorHAnsi"/>
        </w:rPr>
        <w:t xml:space="preserve"> on </w:t>
      </w:r>
      <w:proofErr w:type="spellStart"/>
      <w:r w:rsidRPr="00F96788">
        <w:rPr>
          <w:rFonts w:asciiTheme="majorHAnsi" w:hAnsiTheme="majorHAnsi" w:cstheme="majorHAnsi"/>
        </w:rPr>
        <w:t>helpompi</w:t>
      </w:r>
      <w:proofErr w:type="spellEnd"/>
      <w:r w:rsidRPr="00F96788">
        <w:rPr>
          <w:rFonts w:asciiTheme="majorHAnsi" w:hAnsiTheme="majorHAnsi" w:cstheme="majorHAnsi"/>
        </w:rPr>
        <w:t xml:space="preserve"> </w:t>
      </w:r>
      <w:proofErr w:type="spellStart"/>
      <w:r w:rsidRPr="00F96788">
        <w:rPr>
          <w:rFonts w:asciiTheme="majorHAnsi" w:hAnsiTheme="majorHAnsi" w:cstheme="majorHAnsi"/>
        </w:rPr>
        <w:t>analysoida</w:t>
      </w:r>
      <w:proofErr w:type="spellEnd"/>
      <w:r w:rsidRPr="00F96788">
        <w:rPr>
          <w:rFonts w:asciiTheme="majorHAnsi" w:hAnsiTheme="majorHAnsi" w:cstheme="majorHAnsi"/>
        </w:rPr>
        <w:t>.</w:t>
      </w:r>
    </w:p>
    <w:p w14:paraId="78F5D9BB" w14:textId="28174C83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Då blir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lettare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å analysere.</w:t>
      </w:r>
    </w:p>
    <w:p w14:paraId="26203056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15F7A76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7241B237" w14:textId="187FFED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Ok.</w:t>
      </w:r>
    </w:p>
    <w:p w14:paraId="5D5ECCD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Ok.</w:t>
      </w:r>
    </w:p>
    <w:p w14:paraId="1321B66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5BAFADA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Selvä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kroppa </w:t>
      </w:r>
      <w:proofErr w:type="spellStart"/>
      <w:r w:rsidRPr="00F96788">
        <w:rPr>
          <w:rFonts w:asciiTheme="majorHAnsi" w:hAnsiTheme="majorHAnsi" w:cstheme="majorHAnsi"/>
          <w:lang w:val="nb-NO"/>
        </w:rPr>
        <w:t>tähän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7DA5279E" w14:textId="6B68CDE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Ok, kropp her.</w:t>
      </w:r>
    </w:p>
    <w:p w14:paraId="2C1A503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Vaatteet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tuonne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8847E4A" w14:textId="5EE94291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Kl</w:t>
      </w:r>
      <w:r w:rsidR="00E778B6">
        <w:rPr>
          <w:rFonts w:asciiTheme="majorHAnsi" w:hAnsiTheme="majorHAnsi" w:cstheme="majorHAnsi"/>
          <w:i/>
          <w:lang w:val="nb-NO"/>
        </w:rPr>
        <w:t>ede</w:t>
      </w:r>
      <w:r w:rsidRPr="00F96788">
        <w:rPr>
          <w:rFonts w:asciiTheme="majorHAnsi" w:hAnsiTheme="majorHAnsi" w:cstheme="majorHAnsi"/>
          <w:i/>
          <w:lang w:val="nb-NO"/>
        </w:rPr>
        <w:t xml:space="preserve"> der.</w:t>
      </w:r>
    </w:p>
    <w:p w14:paraId="5DED9FB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7F59CB2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Alemmaksi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48926F7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Nedover</w:t>
      </w:r>
    </w:p>
    <w:p w14:paraId="0CA8B217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22CA08FF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Siirrä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vasemmalle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BC7E718" w14:textId="1E1DBDF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Flytt </w:t>
      </w:r>
      <w:r w:rsidR="00E778B6">
        <w:rPr>
          <w:rFonts w:asciiTheme="majorHAnsi" w:hAnsiTheme="majorHAnsi" w:cstheme="majorHAnsi"/>
          <w:i/>
          <w:lang w:val="nb-NO"/>
        </w:rPr>
        <w:t>han</w:t>
      </w:r>
      <w:r w:rsidRPr="00F96788">
        <w:rPr>
          <w:rFonts w:asciiTheme="majorHAnsi" w:hAnsiTheme="majorHAnsi" w:cstheme="majorHAnsi"/>
          <w:i/>
          <w:lang w:val="nb-NO"/>
        </w:rPr>
        <w:t xml:space="preserve"> til venstre.</w:t>
      </w:r>
    </w:p>
    <w:p w14:paraId="7EF94FF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299B70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Siinä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3E7C5D8C" w14:textId="10B77E0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Sånn!</w:t>
      </w:r>
    </w:p>
    <w:p w14:paraId="3E7156A0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Ruoka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tuohon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D14FAF7" w14:textId="4033725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Mat der.</w:t>
      </w:r>
    </w:p>
    <w:p w14:paraId="48EC8A1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BB05F2D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F96788">
        <w:rPr>
          <w:rFonts w:asciiTheme="majorHAnsi" w:hAnsiTheme="majorHAnsi" w:cstheme="majorHAnsi"/>
          <w:lang w:val="nb-NO"/>
        </w:rPr>
        <w:t>vaipat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vauvan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tavarat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tuone</w:t>
      </w:r>
      <w:proofErr w:type="spellEnd"/>
      <w:r w:rsidRPr="00F96788">
        <w:rPr>
          <w:rFonts w:asciiTheme="majorHAnsi" w:hAnsiTheme="majorHAnsi" w:cstheme="majorHAnsi"/>
          <w:lang w:val="nb-NO"/>
        </w:rPr>
        <w:t>…</w:t>
      </w:r>
      <w:proofErr w:type="gramEnd"/>
    </w:p>
    <w:p w14:paraId="5D4EBE65" w14:textId="59B66A1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Og bleier og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babyting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der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borte...</w:t>
      </w:r>
      <w:proofErr w:type="gramEnd"/>
    </w:p>
    <w:p w14:paraId="7CC7EC84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Karhun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tanssi</w:t>
      </w:r>
      <w:proofErr w:type="spellEnd"/>
    </w:p>
    <w:p w14:paraId="795B8A39" w14:textId="1E11D97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Bjørnedans</w:t>
      </w:r>
    </w:p>
    <w:p w14:paraId="78E410F1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Vähän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ylöskäsin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606AE895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Litt opp.</w:t>
      </w:r>
    </w:p>
    <w:p w14:paraId="3D10DE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Nuoin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B27B298" w14:textId="2DD16E4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Sånn.</w:t>
      </w:r>
    </w:p>
    <w:p w14:paraId="334C8F3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3FC048C9" w14:textId="1522D9F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Uhkaus</w:t>
      </w:r>
      <w:proofErr w:type="spellEnd"/>
      <w:r w:rsidRPr="00F96788">
        <w:rPr>
          <w:rFonts w:asciiTheme="majorHAnsi" w:hAnsiTheme="majorHAnsi" w:cstheme="majorHAnsi"/>
          <w:lang w:val="nb-NO"/>
        </w:rPr>
        <w:t>!!!</w:t>
      </w:r>
    </w:p>
    <w:p w14:paraId="1FD60700" w14:textId="643BDB54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>Trua!!!</w:t>
      </w:r>
    </w:p>
    <w:p w14:paraId="02AEB759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DATASKJERM:</w:t>
      </w:r>
    </w:p>
    <w:p w14:paraId="11168B5C" w14:textId="081EED9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Hakemus </w:t>
      </w:r>
      <w:proofErr w:type="spellStart"/>
      <w:r w:rsidRPr="00F96788">
        <w:rPr>
          <w:rFonts w:asciiTheme="majorHAnsi" w:hAnsiTheme="majorHAnsi" w:cstheme="majorHAnsi"/>
          <w:lang w:val="nb-NO"/>
        </w:rPr>
        <w:t>kesätöihin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8ED063D" w14:textId="705440F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Åpen søknad om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somm</w:t>
      </w:r>
      <w:r w:rsidR="00E778B6">
        <w:rPr>
          <w:rFonts w:asciiTheme="majorHAnsi" w:hAnsiTheme="majorHAnsi" w:cstheme="majorHAnsi"/>
          <w:i/>
          <w:lang w:val="nb-NO"/>
        </w:rPr>
        <w:t>a</w:t>
      </w:r>
      <w:r w:rsidRPr="00F96788">
        <w:rPr>
          <w:rFonts w:asciiTheme="majorHAnsi" w:hAnsiTheme="majorHAnsi" w:cstheme="majorHAnsi"/>
          <w:i/>
          <w:lang w:val="nb-NO"/>
        </w:rPr>
        <w:t>rjobb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>.</w:t>
      </w:r>
    </w:p>
    <w:p w14:paraId="3D5EEC67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AARON</w:t>
      </w:r>
    </w:p>
    <w:p w14:paraId="568C9156" w14:textId="1DD189D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pirun tulostin! </w:t>
      </w:r>
    </w:p>
    <w:p w14:paraId="324988EB" w14:textId="334623CA" w:rsidR="00D11B15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Den forbanna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skrivaren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!</w:t>
      </w:r>
    </w:p>
    <w:p w14:paraId="04371D6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04D95280" w14:textId="3DB3B59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Pelastakaa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joki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F96788">
        <w:rPr>
          <w:rFonts w:asciiTheme="majorHAnsi" w:hAnsiTheme="majorHAnsi" w:cstheme="majorHAnsi"/>
          <w:lang w:val="nb-NO"/>
        </w:rPr>
        <w:t>Kalat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kuolevat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2177AF0D" w14:textId="4317253C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«Redd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fiskane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våre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å døy!»</w:t>
      </w:r>
    </w:p>
    <w:p w14:paraId="0F9AD9F5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54271DCE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Loistavaa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tulkaa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sitten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paikoillenne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istukaa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5449FC3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Flott, kom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set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dykk. </w:t>
      </w:r>
    </w:p>
    <w:p w14:paraId="47BBF940" w14:textId="4AFF0A8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yhteistä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näissä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ilmoituksissa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28A503CE" w14:textId="5128420B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Kva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fellesnemnarane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i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?</w:t>
      </w:r>
    </w:p>
    <w:p w14:paraId="475E645E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6C5C285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paljon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vartaloita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ulkonäköä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56D9C14" w14:textId="1479469B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mykje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kropp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utsjånad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.</w:t>
      </w:r>
    </w:p>
    <w:p w14:paraId="24852616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169EED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Ja.</w:t>
      </w:r>
    </w:p>
    <w:p w14:paraId="27FD099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>ELEV:</w:t>
      </w:r>
    </w:p>
    <w:p w14:paraId="0ADE8AB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Terveellistä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ruokaa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treenausta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67CF21E" w14:textId="7DCB744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Sunn mat og trening.</w:t>
      </w:r>
    </w:p>
    <w:p w14:paraId="526115A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Aha, </w:t>
      </w: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A89974E" w14:textId="0C67EC7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Aha, ja.</w:t>
      </w:r>
    </w:p>
    <w:p w14:paraId="5B7E41C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0883F9D1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Kaunis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sisustus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A137DC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Fint interiør.</w:t>
      </w:r>
    </w:p>
    <w:p w14:paraId="68CCED4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4B7E30B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lang w:val="nb-NO"/>
        </w:rPr>
        <w:t>”</w:t>
      </w:r>
      <w:proofErr w:type="spellStart"/>
      <w:r w:rsidRPr="00F96788">
        <w:rPr>
          <w:rFonts w:asciiTheme="majorHAnsi" w:hAnsiTheme="majorHAnsi" w:cstheme="majorHAnsi"/>
          <w:lang w:val="nb-NO"/>
        </w:rPr>
        <w:t>Täydellinen</w:t>
      </w:r>
      <w:proofErr w:type="spellEnd"/>
      <w:proofErr w:type="gram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elämä</w:t>
      </w:r>
      <w:proofErr w:type="spellEnd"/>
      <w:r w:rsidRPr="00F96788">
        <w:rPr>
          <w:rFonts w:asciiTheme="majorHAnsi" w:hAnsiTheme="majorHAnsi" w:cstheme="majorHAnsi"/>
          <w:lang w:val="nb-NO"/>
        </w:rPr>
        <w:t>.”</w:t>
      </w:r>
    </w:p>
    <w:p w14:paraId="43208965" w14:textId="278316A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perfekte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liv</w:t>
      </w:r>
      <w:r w:rsidR="00E778B6">
        <w:rPr>
          <w:rFonts w:asciiTheme="majorHAnsi" w:hAnsiTheme="majorHAnsi" w:cstheme="majorHAnsi"/>
          <w:i/>
          <w:lang w:val="nb-NO"/>
        </w:rPr>
        <w:t>et</w:t>
      </w:r>
      <w:r w:rsidRPr="00F96788">
        <w:rPr>
          <w:rFonts w:asciiTheme="majorHAnsi" w:hAnsiTheme="majorHAnsi" w:cstheme="majorHAnsi"/>
          <w:i/>
          <w:lang w:val="nb-NO"/>
        </w:rPr>
        <w:t>...</w:t>
      </w:r>
      <w:proofErr w:type="gramEnd"/>
    </w:p>
    <w:p w14:paraId="5243AD2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54906665" w14:textId="7D5EAD1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Miksi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meidän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täytyy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laittaa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aikaa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tähän</w:t>
      </w:r>
      <w:proofErr w:type="spellEnd"/>
      <w:r w:rsidRPr="00F96788">
        <w:rPr>
          <w:rFonts w:asciiTheme="majorHAnsi" w:hAnsiTheme="majorHAnsi" w:cstheme="majorHAnsi"/>
          <w:lang w:val="nb-NO"/>
        </w:rPr>
        <w:t>?</w:t>
      </w:r>
    </w:p>
    <w:p w14:paraId="2CC9B1AD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Kvifor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skal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bruke tid på dette?</w:t>
      </w:r>
    </w:p>
    <w:p w14:paraId="674B4483" w14:textId="57387AB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F96788">
        <w:rPr>
          <w:rFonts w:asciiTheme="majorHAnsi" w:hAnsiTheme="majorHAnsi" w:cstheme="majorHAnsi"/>
          <w:lang w:val="nb-NO"/>
        </w:rPr>
        <w:t>merkitse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mitään</w:t>
      </w:r>
      <w:proofErr w:type="spellEnd"/>
      <w:r w:rsidRPr="00F96788">
        <w:rPr>
          <w:rFonts w:asciiTheme="majorHAnsi" w:hAnsiTheme="majorHAnsi" w:cstheme="majorHAnsi"/>
          <w:lang w:val="nb-NO"/>
        </w:rPr>
        <w:t>!</w:t>
      </w:r>
    </w:p>
    <w:p w14:paraId="4D904A8D" w14:textId="7A0C955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betyr ingenting!</w:t>
      </w:r>
    </w:p>
    <w:p w14:paraId="689F822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F96788">
        <w:rPr>
          <w:rFonts w:asciiTheme="majorHAnsi" w:hAnsiTheme="majorHAnsi" w:cstheme="majorHAnsi"/>
          <w:lang w:val="nb-NO"/>
        </w:rPr>
        <w:t>mitä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tapahtuu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täällä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missä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asumme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F96788">
        <w:rPr>
          <w:rFonts w:asciiTheme="majorHAnsi" w:hAnsiTheme="majorHAnsi" w:cstheme="majorHAnsi"/>
          <w:lang w:val="nb-NO"/>
        </w:rPr>
        <w:t>mikä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merkitsee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jotakin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A0B41FA" w14:textId="310AAE97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som betyr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noko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er det som skjer her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bur!</w:t>
      </w:r>
    </w:p>
    <w:p w14:paraId="70A0929A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E91899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Nils..</w:t>
      </w:r>
    </w:p>
    <w:p w14:paraId="20585B6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i/>
          <w:lang w:val="nb-NO"/>
        </w:rPr>
        <w:t>Nils...</w:t>
      </w:r>
      <w:proofErr w:type="gramEnd"/>
    </w:p>
    <w:p w14:paraId="78B7F17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05AB752E" w14:textId="2616AB9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Tässähän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myös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ilmoituksia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kväänikoruista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kväänien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kulttuurista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F58F439" w14:textId="372A4CF5" w:rsid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Det kan også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vere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annonsar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for lokale smykke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E778B6">
        <w:rPr>
          <w:rFonts w:asciiTheme="majorHAnsi" w:hAnsiTheme="majorHAnsi" w:cstheme="majorHAnsi"/>
          <w:i/>
          <w:lang w:val="nb-NO"/>
        </w:rPr>
        <w:t xml:space="preserve">og kvensk kultur. </w:t>
      </w:r>
    </w:p>
    <w:p w14:paraId="1B1E19ED" w14:textId="06BB6D33" w:rsidR="00B87D21" w:rsidRPr="00F96788" w:rsidRDefault="00000000" w:rsidP="00E778B6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Sehän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on </w:t>
      </w:r>
      <w:proofErr w:type="spellStart"/>
      <w:r w:rsidRPr="00F96788">
        <w:rPr>
          <w:rFonts w:asciiTheme="majorHAnsi" w:hAnsiTheme="majorHAnsi" w:cstheme="majorHAnsi"/>
          <w:lang w:val="nb-NO"/>
        </w:rPr>
        <w:t>positiivista</w:t>
      </w:r>
      <w:proofErr w:type="spellEnd"/>
      <w:r w:rsidRPr="00F96788">
        <w:rPr>
          <w:rFonts w:asciiTheme="majorHAnsi" w:hAnsiTheme="majorHAnsi" w:cstheme="majorHAnsi"/>
          <w:lang w:val="nb-NO"/>
        </w:rPr>
        <w:t>, Nils.</w:t>
      </w:r>
    </w:p>
    <w:p w14:paraId="6CD56778" w14:textId="07954BC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jo positivt, Nils.</w:t>
      </w:r>
    </w:p>
    <w:p w14:paraId="51EF66A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3B5AEB23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katson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kickboksinkkia</w:t>
      </w:r>
      <w:proofErr w:type="spellEnd"/>
      <w:r w:rsidRPr="00F96788">
        <w:rPr>
          <w:rFonts w:asciiTheme="majorHAnsi" w:hAnsiTheme="majorHAnsi" w:cstheme="majorHAnsi"/>
          <w:lang w:val="nb-NO"/>
        </w:rPr>
        <w:t>….</w:t>
      </w:r>
      <w:proofErr w:type="gramEnd"/>
      <w:r w:rsidRPr="00F96788">
        <w:rPr>
          <w:rFonts w:asciiTheme="majorHAnsi" w:hAnsiTheme="majorHAnsi" w:cstheme="majorHAnsi"/>
          <w:lang w:val="nb-NO"/>
        </w:rPr>
        <w:t>.</w:t>
      </w:r>
    </w:p>
    <w:p w14:paraId="29FB6712" w14:textId="2C8B0C0F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>
        <w:rPr>
          <w:rFonts w:asciiTheme="majorHAnsi" w:hAnsiTheme="majorHAnsi" w:cstheme="majorHAnsi"/>
          <w:i/>
          <w:lang w:val="nb-NO"/>
        </w:rPr>
        <w:t>E</w:t>
      </w:r>
      <w:r w:rsidR="00000000" w:rsidRPr="00F96788">
        <w:rPr>
          <w:rFonts w:asciiTheme="majorHAnsi" w:hAnsiTheme="majorHAnsi" w:cstheme="majorHAnsi"/>
          <w:i/>
          <w:lang w:val="nb-NO"/>
        </w:rPr>
        <w:t>g</w:t>
      </w:r>
      <w:proofErr w:type="spellEnd"/>
      <w:r w:rsidR="00000000" w:rsidRPr="00F96788">
        <w:rPr>
          <w:rFonts w:asciiTheme="majorHAnsi" w:hAnsiTheme="majorHAnsi" w:cstheme="majorHAnsi"/>
          <w:i/>
          <w:lang w:val="nb-NO"/>
        </w:rPr>
        <w:t xml:space="preserve"> ser på </w:t>
      </w:r>
      <w:proofErr w:type="gramStart"/>
      <w:r w:rsidR="00000000" w:rsidRPr="00F96788">
        <w:rPr>
          <w:rFonts w:asciiTheme="majorHAnsi" w:hAnsiTheme="majorHAnsi" w:cstheme="majorHAnsi"/>
          <w:i/>
          <w:lang w:val="nb-NO"/>
        </w:rPr>
        <w:t>kickboksing...</w:t>
      </w:r>
      <w:proofErr w:type="gramEnd"/>
    </w:p>
    <w:p w14:paraId="2CADF0B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79F294C3" w14:textId="44BB5ABF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Hae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kuolleita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F96788">
        <w:rPr>
          <w:rFonts w:asciiTheme="majorHAnsi" w:hAnsiTheme="majorHAnsi" w:cstheme="majorHAnsi"/>
          <w:lang w:val="nb-NO"/>
        </w:rPr>
        <w:t>kalloja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 </w:t>
      </w: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proofErr w:type="gram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sitten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sinun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infovirta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täyttyy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sellaisesta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mistä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sinä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tykkäät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7F986C1F" w14:textId="60250C31" w:rsidR="00B87D21" w:rsidRPr="00E778B6" w:rsidRDefault="00E778B6" w:rsidP="00E778B6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Nils, søk på død fisk, då blir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infostraumen</w:t>
      </w:r>
      <w:proofErr w:type="spellEnd"/>
      <w:r>
        <w:rPr>
          <w:rFonts w:asciiTheme="majorHAnsi" w:hAnsiTheme="majorHAnsi" w:cstheme="majorHAnsi"/>
          <w:i/>
          <w:lang w:val="nb-NO"/>
        </w:rPr>
        <w:t xml:space="preserve"> </w:t>
      </w:r>
      <w:r w:rsidRPr="00E778B6">
        <w:rPr>
          <w:rFonts w:asciiTheme="majorHAnsi" w:hAnsiTheme="majorHAnsi" w:cstheme="majorHAnsi"/>
          <w:i/>
          <w:lang w:val="nb-NO"/>
        </w:rPr>
        <w:t>din full av det du bryr deg om.</w:t>
      </w:r>
    </w:p>
    <w:p w14:paraId="3BE47C0D" w14:textId="77777777" w:rsidR="00E778B6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08518EEB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 xml:space="preserve">NILS: </w:t>
      </w:r>
    </w:p>
    <w:p w14:paraId="57439D03" w14:textId="233CA10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Juuri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F96788">
        <w:rPr>
          <w:rFonts w:asciiTheme="majorHAnsi" w:hAnsiTheme="majorHAnsi" w:cstheme="majorHAnsi"/>
          <w:lang w:val="nb-NO"/>
        </w:rPr>
        <w:t>kaikki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negatiivinen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kasvaa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173DFE3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Nettopp, alt som er negativt blir det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meir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av. </w:t>
      </w:r>
    </w:p>
    <w:p w14:paraId="71E351F7" w14:textId="2D22F73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Algorytmit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haluavat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että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enää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luota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toinen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toisiimme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4468778" w14:textId="60AE71D6" w:rsidR="00B87D21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E778B6">
        <w:rPr>
          <w:rFonts w:asciiTheme="majorHAnsi" w:hAnsiTheme="majorHAnsi" w:cstheme="majorHAnsi"/>
          <w:i/>
          <w:lang w:val="nb-NO"/>
        </w:rPr>
        <w:t>Algoritmane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vil jo at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 skal miste trua på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kvarandre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>.</w:t>
      </w:r>
    </w:p>
    <w:p w14:paraId="26ABDE73" w14:textId="77777777" w:rsidR="00E778B6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</w:t>
      </w:r>
      <w:r w:rsidR="00242F62" w:rsidRPr="00F96788">
        <w:rPr>
          <w:rFonts w:asciiTheme="majorHAnsi" w:hAnsiTheme="majorHAnsi" w:cstheme="majorHAnsi"/>
          <w:lang w:val="nb-NO"/>
        </w:rPr>
        <w:t>ER</w:t>
      </w:r>
      <w:r w:rsidRPr="00F96788">
        <w:rPr>
          <w:rFonts w:asciiTheme="majorHAnsi" w:hAnsiTheme="majorHAnsi" w:cstheme="majorHAnsi"/>
          <w:lang w:val="nb-NO"/>
        </w:rPr>
        <w:t>:</w:t>
      </w:r>
    </w:p>
    <w:p w14:paraId="3CF18B6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 on oikeassa!</w:t>
      </w:r>
    </w:p>
    <w:p w14:paraId="0BF680F1" w14:textId="0B0D9A8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 har rett!</w:t>
      </w:r>
    </w:p>
    <w:p w14:paraId="1CA941E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Meitä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juksataan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F96788">
        <w:rPr>
          <w:rFonts w:asciiTheme="majorHAnsi" w:hAnsiTheme="majorHAnsi" w:cstheme="majorHAnsi"/>
          <w:lang w:val="nb-NO"/>
        </w:rPr>
        <w:t>meihin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vaikutetaan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ECE9E06" w14:textId="77777777" w:rsidR="00E778B6" w:rsidRDefault="00E778B6" w:rsidP="00F96788">
      <w:pPr>
        <w:spacing w:after="0"/>
        <w:rPr>
          <w:rFonts w:asciiTheme="majorHAnsi" w:hAnsiTheme="majorHAnsi" w:cstheme="majorHAnsi"/>
          <w:i/>
          <w:lang w:val="nb-NO"/>
        </w:rPr>
      </w:pPr>
      <w:r w:rsidRPr="00E778B6">
        <w:rPr>
          <w:rFonts w:asciiTheme="majorHAnsi" w:hAnsiTheme="majorHAnsi" w:cstheme="majorHAnsi"/>
          <w:i/>
          <w:lang w:val="nb-NO"/>
        </w:rPr>
        <w:t xml:space="preserve">Me blir lurte og </w:t>
      </w:r>
      <w:proofErr w:type="spellStart"/>
      <w:r w:rsidRPr="00E778B6">
        <w:rPr>
          <w:rFonts w:asciiTheme="majorHAnsi" w:hAnsiTheme="majorHAnsi" w:cstheme="majorHAnsi"/>
          <w:i/>
          <w:lang w:val="nb-NO"/>
        </w:rPr>
        <w:t>påverka</w:t>
      </w:r>
      <w:proofErr w:type="spellEnd"/>
      <w:r w:rsidRPr="00E778B6">
        <w:rPr>
          <w:rFonts w:asciiTheme="majorHAnsi" w:hAnsiTheme="majorHAnsi" w:cstheme="majorHAnsi"/>
          <w:i/>
          <w:lang w:val="nb-NO"/>
        </w:rPr>
        <w:t xml:space="preserve">. </w:t>
      </w:r>
    </w:p>
    <w:p w14:paraId="0CA5EDD4" w14:textId="6F13346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Me </w:t>
      </w:r>
      <w:proofErr w:type="spellStart"/>
      <w:r w:rsidRPr="00F96788">
        <w:rPr>
          <w:rFonts w:asciiTheme="majorHAnsi" w:hAnsiTheme="majorHAnsi" w:cstheme="majorHAnsi"/>
          <w:lang w:val="nb-NO"/>
        </w:rPr>
        <w:t>olemme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F96788">
        <w:rPr>
          <w:rFonts w:asciiTheme="majorHAnsi" w:hAnsiTheme="majorHAnsi" w:cstheme="majorHAnsi"/>
          <w:lang w:val="nb-NO"/>
        </w:rPr>
        <w:t>kaikukammiossa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4A18CEB" w14:textId="5BAEF1EB" w:rsidR="00B87D21" w:rsidRPr="00F96788" w:rsidRDefault="00E778B6" w:rsidP="00F96788">
      <w:pPr>
        <w:spacing w:after="0"/>
        <w:rPr>
          <w:rFonts w:asciiTheme="majorHAnsi" w:hAnsiTheme="majorHAnsi" w:cstheme="majorHAnsi"/>
          <w:lang w:val="nb-NO"/>
        </w:rPr>
      </w:pPr>
      <w:r>
        <w:rPr>
          <w:rFonts w:asciiTheme="majorHAnsi" w:hAnsiTheme="majorHAnsi" w:cstheme="majorHAnsi"/>
          <w:i/>
          <w:lang w:val="nb-NO"/>
        </w:rPr>
        <w:t>Me</w:t>
      </w:r>
      <w:r w:rsidR="00000000" w:rsidRPr="00F96788">
        <w:rPr>
          <w:rFonts w:asciiTheme="majorHAnsi" w:hAnsiTheme="majorHAnsi" w:cstheme="majorHAnsi"/>
          <w:i/>
          <w:lang w:val="nb-NO"/>
        </w:rPr>
        <w:t xml:space="preserve"> er i ekkokamre.</w:t>
      </w:r>
    </w:p>
    <w:p w14:paraId="54A8085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F96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E237C" w14:textId="77777777" w:rsidR="00980826" w:rsidRDefault="00980826" w:rsidP="00242F62">
      <w:pPr>
        <w:spacing w:after="0" w:line="240" w:lineRule="auto"/>
      </w:pPr>
      <w:r>
        <w:separator/>
      </w:r>
    </w:p>
  </w:endnote>
  <w:endnote w:type="continuationSeparator" w:id="0">
    <w:p w14:paraId="7E0BA257" w14:textId="77777777" w:rsidR="00980826" w:rsidRDefault="00980826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191EB" w14:textId="77777777" w:rsidR="00980826" w:rsidRDefault="00980826" w:rsidP="00242F62">
      <w:pPr>
        <w:spacing w:after="0" w:line="240" w:lineRule="auto"/>
      </w:pPr>
      <w:r>
        <w:separator/>
      </w:r>
    </w:p>
  </w:footnote>
  <w:footnote w:type="continuationSeparator" w:id="0">
    <w:p w14:paraId="0147848F" w14:textId="77777777" w:rsidR="00980826" w:rsidRDefault="00980826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15074B"/>
    <w:rsid w:val="001A5162"/>
    <w:rsid w:val="00242F62"/>
    <w:rsid w:val="0029639D"/>
    <w:rsid w:val="00326F90"/>
    <w:rsid w:val="00550739"/>
    <w:rsid w:val="005F6D7C"/>
    <w:rsid w:val="007368A0"/>
    <w:rsid w:val="0085094C"/>
    <w:rsid w:val="008D564D"/>
    <w:rsid w:val="00980826"/>
    <w:rsid w:val="00AA1D8D"/>
    <w:rsid w:val="00B47730"/>
    <w:rsid w:val="00B87D21"/>
    <w:rsid w:val="00CB0664"/>
    <w:rsid w:val="00D11B15"/>
    <w:rsid w:val="00E778B6"/>
    <w:rsid w:val="00F967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570</Words>
  <Characters>3022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2025-11-28T13:37:00Z</dcterms:created>
  <dcterms:modified xsi:type="dcterms:W3CDTF">2025-11-28T13:47:00Z</dcterms:modified>
  <cp:category/>
</cp:coreProperties>
</file>