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64D5C" w14:textId="4DA81B0A" w:rsidR="00CA1A1C" w:rsidRPr="00CA1A1C" w:rsidRDefault="00C86326" w:rsidP="00CA1A1C">
      <w:pPr>
        <w:spacing w:after="0" w:line="240" w:lineRule="auto"/>
        <w:rPr>
          <w:b/>
          <w:bCs/>
          <w:lang w:val="nb-NO"/>
        </w:rPr>
      </w:pPr>
      <w:r>
        <w:rPr>
          <w:b/>
          <w:bCs/>
          <w:lang w:val="nb-NO"/>
        </w:rPr>
        <w:t>Nynorsk</w:t>
      </w:r>
      <w:r w:rsidR="00CA1A1C" w:rsidRPr="00CA1A1C">
        <w:rPr>
          <w:b/>
          <w:bCs/>
          <w:lang w:val="nb-NO"/>
        </w:rPr>
        <w:t xml:space="preserve"> og finsk dialogmanus, episode 6</w:t>
      </w:r>
    </w:p>
    <w:p w14:paraId="6CB68D3A" w14:textId="6D6B24AC" w:rsidR="00CA1A1C" w:rsidRPr="00CA1A1C" w:rsidRDefault="00CA1A1C" w:rsidP="00CA1A1C">
      <w:pPr>
        <w:spacing w:after="0" w:line="240" w:lineRule="auto"/>
        <w:rPr>
          <w:b/>
          <w:bCs/>
          <w:lang w:val="nb-NO"/>
        </w:rPr>
      </w:pPr>
      <w:proofErr w:type="spellStart"/>
      <w:r w:rsidRPr="00CA1A1C">
        <w:rPr>
          <w:b/>
          <w:bCs/>
          <w:lang w:val="nb-NO"/>
        </w:rPr>
        <w:t>Kvääniruusukoru</w:t>
      </w:r>
      <w:proofErr w:type="spellEnd"/>
    </w:p>
    <w:p w14:paraId="313D2A9B" w14:textId="3AB86631" w:rsidR="00CA1A1C" w:rsidRPr="00CA1A1C" w:rsidRDefault="00CA1A1C" w:rsidP="00CA1A1C">
      <w:pPr>
        <w:spacing w:after="0" w:line="240" w:lineRule="auto"/>
        <w:rPr>
          <w:b/>
          <w:bCs/>
          <w:i/>
          <w:iCs/>
          <w:lang w:val="nb-NO"/>
        </w:rPr>
      </w:pPr>
      <w:r>
        <w:rPr>
          <w:b/>
          <w:bCs/>
          <w:i/>
          <w:iCs/>
          <w:lang w:val="nb-NO"/>
        </w:rPr>
        <w:t>Kvenrosesmykke</w:t>
      </w:r>
    </w:p>
    <w:p w14:paraId="3540A69E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3AA12528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18339515" w14:textId="7F3F4E05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Voi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paska</w:t>
      </w:r>
      <w:proofErr w:type="spellEnd"/>
      <w:r w:rsidRPr="00CA1A1C">
        <w:rPr>
          <w:lang w:val="nb-NO"/>
        </w:rPr>
        <w:br/>
      </w:r>
      <w:r w:rsidRPr="00CA1A1C">
        <w:rPr>
          <w:i/>
          <w:lang w:val="nb-NO"/>
        </w:rPr>
        <w:t>Skitt</w:t>
      </w:r>
    </w:p>
    <w:p w14:paraId="0D35D0B4" w14:textId="4D2F3356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 xml:space="preserve">Hei </w:t>
      </w:r>
      <w:proofErr w:type="spellStart"/>
      <w:r w:rsidRPr="00CA1A1C">
        <w:rPr>
          <w:lang w:val="nb-NO"/>
        </w:rPr>
        <w:t>Eeva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saattaako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etiäinen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asua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sinun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luonasi</w:t>
      </w:r>
      <w:proofErr w:type="spellEnd"/>
      <w:r w:rsidRPr="00CA1A1C">
        <w:rPr>
          <w:lang w:val="nb-NO"/>
        </w:rPr>
        <w:t>?</w:t>
      </w:r>
      <w:r w:rsidRPr="00CA1A1C">
        <w:rPr>
          <w:lang w:val="nb-NO"/>
        </w:rPr>
        <w:br/>
      </w:r>
      <w:r w:rsidRPr="00CA1A1C">
        <w:rPr>
          <w:i/>
          <w:lang w:val="nb-NO"/>
        </w:rPr>
        <w:t xml:space="preserve">Hei </w:t>
      </w:r>
      <w:proofErr w:type="spellStart"/>
      <w:r w:rsidRPr="00CA1A1C">
        <w:rPr>
          <w:i/>
          <w:lang w:val="nb-NO"/>
        </w:rPr>
        <w:t>Eeva</w:t>
      </w:r>
      <w:proofErr w:type="spellEnd"/>
      <w:r w:rsidRPr="00CA1A1C">
        <w:rPr>
          <w:i/>
          <w:lang w:val="nb-NO"/>
        </w:rPr>
        <w:t>, kan vardøger b</w:t>
      </w:r>
      <w:r w:rsidR="00C86326">
        <w:rPr>
          <w:i/>
          <w:lang w:val="nb-NO"/>
        </w:rPr>
        <w:t>u</w:t>
      </w:r>
      <w:r w:rsidRPr="00CA1A1C">
        <w:rPr>
          <w:i/>
          <w:lang w:val="nb-NO"/>
        </w:rPr>
        <w:t xml:space="preserve"> hos deg?</w:t>
      </w:r>
    </w:p>
    <w:p w14:paraId="285CC663" w14:textId="55DDF595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Hallo?</w:t>
      </w:r>
      <w:r w:rsidRPr="00CA1A1C">
        <w:rPr>
          <w:lang w:val="nb-NO"/>
        </w:rPr>
        <w:br/>
      </w:r>
      <w:r w:rsidRPr="00CA1A1C">
        <w:rPr>
          <w:i/>
          <w:lang w:val="nb-NO"/>
        </w:rPr>
        <w:t>Hallo?</w:t>
      </w:r>
    </w:p>
    <w:p w14:paraId="5460A61A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2263F695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789E0FA4" w14:textId="27434185" w:rsidR="00CA1A1C" w:rsidRDefault="00000000" w:rsidP="00CA1A1C">
      <w:pPr>
        <w:spacing w:after="0" w:line="240" w:lineRule="auto"/>
        <w:rPr>
          <w:i/>
          <w:lang w:val="nb-NO"/>
        </w:rPr>
      </w:pPr>
      <w:r w:rsidRPr="00CA1A1C">
        <w:rPr>
          <w:lang w:val="nb-NO"/>
        </w:rPr>
        <w:t xml:space="preserve">Hei, </w:t>
      </w:r>
      <w:proofErr w:type="spellStart"/>
      <w:r w:rsidRPr="00CA1A1C">
        <w:rPr>
          <w:lang w:val="nb-NO"/>
        </w:rPr>
        <w:t>Jussa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tarvitsetko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apua</w:t>
      </w:r>
      <w:proofErr w:type="spellEnd"/>
      <w:r w:rsidRPr="00CA1A1C">
        <w:rPr>
          <w:lang w:val="nb-NO"/>
        </w:rPr>
        <w:t>?</w:t>
      </w:r>
      <w:r w:rsidRPr="00CA1A1C">
        <w:rPr>
          <w:lang w:val="nb-NO"/>
        </w:rPr>
        <w:br/>
      </w:r>
      <w:r w:rsidR="00C86326" w:rsidRPr="00C86326">
        <w:rPr>
          <w:i/>
          <w:lang w:val="nb-NO"/>
        </w:rPr>
        <w:t xml:space="preserve">Hei, </w:t>
      </w:r>
      <w:proofErr w:type="spellStart"/>
      <w:r w:rsidR="00C86326" w:rsidRPr="00C86326">
        <w:rPr>
          <w:i/>
          <w:lang w:val="nb-NO"/>
        </w:rPr>
        <w:t>Juss</w:t>
      </w:r>
      <w:r w:rsidR="005B04E1">
        <w:rPr>
          <w:i/>
          <w:lang w:val="nb-NO"/>
        </w:rPr>
        <w:t>a</w:t>
      </w:r>
      <w:proofErr w:type="spellEnd"/>
      <w:r w:rsidR="00C86326" w:rsidRPr="00C86326">
        <w:rPr>
          <w:i/>
          <w:lang w:val="nb-NO"/>
        </w:rPr>
        <w:t>, treng du hjelp?</w:t>
      </w:r>
    </w:p>
    <w:p w14:paraId="3C6EBD24" w14:textId="77777777" w:rsidR="00C86326" w:rsidRDefault="00C86326" w:rsidP="00CA1A1C">
      <w:pPr>
        <w:spacing w:after="0" w:line="240" w:lineRule="auto"/>
        <w:rPr>
          <w:lang w:val="nb-NO"/>
        </w:rPr>
      </w:pPr>
    </w:p>
    <w:p w14:paraId="1A92806B" w14:textId="2C775253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>:</w:t>
      </w:r>
    </w:p>
    <w:p w14:paraId="6F3C44ED" w14:textId="77777777" w:rsidR="00C86326" w:rsidRDefault="00000000" w:rsidP="00CA1A1C">
      <w:pPr>
        <w:spacing w:after="0" w:line="240" w:lineRule="auto"/>
        <w:rPr>
          <w:i/>
          <w:lang w:val="nb-NO"/>
        </w:rPr>
      </w:pPr>
      <w:r w:rsidRPr="00CA1A1C">
        <w:rPr>
          <w:lang w:val="nb-NO"/>
        </w:rPr>
        <w:t xml:space="preserve">Ei </w:t>
      </w:r>
      <w:proofErr w:type="spellStart"/>
      <w:r w:rsidRPr="00CA1A1C">
        <w:rPr>
          <w:lang w:val="nb-NO"/>
        </w:rPr>
        <w:t>kiitos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Eeva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minä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ajattelin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vain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katsoa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yhtä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korua</w:t>
      </w:r>
      <w:proofErr w:type="spellEnd"/>
      <w:r w:rsidRPr="00CA1A1C">
        <w:rPr>
          <w:lang w:val="nb-NO"/>
        </w:rPr>
        <w:t>.</w:t>
      </w:r>
      <w:r w:rsidRPr="00CA1A1C">
        <w:rPr>
          <w:lang w:val="nb-NO"/>
        </w:rPr>
        <w:br/>
      </w:r>
      <w:r w:rsidR="00C86326" w:rsidRPr="00C86326">
        <w:rPr>
          <w:i/>
          <w:lang w:val="nb-NO"/>
        </w:rPr>
        <w:t xml:space="preserve">Nei takk, </w:t>
      </w:r>
      <w:proofErr w:type="spellStart"/>
      <w:r w:rsidR="00C86326" w:rsidRPr="00C86326">
        <w:rPr>
          <w:i/>
          <w:lang w:val="nb-NO"/>
        </w:rPr>
        <w:t>Eeva</w:t>
      </w:r>
      <w:proofErr w:type="spellEnd"/>
      <w:r w:rsidR="00C86326" w:rsidRPr="00C86326">
        <w:rPr>
          <w:i/>
          <w:lang w:val="nb-NO"/>
        </w:rPr>
        <w:t xml:space="preserve">, </w:t>
      </w:r>
      <w:proofErr w:type="spellStart"/>
      <w:r w:rsidR="00C86326" w:rsidRPr="00C86326">
        <w:rPr>
          <w:i/>
          <w:lang w:val="nb-NO"/>
        </w:rPr>
        <w:t>eg</w:t>
      </w:r>
      <w:proofErr w:type="spellEnd"/>
      <w:r w:rsidR="00C86326" w:rsidRPr="00C86326">
        <w:rPr>
          <w:i/>
          <w:lang w:val="nb-NO"/>
        </w:rPr>
        <w:t xml:space="preserve"> skal </w:t>
      </w:r>
      <w:proofErr w:type="spellStart"/>
      <w:r w:rsidR="00C86326" w:rsidRPr="00C86326">
        <w:rPr>
          <w:i/>
          <w:lang w:val="nb-NO"/>
        </w:rPr>
        <w:t>berre</w:t>
      </w:r>
      <w:proofErr w:type="spellEnd"/>
      <w:r w:rsidR="00C86326" w:rsidRPr="00C86326">
        <w:rPr>
          <w:i/>
          <w:lang w:val="nb-NO"/>
        </w:rPr>
        <w:t xml:space="preserve"> sjå på </w:t>
      </w:r>
      <w:proofErr w:type="spellStart"/>
      <w:r w:rsidR="00C86326" w:rsidRPr="00C86326">
        <w:rPr>
          <w:i/>
          <w:lang w:val="nb-NO"/>
        </w:rPr>
        <w:t>eit</w:t>
      </w:r>
      <w:proofErr w:type="spellEnd"/>
      <w:r w:rsidR="00C86326" w:rsidRPr="00C86326">
        <w:rPr>
          <w:i/>
          <w:lang w:val="nb-NO"/>
        </w:rPr>
        <w:t xml:space="preserve"> smykke. </w:t>
      </w:r>
    </w:p>
    <w:p w14:paraId="6901535E" w14:textId="77777777" w:rsidR="00C86326" w:rsidRDefault="00000000" w:rsidP="00CA1A1C">
      <w:pPr>
        <w:spacing w:after="0" w:line="240" w:lineRule="auto"/>
        <w:rPr>
          <w:i/>
          <w:lang w:val="nb-NO"/>
        </w:rPr>
      </w:pPr>
      <w:proofErr w:type="spellStart"/>
      <w:r w:rsidRPr="00CA1A1C">
        <w:rPr>
          <w:lang w:val="nb-NO"/>
        </w:rPr>
        <w:t>Raisiin</w:t>
      </w:r>
      <w:proofErr w:type="spellEnd"/>
      <w:r w:rsidRPr="00CA1A1C">
        <w:rPr>
          <w:lang w:val="nb-NO"/>
        </w:rPr>
        <w:t xml:space="preserve"> kun </w:t>
      </w:r>
      <w:proofErr w:type="spellStart"/>
      <w:r w:rsidRPr="00CA1A1C">
        <w:rPr>
          <w:lang w:val="nb-NO"/>
        </w:rPr>
        <w:t>tulee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Suomen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mies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kysytään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hältä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mikä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on</w:t>
      </w:r>
      <w:proofErr w:type="spellEnd"/>
      <w:r w:rsidRPr="00CA1A1C">
        <w:rPr>
          <w:lang w:val="nb-NO"/>
        </w:rPr>
        <w:t xml:space="preserve"> ties.</w:t>
      </w:r>
      <w:r w:rsidRPr="00CA1A1C">
        <w:rPr>
          <w:lang w:val="nb-NO"/>
        </w:rPr>
        <w:br/>
      </w:r>
      <w:r w:rsidR="00C86326" w:rsidRPr="00C86326">
        <w:rPr>
          <w:i/>
          <w:lang w:val="nb-NO"/>
        </w:rPr>
        <w:t xml:space="preserve">Når det kjem </w:t>
      </w:r>
      <w:proofErr w:type="spellStart"/>
      <w:r w:rsidR="00C86326" w:rsidRPr="00C86326">
        <w:rPr>
          <w:i/>
          <w:lang w:val="nb-NO"/>
        </w:rPr>
        <w:t>ein</w:t>
      </w:r>
      <w:proofErr w:type="spellEnd"/>
      <w:r w:rsidR="00C86326" w:rsidRPr="00C86326">
        <w:rPr>
          <w:i/>
          <w:lang w:val="nb-NO"/>
        </w:rPr>
        <w:t xml:space="preserve"> </w:t>
      </w:r>
      <w:proofErr w:type="spellStart"/>
      <w:r w:rsidR="00C86326" w:rsidRPr="00C86326">
        <w:rPr>
          <w:i/>
          <w:lang w:val="nb-NO"/>
        </w:rPr>
        <w:t>finlendar</w:t>
      </w:r>
      <w:proofErr w:type="spellEnd"/>
      <w:r w:rsidR="00C86326" w:rsidRPr="00C86326">
        <w:rPr>
          <w:i/>
          <w:lang w:val="nb-NO"/>
        </w:rPr>
        <w:t xml:space="preserve"> til Reisa, spør </w:t>
      </w:r>
      <w:proofErr w:type="spellStart"/>
      <w:r w:rsidR="00C86326" w:rsidRPr="00C86326">
        <w:rPr>
          <w:i/>
          <w:lang w:val="nb-NO"/>
        </w:rPr>
        <w:t>ein</w:t>
      </w:r>
      <w:proofErr w:type="spellEnd"/>
      <w:r w:rsidR="00C86326" w:rsidRPr="00C86326">
        <w:rPr>
          <w:i/>
          <w:lang w:val="nb-NO"/>
        </w:rPr>
        <w:t xml:space="preserve"> kvar han skal. </w:t>
      </w:r>
    </w:p>
    <w:p w14:paraId="4BC3D318" w14:textId="2258338F" w:rsidR="00CA1A1C" w:rsidRDefault="00000000" w:rsidP="00CA1A1C">
      <w:pPr>
        <w:spacing w:after="0" w:line="240" w:lineRule="auto"/>
        <w:rPr>
          <w:i/>
          <w:lang w:val="nb-NO"/>
        </w:rPr>
      </w:pPr>
      <w:proofErr w:type="spellStart"/>
      <w:r w:rsidRPr="00CA1A1C">
        <w:rPr>
          <w:lang w:val="nb-NO"/>
        </w:rPr>
        <w:t>Minä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tiedän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että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sinä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osaat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tämän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laulun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Eeva</w:t>
      </w:r>
      <w:proofErr w:type="spellEnd"/>
      <w:r w:rsidRPr="00CA1A1C">
        <w:rPr>
          <w:lang w:val="nb-NO"/>
        </w:rPr>
        <w:t>.</w:t>
      </w:r>
      <w:r w:rsidRPr="00CA1A1C">
        <w:rPr>
          <w:lang w:val="nb-NO"/>
        </w:rPr>
        <w:br/>
      </w:r>
      <w:proofErr w:type="spellStart"/>
      <w:r w:rsidR="00C86326" w:rsidRPr="00C86326">
        <w:rPr>
          <w:i/>
          <w:lang w:val="nb-NO"/>
        </w:rPr>
        <w:t>Eg</w:t>
      </w:r>
      <w:proofErr w:type="spellEnd"/>
      <w:r w:rsidR="00C86326" w:rsidRPr="00C86326">
        <w:rPr>
          <w:i/>
          <w:lang w:val="nb-NO"/>
        </w:rPr>
        <w:t xml:space="preserve"> veit at du kan </w:t>
      </w:r>
      <w:proofErr w:type="spellStart"/>
      <w:r w:rsidR="00C86326" w:rsidRPr="00C86326">
        <w:rPr>
          <w:i/>
          <w:lang w:val="nb-NO"/>
        </w:rPr>
        <w:t>songen</w:t>
      </w:r>
      <w:proofErr w:type="spellEnd"/>
      <w:r w:rsidR="00C86326" w:rsidRPr="00C86326">
        <w:rPr>
          <w:i/>
          <w:lang w:val="nb-NO"/>
        </w:rPr>
        <w:t xml:space="preserve">, </w:t>
      </w:r>
      <w:proofErr w:type="spellStart"/>
      <w:r w:rsidR="00C86326" w:rsidRPr="00C86326">
        <w:rPr>
          <w:i/>
          <w:lang w:val="nb-NO"/>
        </w:rPr>
        <w:t>Eeva</w:t>
      </w:r>
      <w:proofErr w:type="spellEnd"/>
      <w:r w:rsidR="00C86326" w:rsidRPr="00C86326">
        <w:rPr>
          <w:i/>
          <w:lang w:val="nb-NO"/>
        </w:rPr>
        <w:t>.</w:t>
      </w:r>
    </w:p>
    <w:p w14:paraId="2A69E299" w14:textId="77777777" w:rsidR="00C86326" w:rsidRDefault="00C86326" w:rsidP="00CA1A1C">
      <w:pPr>
        <w:spacing w:after="0" w:line="240" w:lineRule="auto"/>
        <w:rPr>
          <w:lang w:val="nb-NO"/>
        </w:rPr>
      </w:pPr>
    </w:p>
    <w:p w14:paraId="58EF117A" w14:textId="77777777" w:rsidR="00CA1A1C" w:rsidRPr="00CA1A1C" w:rsidRDefault="00CA1A1C" w:rsidP="00CA1A1C">
      <w:pPr>
        <w:spacing w:after="0" w:line="240" w:lineRule="auto"/>
      </w:pPr>
      <w:proofErr w:type="spellStart"/>
      <w:r w:rsidRPr="00CA1A1C">
        <w:t>EEVA</w:t>
      </w:r>
      <w:proofErr w:type="spellEnd"/>
      <w:r w:rsidRPr="00CA1A1C">
        <w:t>:</w:t>
      </w:r>
    </w:p>
    <w:p w14:paraId="5F7C9093" w14:textId="667E664F" w:rsidR="00C545AE" w:rsidRPr="00CA1A1C" w:rsidRDefault="00000000" w:rsidP="00CA1A1C">
      <w:pPr>
        <w:spacing w:after="0" w:line="240" w:lineRule="auto"/>
      </w:pPr>
      <w:proofErr w:type="spellStart"/>
      <w:r w:rsidRPr="00CA1A1C">
        <w:t>Ohoh</w:t>
      </w:r>
      <w:proofErr w:type="spellEnd"/>
      <w:r w:rsidRPr="00CA1A1C">
        <w:t>.</w:t>
      </w:r>
      <w:r w:rsidRPr="00CA1A1C">
        <w:br/>
      </w:r>
      <w:r w:rsidRPr="00CA1A1C">
        <w:rPr>
          <w:i/>
        </w:rPr>
        <w:t xml:space="preserve">Oh </w:t>
      </w:r>
      <w:proofErr w:type="spellStart"/>
      <w:r w:rsidRPr="00CA1A1C">
        <w:rPr>
          <w:i/>
        </w:rPr>
        <w:t>oh</w:t>
      </w:r>
      <w:proofErr w:type="spellEnd"/>
      <w:r w:rsidRPr="00CA1A1C">
        <w:rPr>
          <w:i/>
        </w:rPr>
        <w:t>.</w:t>
      </w:r>
    </w:p>
    <w:p w14:paraId="2A649E0F" w14:textId="77777777" w:rsidR="00CA1A1C" w:rsidRPr="00CA1A1C" w:rsidRDefault="00CA1A1C" w:rsidP="00CA1A1C">
      <w:pPr>
        <w:spacing w:after="0" w:line="240" w:lineRule="auto"/>
      </w:pPr>
    </w:p>
    <w:p w14:paraId="7948D31B" w14:textId="77777777" w:rsidR="00CA1A1C" w:rsidRPr="00CA1A1C" w:rsidRDefault="00CA1A1C" w:rsidP="00CA1A1C">
      <w:pPr>
        <w:spacing w:after="0" w:line="240" w:lineRule="auto"/>
      </w:pPr>
      <w:proofErr w:type="spellStart"/>
      <w:r w:rsidRPr="00CA1A1C">
        <w:t>JUSSA</w:t>
      </w:r>
      <w:proofErr w:type="spellEnd"/>
      <w:r w:rsidRPr="00CA1A1C">
        <w:t>:</w:t>
      </w:r>
    </w:p>
    <w:p w14:paraId="41FFCF6D" w14:textId="02CBA243" w:rsidR="00CA1A1C" w:rsidRDefault="00000000" w:rsidP="00C86326">
      <w:pPr>
        <w:spacing w:after="0" w:line="240" w:lineRule="auto"/>
        <w:rPr>
          <w:i/>
          <w:lang w:val="nb-NO"/>
        </w:rPr>
      </w:pPr>
      <w:proofErr w:type="spellStart"/>
      <w:r w:rsidRPr="00CA1A1C">
        <w:t>Oikein</w:t>
      </w:r>
      <w:proofErr w:type="spellEnd"/>
      <w:r w:rsidRPr="00CA1A1C">
        <w:t xml:space="preserve"> </w:t>
      </w:r>
      <w:proofErr w:type="spellStart"/>
      <w:r w:rsidRPr="00CA1A1C">
        <w:t>aikaisin</w:t>
      </w:r>
      <w:proofErr w:type="spellEnd"/>
      <w:r w:rsidRPr="00CA1A1C">
        <w:t xml:space="preserve"> </w:t>
      </w:r>
      <w:proofErr w:type="spellStart"/>
      <w:r w:rsidRPr="00CA1A1C">
        <w:t>aamulla</w:t>
      </w:r>
      <w:proofErr w:type="spellEnd"/>
      <w:r w:rsidRPr="00CA1A1C">
        <w:t xml:space="preserve">... </w:t>
      </w:r>
      <w:proofErr w:type="spellStart"/>
      <w:r w:rsidRPr="00CA1A1C">
        <w:t>käskee</w:t>
      </w:r>
      <w:proofErr w:type="spellEnd"/>
      <w:r w:rsidRPr="00CA1A1C">
        <w:t xml:space="preserve"> </w:t>
      </w:r>
      <w:proofErr w:type="spellStart"/>
      <w:r w:rsidRPr="00CA1A1C">
        <w:t>ihmisiä</w:t>
      </w:r>
      <w:proofErr w:type="spellEnd"/>
      <w:r w:rsidRPr="00CA1A1C">
        <w:t>… </w:t>
      </w:r>
      <w:proofErr w:type="spellStart"/>
      <w:r w:rsidRPr="00CA1A1C">
        <w:t>hiihtämään</w:t>
      </w:r>
      <w:proofErr w:type="spellEnd"/>
      <w:r w:rsidRPr="00CA1A1C">
        <w:t xml:space="preserve"> </w:t>
      </w:r>
      <w:proofErr w:type="spellStart"/>
      <w:r w:rsidRPr="00CA1A1C">
        <w:t>haudalle</w:t>
      </w:r>
      <w:proofErr w:type="spellEnd"/>
      <w:r w:rsidRPr="00CA1A1C">
        <w:t>.</w:t>
      </w:r>
      <w:r w:rsidRPr="00CA1A1C">
        <w:br/>
      </w:r>
      <w:r w:rsidR="00C86326" w:rsidRPr="00C86326">
        <w:rPr>
          <w:i/>
          <w:lang w:val="nb-NO"/>
        </w:rPr>
        <w:t xml:space="preserve">Ser ut som fanden </w:t>
      </w:r>
      <w:proofErr w:type="spellStart"/>
      <w:r w:rsidR="00C86326" w:rsidRPr="00C86326">
        <w:rPr>
          <w:i/>
          <w:lang w:val="nb-NO"/>
        </w:rPr>
        <w:t>sjølv</w:t>
      </w:r>
      <w:proofErr w:type="spellEnd"/>
      <w:r w:rsidR="00C86326" w:rsidRPr="00C86326">
        <w:rPr>
          <w:i/>
          <w:lang w:val="nb-NO"/>
        </w:rPr>
        <w:t>… han kommanderer folk… gå på ski til tj</w:t>
      </w:r>
      <w:r w:rsidR="005B04E1">
        <w:rPr>
          <w:i/>
          <w:lang w:val="nb-NO"/>
        </w:rPr>
        <w:t>æ</w:t>
      </w:r>
      <w:r w:rsidR="00C86326" w:rsidRPr="00C86326">
        <w:rPr>
          <w:i/>
          <w:lang w:val="nb-NO"/>
        </w:rPr>
        <w:t>remila. </w:t>
      </w:r>
    </w:p>
    <w:p w14:paraId="26B0FF09" w14:textId="77777777" w:rsidR="005B04E1" w:rsidRDefault="005B04E1" w:rsidP="00C86326">
      <w:pPr>
        <w:spacing w:after="0" w:line="240" w:lineRule="auto"/>
        <w:rPr>
          <w:lang w:val="nb-NO"/>
        </w:rPr>
      </w:pPr>
    </w:p>
    <w:p w14:paraId="333DD271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 xml:space="preserve">: </w:t>
      </w:r>
    </w:p>
    <w:p w14:paraId="0E25E3ED" w14:textId="6E61D4F3" w:rsidR="00CA1A1C" w:rsidRDefault="00000000" w:rsidP="00CA1A1C">
      <w:pPr>
        <w:spacing w:after="0" w:line="240" w:lineRule="auto"/>
        <w:rPr>
          <w:i/>
          <w:lang w:val="nb-NO"/>
        </w:rPr>
      </w:pPr>
      <w:proofErr w:type="spellStart"/>
      <w:r w:rsidRPr="00CA1A1C">
        <w:rPr>
          <w:lang w:val="nb-NO"/>
        </w:rPr>
        <w:t>Paketoinko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minä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tämän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sinulle</w:t>
      </w:r>
      <w:proofErr w:type="spellEnd"/>
      <w:r w:rsidRPr="00CA1A1C">
        <w:rPr>
          <w:lang w:val="nb-NO"/>
        </w:rPr>
        <w:t>?</w:t>
      </w:r>
      <w:r w:rsidRPr="00CA1A1C">
        <w:rPr>
          <w:lang w:val="nb-NO"/>
        </w:rPr>
        <w:br/>
      </w:r>
      <w:r w:rsidR="005B04E1" w:rsidRPr="005B04E1">
        <w:rPr>
          <w:i/>
          <w:lang w:val="nb-NO"/>
        </w:rPr>
        <w:t xml:space="preserve">Skal </w:t>
      </w:r>
      <w:proofErr w:type="spellStart"/>
      <w:r w:rsidR="005B04E1" w:rsidRPr="005B04E1">
        <w:rPr>
          <w:i/>
          <w:lang w:val="nb-NO"/>
        </w:rPr>
        <w:t>eg</w:t>
      </w:r>
      <w:proofErr w:type="spellEnd"/>
      <w:r w:rsidR="005B04E1" w:rsidRPr="005B04E1">
        <w:rPr>
          <w:i/>
          <w:lang w:val="nb-NO"/>
        </w:rPr>
        <w:t xml:space="preserve"> pakke det inn?</w:t>
      </w:r>
    </w:p>
    <w:p w14:paraId="5F36D80E" w14:textId="77777777" w:rsidR="005B04E1" w:rsidRDefault="005B04E1" w:rsidP="00CA1A1C">
      <w:pPr>
        <w:spacing w:after="0" w:line="240" w:lineRule="auto"/>
        <w:rPr>
          <w:lang w:val="nb-NO"/>
        </w:rPr>
      </w:pPr>
    </w:p>
    <w:p w14:paraId="7DC69A74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 xml:space="preserve">: </w:t>
      </w:r>
    </w:p>
    <w:p w14:paraId="1D189321" w14:textId="781FF9FF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Joo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kiitos</w:t>
      </w:r>
      <w:proofErr w:type="spellEnd"/>
      <w:r w:rsidRPr="00CA1A1C">
        <w:rPr>
          <w:lang w:val="nb-NO"/>
        </w:rPr>
        <w:t>!</w:t>
      </w:r>
      <w:r w:rsidRPr="00CA1A1C">
        <w:rPr>
          <w:lang w:val="nb-NO"/>
        </w:rPr>
        <w:br/>
      </w:r>
      <w:r w:rsidRPr="00CA1A1C">
        <w:rPr>
          <w:i/>
          <w:lang w:val="nb-NO"/>
        </w:rPr>
        <w:t>Ja, takk!</w:t>
      </w:r>
    </w:p>
    <w:p w14:paraId="2EE952A5" w14:textId="77777777" w:rsidR="005B04E1" w:rsidRDefault="00000000" w:rsidP="00CA1A1C">
      <w:pPr>
        <w:spacing w:after="0" w:line="240" w:lineRule="auto"/>
        <w:rPr>
          <w:i/>
          <w:lang w:val="nb-NO"/>
        </w:rPr>
      </w:pPr>
      <w:proofErr w:type="spellStart"/>
      <w:r w:rsidRPr="00CA1A1C">
        <w:rPr>
          <w:lang w:val="nb-NO"/>
        </w:rPr>
        <w:t>Tämä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on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syntymäpäivälahja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Annalle</w:t>
      </w:r>
      <w:proofErr w:type="spellEnd"/>
      <w:r w:rsidRPr="00CA1A1C">
        <w:rPr>
          <w:lang w:val="nb-NO"/>
        </w:rPr>
        <w:t>.</w:t>
      </w:r>
      <w:r w:rsidRPr="00CA1A1C">
        <w:rPr>
          <w:lang w:val="nb-NO"/>
        </w:rPr>
        <w:br/>
      </w:r>
      <w:proofErr w:type="spellStart"/>
      <w:r w:rsidR="005B04E1" w:rsidRPr="005B04E1">
        <w:rPr>
          <w:i/>
          <w:lang w:val="nb-NO"/>
        </w:rPr>
        <w:t>Bursdagsgåve</w:t>
      </w:r>
      <w:proofErr w:type="spellEnd"/>
      <w:r w:rsidR="005B04E1" w:rsidRPr="005B04E1">
        <w:rPr>
          <w:i/>
          <w:lang w:val="nb-NO"/>
        </w:rPr>
        <w:t xml:space="preserve"> til Anna. </w:t>
      </w:r>
    </w:p>
    <w:p w14:paraId="04DD7454" w14:textId="2CE6FEA5" w:rsidR="00CA1A1C" w:rsidRDefault="00000000" w:rsidP="00CA1A1C">
      <w:pPr>
        <w:spacing w:after="0" w:line="240" w:lineRule="auto"/>
        <w:rPr>
          <w:i/>
          <w:lang w:val="nb-NO"/>
        </w:rPr>
      </w:pPr>
      <w:proofErr w:type="spellStart"/>
      <w:r w:rsidRPr="00CA1A1C">
        <w:rPr>
          <w:lang w:val="nb-NO"/>
        </w:rPr>
        <w:t>Kuinka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sinun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isoäitisi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kanssa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menee</w:t>
      </w:r>
      <w:proofErr w:type="spellEnd"/>
      <w:r w:rsidRPr="00CA1A1C">
        <w:rPr>
          <w:lang w:val="nb-NO"/>
        </w:rPr>
        <w:t xml:space="preserve"> nyt?</w:t>
      </w:r>
      <w:r w:rsidRPr="00CA1A1C">
        <w:rPr>
          <w:lang w:val="nb-NO"/>
        </w:rPr>
        <w:br/>
      </w:r>
      <w:r w:rsidR="005B04E1" w:rsidRPr="005B04E1">
        <w:rPr>
          <w:i/>
          <w:lang w:val="nb-NO"/>
        </w:rPr>
        <w:t xml:space="preserve">Korleis går det med mormora di </w:t>
      </w:r>
      <w:proofErr w:type="spellStart"/>
      <w:r w:rsidR="005B04E1" w:rsidRPr="005B04E1">
        <w:rPr>
          <w:i/>
          <w:lang w:val="nb-NO"/>
        </w:rPr>
        <w:t>no</w:t>
      </w:r>
      <w:proofErr w:type="spellEnd"/>
      <w:r w:rsidR="005B04E1" w:rsidRPr="005B04E1">
        <w:rPr>
          <w:i/>
          <w:lang w:val="nb-NO"/>
        </w:rPr>
        <w:t>?</w:t>
      </w:r>
    </w:p>
    <w:p w14:paraId="585001C9" w14:textId="77777777" w:rsidR="005B04E1" w:rsidRDefault="005B04E1" w:rsidP="00CA1A1C">
      <w:pPr>
        <w:spacing w:after="0" w:line="240" w:lineRule="auto"/>
        <w:rPr>
          <w:lang w:val="nb-NO"/>
        </w:rPr>
      </w:pPr>
    </w:p>
    <w:p w14:paraId="38BD381E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79C3B98F" w14:textId="77777777" w:rsidR="005B04E1" w:rsidRDefault="00000000" w:rsidP="00CA1A1C">
      <w:pPr>
        <w:spacing w:after="0" w:line="240" w:lineRule="auto"/>
        <w:rPr>
          <w:i/>
          <w:lang w:val="nb-NO"/>
        </w:rPr>
      </w:pPr>
      <w:proofErr w:type="spellStart"/>
      <w:r w:rsidRPr="00CA1A1C">
        <w:rPr>
          <w:lang w:val="nb-NO"/>
        </w:rPr>
        <w:t>Hän</w:t>
      </w:r>
      <w:proofErr w:type="spellEnd"/>
      <w:r w:rsidRPr="00CA1A1C">
        <w:rPr>
          <w:lang w:val="nb-NO"/>
        </w:rPr>
        <w:t xml:space="preserve"> ei </w:t>
      </w:r>
      <w:proofErr w:type="spellStart"/>
      <w:r w:rsidRPr="00CA1A1C">
        <w:rPr>
          <w:lang w:val="nb-NO"/>
        </w:rPr>
        <w:t>muista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minua</w:t>
      </w:r>
      <w:proofErr w:type="spellEnd"/>
      <w:r w:rsidRPr="00CA1A1C">
        <w:rPr>
          <w:lang w:val="nb-NO"/>
        </w:rPr>
        <w:t xml:space="preserve"> </w:t>
      </w:r>
      <w:proofErr w:type="spellStart"/>
      <w:proofErr w:type="gramStart"/>
      <w:r w:rsidRPr="00CA1A1C">
        <w:rPr>
          <w:lang w:val="nb-NO"/>
        </w:rPr>
        <w:t>enää</w:t>
      </w:r>
      <w:proofErr w:type="spellEnd"/>
      <w:r w:rsidRPr="00CA1A1C">
        <w:rPr>
          <w:lang w:val="nb-NO"/>
        </w:rPr>
        <w:t>...</w:t>
      </w:r>
      <w:proofErr w:type="gramEnd"/>
      <w:r w:rsidRPr="00CA1A1C">
        <w:rPr>
          <w:lang w:val="nb-NO"/>
        </w:rPr>
        <w:br/>
      </w:r>
      <w:r w:rsidR="005B04E1" w:rsidRPr="005B04E1">
        <w:rPr>
          <w:i/>
          <w:lang w:val="nb-NO"/>
        </w:rPr>
        <w:t xml:space="preserve">Ho </w:t>
      </w:r>
      <w:proofErr w:type="spellStart"/>
      <w:r w:rsidR="005B04E1" w:rsidRPr="005B04E1">
        <w:rPr>
          <w:i/>
          <w:lang w:val="nb-NO"/>
        </w:rPr>
        <w:t>hugsar</w:t>
      </w:r>
      <w:proofErr w:type="spellEnd"/>
      <w:r w:rsidR="005B04E1" w:rsidRPr="005B04E1">
        <w:rPr>
          <w:i/>
          <w:lang w:val="nb-NO"/>
        </w:rPr>
        <w:t xml:space="preserve"> meg </w:t>
      </w:r>
      <w:proofErr w:type="spellStart"/>
      <w:r w:rsidR="005B04E1" w:rsidRPr="005B04E1">
        <w:rPr>
          <w:i/>
          <w:lang w:val="nb-NO"/>
        </w:rPr>
        <w:t>ikkje</w:t>
      </w:r>
      <w:proofErr w:type="spellEnd"/>
      <w:r w:rsidR="005B04E1" w:rsidRPr="005B04E1">
        <w:rPr>
          <w:i/>
          <w:lang w:val="nb-NO"/>
        </w:rPr>
        <w:t xml:space="preserve"> lenger… </w:t>
      </w:r>
    </w:p>
    <w:p w14:paraId="3238975D" w14:textId="77777777" w:rsidR="005B04E1" w:rsidRDefault="005B04E1" w:rsidP="00CA1A1C">
      <w:pPr>
        <w:spacing w:after="0" w:line="240" w:lineRule="auto"/>
        <w:rPr>
          <w:i/>
          <w:lang w:val="nb-NO"/>
        </w:rPr>
      </w:pPr>
    </w:p>
    <w:p w14:paraId="2366682F" w14:textId="64B29630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lastRenderedPageBreak/>
        <w:t>JUSSA</w:t>
      </w:r>
      <w:proofErr w:type="spellEnd"/>
      <w:r>
        <w:rPr>
          <w:lang w:val="nb-NO"/>
        </w:rPr>
        <w:t xml:space="preserve">: </w:t>
      </w:r>
    </w:p>
    <w:p w14:paraId="6E787916" w14:textId="6224F3FD" w:rsidR="00CA1A1C" w:rsidRDefault="00000000" w:rsidP="00CA1A1C">
      <w:pPr>
        <w:spacing w:after="0" w:line="240" w:lineRule="auto"/>
        <w:rPr>
          <w:i/>
          <w:lang w:val="nb-NO"/>
        </w:rPr>
      </w:pPr>
      <w:proofErr w:type="spellStart"/>
      <w:r w:rsidRPr="00CA1A1C">
        <w:rPr>
          <w:lang w:val="nb-NO"/>
        </w:rPr>
        <w:t>Sehän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on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surullista</w:t>
      </w:r>
      <w:proofErr w:type="spellEnd"/>
      <w:r w:rsidRPr="00CA1A1C">
        <w:rPr>
          <w:lang w:val="nb-NO"/>
        </w:rPr>
        <w:t>.</w:t>
      </w:r>
      <w:r w:rsidRPr="00CA1A1C">
        <w:rPr>
          <w:lang w:val="nb-NO"/>
        </w:rPr>
        <w:br/>
      </w:r>
      <w:r w:rsidR="005B04E1" w:rsidRPr="005B04E1">
        <w:rPr>
          <w:i/>
          <w:lang w:val="nb-NO"/>
        </w:rPr>
        <w:t>Det er trist å høyre.</w:t>
      </w:r>
    </w:p>
    <w:p w14:paraId="29F32E0B" w14:textId="77777777" w:rsidR="005B04E1" w:rsidRDefault="005B04E1" w:rsidP="00CA1A1C">
      <w:pPr>
        <w:spacing w:after="0" w:line="240" w:lineRule="auto"/>
        <w:rPr>
          <w:lang w:val="nb-NO"/>
        </w:rPr>
      </w:pPr>
    </w:p>
    <w:p w14:paraId="01CD8B98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0BD438EA" w14:textId="3C1B8C21" w:rsidR="00CA1A1C" w:rsidRDefault="00000000" w:rsidP="00CA1A1C">
      <w:pPr>
        <w:spacing w:after="0" w:line="240" w:lineRule="auto"/>
        <w:rPr>
          <w:i/>
          <w:lang w:val="nb-NO"/>
        </w:rPr>
      </w:pPr>
      <w:proofErr w:type="spellStart"/>
      <w:r w:rsidRPr="00CA1A1C">
        <w:rPr>
          <w:lang w:val="nb-NO"/>
        </w:rPr>
        <w:t>Miksi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sinä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aina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laulat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Jussa</w:t>
      </w:r>
      <w:proofErr w:type="spellEnd"/>
      <w:r w:rsidRPr="00CA1A1C">
        <w:rPr>
          <w:lang w:val="nb-NO"/>
        </w:rPr>
        <w:t>?</w:t>
      </w:r>
      <w:r w:rsidRPr="00CA1A1C">
        <w:rPr>
          <w:lang w:val="nb-NO"/>
        </w:rPr>
        <w:br/>
      </w:r>
      <w:proofErr w:type="spellStart"/>
      <w:r w:rsidR="005B04E1" w:rsidRPr="005B04E1">
        <w:rPr>
          <w:i/>
          <w:lang w:val="nb-NO"/>
        </w:rPr>
        <w:t>Kvifor</w:t>
      </w:r>
      <w:proofErr w:type="spellEnd"/>
      <w:r w:rsidR="005B04E1" w:rsidRPr="005B04E1">
        <w:rPr>
          <w:i/>
          <w:lang w:val="nb-NO"/>
        </w:rPr>
        <w:t xml:space="preserve"> syng du alltid, </w:t>
      </w:r>
      <w:proofErr w:type="spellStart"/>
      <w:r w:rsidR="005B04E1" w:rsidRPr="005B04E1">
        <w:rPr>
          <w:i/>
          <w:lang w:val="nb-NO"/>
        </w:rPr>
        <w:t>Juss</w:t>
      </w:r>
      <w:r w:rsidR="005B04E1">
        <w:rPr>
          <w:i/>
          <w:lang w:val="nb-NO"/>
        </w:rPr>
        <w:t>a</w:t>
      </w:r>
      <w:proofErr w:type="spellEnd"/>
      <w:r w:rsidR="005B04E1" w:rsidRPr="005B04E1">
        <w:rPr>
          <w:i/>
          <w:lang w:val="nb-NO"/>
        </w:rPr>
        <w:t>?</w:t>
      </w:r>
    </w:p>
    <w:p w14:paraId="19238563" w14:textId="77777777" w:rsidR="005B04E1" w:rsidRDefault="005B04E1" w:rsidP="00CA1A1C">
      <w:pPr>
        <w:spacing w:after="0" w:line="240" w:lineRule="auto"/>
        <w:rPr>
          <w:lang w:val="nb-NO"/>
        </w:rPr>
      </w:pPr>
    </w:p>
    <w:p w14:paraId="25985348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>:</w:t>
      </w:r>
    </w:p>
    <w:p w14:paraId="4FACB109" w14:textId="77777777" w:rsidR="005B04E1" w:rsidRDefault="00000000" w:rsidP="00CA1A1C">
      <w:pPr>
        <w:spacing w:after="0" w:line="240" w:lineRule="auto"/>
        <w:rPr>
          <w:i/>
          <w:lang w:val="nb-NO"/>
        </w:rPr>
      </w:pPr>
      <w:proofErr w:type="spellStart"/>
      <w:r w:rsidRPr="00CA1A1C">
        <w:rPr>
          <w:lang w:val="nb-NO"/>
        </w:rPr>
        <w:t>Kaunis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laulu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poistaa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pölyn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sydämestä</w:t>
      </w:r>
      <w:proofErr w:type="spellEnd"/>
      <w:r w:rsidRPr="00CA1A1C">
        <w:rPr>
          <w:lang w:val="nb-NO"/>
        </w:rPr>
        <w:t>.</w:t>
      </w:r>
      <w:r w:rsidRPr="00CA1A1C">
        <w:rPr>
          <w:lang w:val="nb-NO"/>
        </w:rPr>
        <w:br/>
      </w:r>
      <w:proofErr w:type="spellStart"/>
      <w:r w:rsidR="005B04E1" w:rsidRPr="005B04E1">
        <w:rPr>
          <w:i/>
          <w:lang w:val="nb-NO"/>
        </w:rPr>
        <w:t>Ein</w:t>
      </w:r>
      <w:proofErr w:type="spellEnd"/>
      <w:r w:rsidR="005B04E1" w:rsidRPr="005B04E1">
        <w:rPr>
          <w:i/>
          <w:lang w:val="nb-NO"/>
        </w:rPr>
        <w:t xml:space="preserve"> vakker </w:t>
      </w:r>
      <w:proofErr w:type="spellStart"/>
      <w:r w:rsidR="005B04E1" w:rsidRPr="005B04E1">
        <w:rPr>
          <w:i/>
          <w:lang w:val="nb-NO"/>
        </w:rPr>
        <w:t>song</w:t>
      </w:r>
      <w:proofErr w:type="spellEnd"/>
      <w:r w:rsidR="005B04E1" w:rsidRPr="005B04E1">
        <w:rPr>
          <w:i/>
          <w:lang w:val="nb-NO"/>
        </w:rPr>
        <w:t xml:space="preserve"> </w:t>
      </w:r>
      <w:proofErr w:type="spellStart"/>
      <w:r w:rsidR="005B04E1" w:rsidRPr="005B04E1">
        <w:rPr>
          <w:i/>
          <w:lang w:val="nb-NO"/>
        </w:rPr>
        <w:t>børstar</w:t>
      </w:r>
      <w:proofErr w:type="spellEnd"/>
      <w:r w:rsidR="005B04E1" w:rsidRPr="005B04E1">
        <w:rPr>
          <w:i/>
          <w:lang w:val="nb-NO"/>
        </w:rPr>
        <w:t xml:space="preserve"> støvet av </w:t>
      </w:r>
      <w:proofErr w:type="spellStart"/>
      <w:r w:rsidR="005B04E1" w:rsidRPr="005B04E1">
        <w:rPr>
          <w:i/>
          <w:lang w:val="nb-NO"/>
        </w:rPr>
        <w:t>hjartet</w:t>
      </w:r>
      <w:proofErr w:type="spellEnd"/>
      <w:r w:rsidR="005B04E1" w:rsidRPr="005B04E1">
        <w:rPr>
          <w:i/>
          <w:lang w:val="nb-NO"/>
        </w:rPr>
        <w:t xml:space="preserve">. </w:t>
      </w:r>
    </w:p>
    <w:p w14:paraId="4CE5E2E8" w14:textId="4169E31C" w:rsidR="005B04E1" w:rsidRDefault="00000000" w:rsidP="005B04E1">
      <w:pPr>
        <w:spacing w:after="0" w:line="240" w:lineRule="auto"/>
        <w:rPr>
          <w:i/>
          <w:lang w:val="nb-NO"/>
        </w:rPr>
      </w:pPr>
      <w:r w:rsidRPr="00CA1A1C">
        <w:rPr>
          <w:lang w:val="nb-NO"/>
        </w:rPr>
        <w:t xml:space="preserve">On </w:t>
      </w:r>
      <w:proofErr w:type="spellStart"/>
      <w:r w:rsidRPr="00CA1A1C">
        <w:rPr>
          <w:lang w:val="nb-NO"/>
        </w:rPr>
        <w:t>ehkä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parempi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sanoa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että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laulaminen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pitää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pölyt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poissa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aivoista</w:t>
      </w:r>
      <w:proofErr w:type="spellEnd"/>
      <w:r w:rsidRPr="00CA1A1C">
        <w:rPr>
          <w:lang w:val="nb-NO"/>
        </w:rPr>
        <w:t>.</w:t>
      </w:r>
      <w:r w:rsidRPr="00CA1A1C">
        <w:rPr>
          <w:lang w:val="nb-NO"/>
        </w:rPr>
        <w:br/>
      </w:r>
      <w:r w:rsidR="005B04E1" w:rsidRPr="005B04E1">
        <w:rPr>
          <w:i/>
          <w:lang w:val="nb-NO"/>
        </w:rPr>
        <w:t xml:space="preserve">Det er vel </w:t>
      </w:r>
      <w:proofErr w:type="spellStart"/>
      <w:r w:rsidR="005B04E1" w:rsidRPr="005B04E1">
        <w:rPr>
          <w:i/>
          <w:lang w:val="nb-NO"/>
        </w:rPr>
        <w:t>rettare</w:t>
      </w:r>
      <w:proofErr w:type="spellEnd"/>
      <w:r w:rsidR="005B04E1" w:rsidRPr="005B04E1">
        <w:rPr>
          <w:i/>
          <w:lang w:val="nb-NO"/>
        </w:rPr>
        <w:t xml:space="preserve"> å </w:t>
      </w:r>
      <w:proofErr w:type="spellStart"/>
      <w:r w:rsidR="005B04E1" w:rsidRPr="005B04E1">
        <w:rPr>
          <w:i/>
          <w:lang w:val="nb-NO"/>
        </w:rPr>
        <w:t>seie</w:t>
      </w:r>
      <w:proofErr w:type="spellEnd"/>
      <w:r w:rsidR="005B04E1" w:rsidRPr="005B04E1">
        <w:rPr>
          <w:i/>
          <w:lang w:val="nb-NO"/>
        </w:rPr>
        <w:t xml:space="preserve"> at å </w:t>
      </w:r>
      <w:proofErr w:type="spellStart"/>
      <w:r w:rsidR="005B04E1" w:rsidRPr="005B04E1">
        <w:rPr>
          <w:i/>
          <w:lang w:val="nb-NO"/>
        </w:rPr>
        <w:t>syngje</w:t>
      </w:r>
      <w:proofErr w:type="spellEnd"/>
      <w:r w:rsidR="005B04E1">
        <w:rPr>
          <w:i/>
          <w:lang w:val="nb-NO"/>
        </w:rPr>
        <w:t xml:space="preserve"> </w:t>
      </w:r>
      <w:r w:rsidR="005B04E1" w:rsidRPr="005B04E1">
        <w:rPr>
          <w:i/>
          <w:lang w:val="nb-NO"/>
        </w:rPr>
        <w:t xml:space="preserve">held støvet vekk </w:t>
      </w:r>
      <w:proofErr w:type="spellStart"/>
      <w:r w:rsidR="005B04E1" w:rsidRPr="005B04E1">
        <w:rPr>
          <w:i/>
          <w:lang w:val="nb-NO"/>
        </w:rPr>
        <w:t>frå</w:t>
      </w:r>
      <w:proofErr w:type="spellEnd"/>
      <w:r w:rsidR="005B04E1" w:rsidRPr="005B04E1">
        <w:rPr>
          <w:i/>
          <w:lang w:val="nb-NO"/>
        </w:rPr>
        <w:t xml:space="preserve"> hjernen. </w:t>
      </w:r>
    </w:p>
    <w:p w14:paraId="73FBBCC3" w14:textId="6E64684C" w:rsidR="00CA1A1C" w:rsidRDefault="00000000" w:rsidP="00CA1A1C">
      <w:pPr>
        <w:spacing w:after="0" w:line="240" w:lineRule="auto"/>
        <w:rPr>
          <w:i/>
          <w:lang w:val="nb-NO"/>
        </w:rPr>
      </w:pPr>
      <w:proofErr w:type="spellStart"/>
      <w:r w:rsidRPr="00CA1A1C">
        <w:rPr>
          <w:lang w:val="nb-NO"/>
        </w:rPr>
        <w:t>Ajatukset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selvenevät</w:t>
      </w:r>
      <w:proofErr w:type="spellEnd"/>
      <w:r w:rsidRPr="00CA1A1C">
        <w:rPr>
          <w:lang w:val="nb-NO"/>
        </w:rPr>
        <w:t xml:space="preserve"> ja </w:t>
      </w:r>
      <w:proofErr w:type="spellStart"/>
      <w:r w:rsidRPr="00CA1A1C">
        <w:rPr>
          <w:lang w:val="nb-NO"/>
        </w:rPr>
        <w:t>mieli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kevenee</w:t>
      </w:r>
      <w:proofErr w:type="spellEnd"/>
      <w:r w:rsidRPr="00CA1A1C">
        <w:rPr>
          <w:lang w:val="nb-NO"/>
        </w:rPr>
        <w:t>.</w:t>
      </w:r>
      <w:r w:rsidRPr="00CA1A1C">
        <w:rPr>
          <w:lang w:val="nb-NO"/>
        </w:rPr>
        <w:br/>
      </w:r>
      <w:proofErr w:type="spellStart"/>
      <w:r w:rsidR="005B04E1" w:rsidRPr="005B04E1">
        <w:rPr>
          <w:i/>
          <w:lang w:val="nb-NO"/>
        </w:rPr>
        <w:t>Ein</w:t>
      </w:r>
      <w:proofErr w:type="spellEnd"/>
      <w:r w:rsidR="005B04E1" w:rsidRPr="005B04E1">
        <w:rPr>
          <w:i/>
          <w:lang w:val="nb-NO"/>
        </w:rPr>
        <w:t xml:space="preserve"> blir klar i </w:t>
      </w:r>
      <w:proofErr w:type="spellStart"/>
      <w:r w:rsidR="005B04E1" w:rsidRPr="005B04E1">
        <w:rPr>
          <w:i/>
          <w:lang w:val="nb-NO"/>
        </w:rPr>
        <w:t>hovudet</w:t>
      </w:r>
      <w:proofErr w:type="spellEnd"/>
      <w:r w:rsidR="005B04E1" w:rsidRPr="005B04E1">
        <w:rPr>
          <w:i/>
          <w:lang w:val="nb-NO"/>
        </w:rPr>
        <w:t xml:space="preserve"> og </w:t>
      </w:r>
      <w:proofErr w:type="spellStart"/>
      <w:r w:rsidR="005B04E1" w:rsidRPr="005B04E1">
        <w:rPr>
          <w:i/>
          <w:lang w:val="nb-NO"/>
        </w:rPr>
        <w:t>lettare</w:t>
      </w:r>
      <w:proofErr w:type="spellEnd"/>
      <w:r w:rsidR="005B04E1" w:rsidRPr="005B04E1">
        <w:rPr>
          <w:i/>
          <w:lang w:val="nb-NO"/>
        </w:rPr>
        <w:t xml:space="preserve"> til sinns.</w:t>
      </w:r>
    </w:p>
    <w:p w14:paraId="74D97904" w14:textId="77777777" w:rsidR="005B04E1" w:rsidRDefault="005B04E1" w:rsidP="00CA1A1C">
      <w:pPr>
        <w:spacing w:after="0" w:line="240" w:lineRule="auto"/>
        <w:rPr>
          <w:lang w:val="nb-NO"/>
        </w:rPr>
      </w:pPr>
    </w:p>
    <w:p w14:paraId="09CEB811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299829D8" w14:textId="3AD14848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Oo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joo</w:t>
      </w:r>
      <w:proofErr w:type="spellEnd"/>
      <w:r w:rsidRPr="00CA1A1C">
        <w:rPr>
          <w:lang w:val="nb-NO"/>
        </w:rPr>
        <w:t>!</w:t>
      </w:r>
      <w:r w:rsidRPr="00CA1A1C">
        <w:rPr>
          <w:lang w:val="nb-NO"/>
        </w:rPr>
        <w:br/>
      </w:r>
      <w:r w:rsidRPr="00CA1A1C">
        <w:rPr>
          <w:i/>
          <w:lang w:val="nb-NO"/>
        </w:rPr>
        <w:t>Å, ja!</w:t>
      </w:r>
    </w:p>
    <w:p w14:paraId="407819A5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53C47575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>:</w:t>
      </w:r>
    </w:p>
    <w:p w14:paraId="021FC0B3" w14:textId="77777777" w:rsidR="005B04E1" w:rsidRDefault="00000000" w:rsidP="00CA1A1C">
      <w:pPr>
        <w:spacing w:after="0" w:line="240" w:lineRule="auto"/>
        <w:rPr>
          <w:i/>
          <w:lang w:val="nb-NO"/>
        </w:rPr>
      </w:pPr>
      <w:proofErr w:type="spellStart"/>
      <w:r w:rsidRPr="00CA1A1C">
        <w:rPr>
          <w:lang w:val="nb-NO"/>
        </w:rPr>
        <w:t>Minä</w:t>
      </w:r>
      <w:proofErr w:type="spellEnd"/>
      <w:r w:rsidRPr="00CA1A1C">
        <w:rPr>
          <w:lang w:val="nb-NO"/>
        </w:rPr>
        <w:t xml:space="preserve"> olen neurologi ja </w:t>
      </w:r>
      <w:proofErr w:type="spellStart"/>
      <w:r w:rsidRPr="00CA1A1C">
        <w:rPr>
          <w:lang w:val="nb-NO"/>
        </w:rPr>
        <w:t>tutkin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aivoja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senhän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sinä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tiedät</w:t>
      </w:r>
      <w:proofErr w:type="spellEnd"/>
      <w:r w:rsidRPr="00CA1A1C">
        <w:rPr>
          <w:lang w:val="nb-NO"/>
        </w:rPr>
        <w:t>.</w:t>
      </w:r>
      <w:r w:rsidRPr="00CA1A1C">
        <w:rPr>
          <w:lang w:val="nb-NO"/>
        </w:rPr>
        <w:br/>
      </w:r>
      <w:proofErr w:type="spellStart"/>
      <w:r w:rsidR="005B04E1" w:rsidRPr="005B04E1">
        <w:rPr>
          <w:i/>
          <w:lang w:val="nb-NO"/>
        </w:rPr>
        <w:t>Eg</w:t>
      </w:r>
      <w:proofErr w:type="spellEnd"/>
      <w:r w:rsidR="005B04E1" w:rsidRPr="005B04E1">
        <w:rPr>
          <w:i/>
          <w:lang w:val="nb-NO"/>
        </w:rPr>
        <w:t xml:space="preserve"> er nevrolog og </w:t>
      </w:r>
      <w:proofErr w:type="spellStart"/>
      <w:r w:rsidR="005B04E1" w:rsidRPr="005B04E1">
        <w:rPr>
          <w:i/>
          <w:lang w:val="nb-NO"/>
        </w:rPr>
        <w:t>forskar</w:t>
      </w:r>
      <w:proofErr w:type="spellEnd"/>
      <w:r w:rsidR="005B04E1" w:rsidRPr="005B04E1">
        <w:rPr>
          <w:i/>
          <w:lang w:val="nb-NO"/>
        </w:rPr>
        <w:t xml:space="preserve"> på hjernen, veit du. </w:t>
      </w:r>
    </w:p>
    <w:p w14:paraId="463175C5" w14:textId="5419F02D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Tulipa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hieno</w:t>
      </w:r>
      <w:proofErr w:type="spellEnd"/>
      <w:r w:rsidRPr="00CA1A1C">
        <w:rPr>
          <w:lang w:val="nb-NO"/>
        </w:rPr>
        <w:t xml:space="preserve">. </w:t>
      </w:r>
      <w:proofErr w:type="spellStart"/>
      <w:r w:rsidRPr="00CA1A1C">
        <w:rPr>
          <w:lang w:val="nb-NO"/>
        </w:rPr>
        <w:t>Kiitos</w:t>
      </w:r>
      <w:proofErr w:type="spellEnd"/>
      <w:r w:rsidRPr="00CA1A1C">
        <w:rPr>
          <w:lang w:val="nb-NO"/>
        </w:rPr>
        <w:t>!</w:t>
      </w:r>
      <w:r w:rsidRPr="00CA1A1C">
        <w:rPr>
          <w:lang w:val="nb-NO"/>
        </w:rPr>
        <w:br/>
      </w:r>
      <w:r w:rsidRPr="00CA1A1C">
        <w:rPr>
          <w:i/>
          <w:lang w:val="nb-NO"/>
        </w:rPr>
        <w:t>Så fint. Takk!</w:t>
      </w:r>
    </w:p>
    <w:p w14:paraId="3565E6D1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48761C40" w14:textId="381CFBB5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727FD29E" w14:textId="42AB0183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Kiitos</w:t>
      </w:r>
      <w:proofErr w:type="spellEnd"/>
      <w:r w:rsidRPr="00CA1A1C">
        <w:rPr>
          <w:lang w:val="nb-NO"/>
        </w:rPr>
        <w:t>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Takk.</w:t>
      </w:r>
    </w:p>
    <w:p w14:paraId="48AB1E72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7139E71E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>:</w:t>
      </w:r>
    </w:p>
    <w:p w14:paraId="2CBFDF40" w14:textId="14AAA2F2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Näkemiin</w:t>
      </w:r>
      <w:proofErr w:type="spellEnd"/>
      <w:r w:rsidRPr="00CA1A1C">
        <w:rPr>
          <w:lang w:val="nb-NO"/>
        </w:rPr>
        <w:t>!</w:t>
      </w:r>
      <w:r w:rsidRPr="00CA1A1C">
        <w:rPr>
          <w:lang w:val="nb-NO"/>
        </w:rPr>
        <w:br/>
      </w:r>
      <w:r w:rsidRPr="00CA1A1C">
        <w:rPr>
          <w:i/>
          <w:lang w:val="nb-NO"/>
        </w:rPr>
        <w:t>Ha det!</w:t>
      </w:r>
    </w:p>
    <w:p w14:paraId="39C34D5B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3C10A0B9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57E46ACC" w14:textId="32D1F77F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Näkemiin</w:t>
      </w:r>
      <w:proofErr w:type="spellEnd"/>
      <w:r w:rsidRPr="00CA1A1C">
        <w:rPr>
          <w:lang w:val="nb-NO"/>
        </w:rPr>
        <w:t>!</w:t>
      </w:r>
      <w:r w:rsidRPr="00CA1A1C">
        <w:rPr>
          <w:lang w:val="nb-NO"/>
        </w:rPr>
        <w:br/>
      </w:r>
      <w:r w:rsidRPr="00CA1A1C">
        <w:rPr>
          <w:i/>
          <w:lang w:val="nb-NO"/>
        </w:rPr>
        <w:t>Ha det!</w:t>
      </w:r>
    </w:p>
    <w:p w14:paraId="3C19469F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7BE9F1C5" w14:textId="4B73AAB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>:</w:t>
      </w:r>
    </w:p>
    <w:p w14:paraId="4FC00163" w14:textId="4BF8A31B" w:rsidR="00CA1A1C" w:rsidRPr="005B04E1" w:rsidRDefault="00000000" w:rsidP="005B04E1">
      <w:pPr>
        <w:spacing w:after="0" w:line="240" w:lineRule="auto"/>
        <w:rPr>
          <w:i/>
          <w:lang w:val="nb-NO"/>
        </w:rPr>
      </w:pPr>
      <w:proofErr w:type="spellStart"/>
      <w:r w:rsidRPr="00CA1A1C">
        <w:rPr>
          <w:lang w:val="nb-NO"/>
        </w:rPr>
        <w:t>Ylös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Sapphen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työta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hakeen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luulen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että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löydän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vaan</w:t>
      </w:r>
      <w:proofErr w:type="spellEnd"/>
      <w:r w:rsidRPr="00CA1A1C">
        <w:rPr>
          <w:lang w:val="nb-NO"/>
        </w:rPr>
        <w:t>.</w:t>
      </w:r>
      <w:r w:rsidRPr="00CA1A1C">
        <w:rPr>
          <w:lang w:val="nb-NO"/>
        </w:rPr>
        <w:br/>
      </w:r>
      <w:r w:rsidR="005B04E1" w:rsidRPr="005B04E1">
        <w:rPr>
          <w:i/>
          <w:lang w:val="nb-NO"/>
        </w:rPr>
        <w:t>Opp til Sappen for</w:t>
      </w:r>
      <w:r w:rsidR="005B04E1">
        <w:rPr>
          <w:i/>
          <w:lang w:val="nb-NO"/>
        </w:rPr>
        <w:t xml:space="preserve"> </w:t>
      </w:r>
      <w:r w:rsidR="005B04E1" w:rsidRPr="005B04E1">
        <w:rPr>
          <w:i/>
          <w:lang w:val="nb-NO"/>
        </w:rPr>
        <w:t xml:space="preserve">å finne arbeid, </w:t>
      </w:r>
      <w:proofErr w:type="spellStart"/>
      <w:r w:rsidR="005B04E1" w:rsidRPr="005B04E1">
        <w:rPr>
          <w:i/>
          <w:lang w:val="nb-NO"/>
        </w:rPr>
        <w:t>eg</w:t>
      </w:r>
      <w:proofErr w:type="spellEnd"/>
      <w:r w:rsidR="005B04E1" w:rsidRPr="005B04E1">
        <w:rPr>
          <w:i/>
          <w:lang w:val="nb-NO"/>
        </w:rPr>
        <w:t xml:space="preserve"> trur </w:t>
      </w:r>
      <w:proofErr w:type="spellStart"/>
      <w:r w:rsidR="005B04E1" w:rsidRPr="005B04E1">
        <w:rPr>
          <w:i/>
          <w:lang w:val="nb-NO"/>
        </w:rPr>
        <w:t>eg</w:t>
      </w:r>
      <w:proofErr w:type="spellEnd"/>
      <w:r w:rsidR="005B04E1" w:rsidRPr="005B04E1">
        <w:rPr>
          <w:i/>
          <w:lang w:val="nb-NO"/>
        </w:rPr>
        <w:t xml:space="preserve"> finn </w:t>
      </w:r>
      <w:proofErr w:type="spellStart"/>
      <w:r w:rsidR="005B04E1" w:rsidRPr="005B04E1">
        <w:rPr>
          <w:i/>
          <w:lang w:val="nb-NO"/>
        </w:rPr>
        <w:t>noko</w:t>
      </w:r>
      <w:proofErr w:type="spellEnd"/>
      <w:r w:rsidR="005B04E1" w:rsidRPr="005B04E1">
        <w:rPr>
          <w:i/>
          <w:lang w:val="nb-NO"/>
        </w:rPr>
        <w:t>. </w:t>
      </w:r>
    </w:p>
    <w:p w14:paraId="46EF914D" w14:textId="77777777" w:rsidR="005B04E1" w:rsidRDefault="005B04E1" w:rsidP="00CA1A1C">
      <w:pPr>
        <w:spacing w:after="0" w:line="240" w:lineRule="auto"/>
        <w:rPr>
          <w:lang w:val="nb-NO"/>
        </w:rPr>
      </w:pPr>
    </w:p>
    <w:p w14:paraId="2CF734EA" w14:textId="1C9623FE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RADIOSTEMME:</w:t>
      </w:r>
    </w:p>
    <w:p w14:paraId="30B093E5" w14:textId="77777777" w:rsidR="005B04E1" w:rsidRDefault="00000000" w:rsidP="00CA1A1C">
      <w:pPr>
        <w:spacing w:after="0" w:line="240" w:lineRule="auto"/>
        <w:rPr>
          <w:i/>
          <w:lang w:val="nb-NO"/>
        </w:rPr>
      </w:pPr>
      <w:proofErr w:type="spellStart"/>
      <w:r w:rsidRPr="00CA1A1C">
        <w:rPr>
          <w:lang w:val="nb-NO"/>
        </w:rPr>
        <w:t>Raisinjoesta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on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löytynyt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kuolleita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kalloja</w:t>
      </w:r>
      <w:proofErr w:type="spellEnd"/>
      <w:r w:rsidRPr="00CA1A1C">
        <w:rPr>
          <w:lang w:val="nb-NO"/>
        </w:rPr>
        <w:t xml:space="preserve">, ja kun </w:t>
      </w:r>
      <w:proofErr w:type="spellStart"/>
      <w:r w:rsidRPr="00CA1A1C">
        <w:rPr>
          <w:lang w:val="nb-NO"/>
        </w:rPr>
        <w:t>kaloista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on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otettu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kokeista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on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selvinnyt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että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kalat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ovat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kuolleet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furunkuloosiin</w:t>
      </w:r>
      <w:proofErr w:type="spellEnd"/>
      <w:r w:rsidRPr="00CA1A1C">
        <w:rPr>
          <w:lang w:val="nb-NO"/>
        </w:rPr>
        <w:t>.</w:t>
      </w:r>
      <w:r w:rsidRPr="00CA1A1C">
        <w:rPr>
          <w:lang w:val="nb-NO"/>
        </w:rPr>
        <w:br/>
      </w:r>
      <w:r w:rsidR="005B04E1" w:rsidRPr="005B04E1">
        <w:rPr>
          <w:i/>
          <w:lang w:val="nb-NO"/>
        </w:rPr>
        <w:t xml:space="preserve">I </w:t>
      </w:r>
      <w:proofErr w:type="spellStart"/>
      <w:r w:rsidR="005B04E1" w:rsidRPr="005B04E1">
        <w:rPr>
          <w:i/>
          <w:lang w:val="nb-NO"/>
        </w:rPr>
        <w:t>Reisaelva</w:t>
      </w:r>
      <w:proofErr w:type="spellEnd"/>
      <w:r w:rsidR="005B04E1" w:rsidRPr="005B04E1">
        <w:rPr>
          <w:i/>
          <w:lang w:val="nb-NO"/>
        </w:rPr>
        <w:t xml:space="preserve"> er det funne død fisk, og prøver </w:t>
      </w:r>
      <w:proofErr w:type="spellStart"/>
      <w:r w:rsidR="005B04E1" w:rsidRPr="005B04E1">
        <w:rPr>
          <w:i/>
          <w:lang w:val="nb-NO"/>
        </w:rPr>
        <w:t>teke</w:t>
      </w:r>
      <w:proofErr w:type="spellEnd"/>
      <w:r w:rsidR="005B04E1" w:rsidRPr="005B04E1">
        <w:rPr>
          <w:i/>
          <w:lang w:val="nb-NO"/>
        </w:rPr>
        <w:t xml:space="preserve"> av </w:t>
      </w:r>
      <w:proofErr w:type="spellStart"/>
      <w:r w:rsidR="005B04E1" w:rsidRPr="005B04E1">
        <w:rPr>
          <w:i/>
          <w:lang w:val="nb-NO"/>
        </w:rPr>
        <w:t>fiskane</w:t>
      </w:r>
      <w:proofErr w:type="spellEnd"/>
      <w:r w:rsidR="005B04E1" w:rsidRPr="005B04E1">
        <w:rPr>
          <w:i/>
          <w:lang w:val="nb-NO"/>
        </w:rPr>
        <w:t xml:space="preserve"> viser at </w:t>
      </w:r>
      <w:proofErr w:type="spellStart"/>
      <w:r w:rsidR="005B04E1" w:rsidRPr="005B04E1">
        <w:rPr>
          <w:i/>
          <w:lang w:val="nb-NO"/>
        </w:rPr>
        <w:t>dei</w:t>
      </w:r>
      <w:proofErr w:type="spellEnd"/>
      <w:r w:rsidR="005B04E1" w:rsidRPr="005B04E1">
        <w:rPr>
          <w:i/>
          <w:lang w:val="nb-NO"/>
        </w:rPr>
        <w:t xml:space="preserve"> </w:t>
      </w:r>
      <w:proofErr w:type="spellStart"/>
      <w:r w:rsidR="005B04E1" w:rsidRPr="005B04E1">
        <w:rPr>
          <w:i/>
          <w:lang w:val="nb-NO"/>
        </w:rPr>
        <w:t>døydde</w:t>
      </w:r>
      <w:proofErr w:type="spellEnd"/>
      <w:r w:rsidR="005B04E1" w:rsidRPr="005B04E1">
        <w:rPr>
          <w:i/>
          <w:lang w:val="nb-NO"/>
        </w:rPr>
        <w:t xml:space="preserve"> av furunkulose.</w:t>
      </w:r>
    </w:p>
    <w:p w14:paraId="715C8A82" w14:textId="77777777" w:rsidR="005B04E1" w:rsidRDefault="00000000" w:rsidP="00CA1A1C">
      <w:pPr>
        <w:spacing w:after="0" w:line="240" w:lineRule="auto"/>
        <w:rPr>
          <w:i/>
          <w:lang w:val="nb-NO"/>
        </w:rPr>
      </w:pPr>
      <w:proofErr w:type="spellStart"/>
      <w:r w:rsidRPr="00CA1A1C">
        <w:rPr>
          <w:lang w:val="nb-NO"/>
        </w:rPr>
        <w:t>Furunkuloosi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on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tarttuva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tauti</w:t>
      </w:r>
      <w:proofErr w:type="spellEnd"/>
      <w:r w:rsidRPr="00CA1A1C">
        <w:rPr>
          <w:lang w:val="nb-NO"/>
        </w:rPr>
        <w:t xml:space="preserve"> joka </w:t>
      </w:r>
      <w:proofErr w:type="spellStart"/>
      <w:r w:rsidRPr="00CA1A1C">
        <w:rPr>
          <w:lang w:val="nb-NO"/>
        </w:rPr>
        <w:t>tappaa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lohia</w:t>
      </w:r>
      <w:proofErr w:type="spellEnd"/>
      <w:r w:rsidRPr="00CA1A1C">
        <w:rPr>
          <w:lang w:val="nb-NO"/>
        </w:rPr>
        <w:t xml:space="preserve"> kun </w:t>
      </w:r>
      <w:proofErr w:type="spellStart"/>
      <w:r w:rsidRPr="00CA1A1C">
        <w:rPr>
          <w:lang w:val="nb-NO"/>
        </w:rPr>
        <w:t>vesi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lämpenee</w:t>
      </w:r>
      <w:proofErr w:type="spellEnd"/>
      <w:r w:rsidRPr="00CA1A1C">
        <w:rPr>
          <w:lang w:val="nb-NO"/>
        </w:rPr>
        <w:t>.</w:t>
      </w:r>
      <w:r w:rsidRPr="00CA1A1C">
        <w:rPr>
          <w:lang w:val="nb-NO"/>
        </w:rPr>
        <w:br/>
      </w:r>
      <w:r w:rsidR="005B04E1" w:rsidRPr="005B04E1">
        <w:rPr>
          <w:i/>
          <w:lang w:val="nb-NO"/>
        </w:rPr>
        <w:t xml:space="preserve">Furunkulose er </w:t>
      </w:r>
      <w:proofErr w:type="spellStart"/>
      <w:r w:rsidR="005B04E1" w:rsidRPr="005B04E1">
        <w:rPr>
          <w:i/>
          <w:lang w:val="nb-NO"/>
        </w:rPr>
        <w:t>ein</w:t>
      </w:r>
      <w:proofErr w:type="spellEnd"/>
      <w:r w:rsidR="005B04E1" w:rsidRPr="005B04E1">
        <w:rPr>
          <w:i/>
          <w:lang w:val="nb-NO"/>
        </w:rPr>
        <w:t xml:space="preserve"> </w:t>
      </w:r>
      <w:proofErr w:type="spellStart"/>
      <w:r w:rsidR="005B04E1" w:rsidRPr="005B04E1">
        <w:rPr>
          <w:i/>
          <w:lang w:val="nb-NO"/>
        </w:rPr>
        <w:t>smittsam</w:t>
      </w:r>
      <w:proofErr w:type="spellEnd"/>
      <w:r w:rsidR="005B04E1" w:rsidRPr="005B04E1">
        <w:rPr>
          <w:i/>
          <w:lang w:val="nb-NO"/>
        </w:rPr>
        <w:t xml:space="preserve"> sjukdom som drep laks når vatnet blir varmt.</w:t>
      </w:r>
    </w:p>
    <w:p w14:paraId="0BABA280" w14:textId="777529FE" w:rsidR="00CA1A1C" w:rsidRDefault="00000000" w:rsidP="00CA1A1C">
      <w:pPr>
        <w:spacing w:after="0" w:line="240" w:lineRule="auto"/>
        <w:rPr>
          <w:i/>
          <w:lang w:val="nb-NO"/>
        </w:rPr>
      </w:pPr>
      <w:proofErr w:type="spellStart"/>
      <w:r w:rsidRPr="00CA1A1C">
        <w:rPr>
          <w:lang w:val="nb-NO"/>
        </w:rPr>
        <w:lastRenderedPageBreak/>
        <w:t>Määtän</w:t>
      </w:r>
      <w:proofErr w:type="spellEnd"/>
      <w:r w:rsidRPr="00CA1A1C">
        <w:rPr>
          <w:lang w:val="nb-NO"/>
        </w:rPr>
        <w:t xml:space="preserve"> lapset Anna ja Nils </w:t>
      </w:r>
      <w:proofErr w:type="spellStart"/>
      <w:r w:rsidRPr="00CA1A1C">
        <w:rPr>
          <w:lang w:val="nb-NO"/>
        </w:rPr>
        <w:t>löysivät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kalat</w:t>
      </w:r>
      <w:proofErr w:type="spellEnd"/>
      <w:r w:rsidRPr="00CA1A1C">
        <w:rPr>
          <w:lang w:val="nb-NO"/>
        </w:rPr>
        <w:t xml:space="preserve"> ja </w:t>
      </w:r>
      <w:proofErr w:type="spellStart"/>
      <w:r w:rsidRPr="00CA1A1C">
        <w:rPr>
          <w:lang w:val="nb-NO"/>
        </w:rPr>
        <w:t>ovat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asian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vuoksi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tähđen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murheissaan</w:t>
      </w:r>
      <w:proofErr w:type="spellEnd"/>
      <w:r w:rsidRPr="00CA1A1C">
        <w:rPr>
          <w:lang w:val="nb-NO"/>
        </w:rPr>
        <w:t>.</w:t>
      </w:r>
      <w:r w:rsidRPr="00CA1A1C">
        <w:rPr>
          <w:lang w:val="nb-NO"/>
        </w:rPr>
        <w:br/>
      </w:r>
      <w:r w:rsidR="005B04E1" w:rsidRPr="005B04E1">
        <w:rPr>
          <w:i/>
          <w:lang w:val="nb-NO"/>
        </w:rPr>
        <w:t xml:space="preserve">Barna Anna og Nils </w:t>
      </w:r>
      <w:proofErr w:type="spellStart"/>
      <w:r w:rsidR="005B04E1" w:rsidRPr="005B04E1">
        <w:rPr>
          <w:i/>
          <w:lang w:val="nb-NO"/>
        </w:rPr>
        <w:t>fann</w:t>
      </w:r>
      <w:proofErr w:type="spellEnd"/>
      <w:r w:rsidR="005B04E1" w:rsidRPr="005B04E1">
        <w:rPr>
          <w:i/>
          <w:lang w:val="nb-NO"/>
        </w:rPr>
        <w:t xml:space="preserve"> </w:t>
      </w:r>
      <w:proofErr w:type="spellStart"/>
      <w:r w:rsidR="005B04E1" w:rsidRPr="005B04E1">
        <w:rPr>
          <w:i/>
          <w:lang w:val="nb-NO"/>
        </w:rPr>
        <w:t>fiskane</w:t>
      </w:r>
      <w:proofErr w:type="spellEnd"/>
      <w:r w:rsidR="005B04E1" w:rsidRPr="005B04E1">
        <w:rPr>
          <w:i/>
          <w:lang w:val="nb-NO"/>
        </w:rPr>
        <w:t xml:space="preserve">, og har </w:t>
      </w:r>
      <w:proofErr w:type="spellStart"/>
      <w:r w:rsidR="005B04E1" w:rsidRPr="005B04E1">
        <w:rPr>
          <w:i/>
          <w:lang w:val="nb-NO"/>
        </w:rPr>
        <w:t>vore</w:t>
      </w:r>
      <w:proofErr w:type="spellEnd"/>
      <w:r w:rsidR="005B04E1" w:rsidRPr="005B04E1">
        <w:rPr>
          <w:i/>
          <w:lang w:val="nb-NO"/>
        </w:rPr>
        <w:t xml:space="preserve"> fortvila </w:t>
      </w:r>
      <w:proofErr w:type="spellStart"/>
      <w:r w:rsidR="005B04E1" w:rsidRPr="005B04E1">
        <w:rPr>
          <w:i/>
          <w:lang w:val="nb-NO"/>
        </w:rPr>
        <w:t>sidan</w:t>
      </w:r>
      <w:proofErr w:type="spellEnd"/>
      <w:r w:rsidR="005B04E1" w:rsidRPr="005B04E1">
        <w:rPr>
          <w:i/>
          <w:lang w:val="nb-NO"/>
        </w:rPr>
        <w:t>.</w:t>
      </w:r>
    </w:p>
    <w:p w14:paraId="70EF6AD8" w14:textId="77777777" w:rsidR="005B04E1" w:rsidRDefault="005B04E1" w:rsidP="00CA1A1C">
      <w:pPr>
        <w:spacing w:after="0" w:line="240" w:lineRule="auto"/>
        <w:rPr>
          <w:lang w:val="nb-NO"/>
        </w:rPr>
      </w:pPr>
    </w:p>
    <w:p w14:paraId="6ED13FC4" w14:textId="195B1658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ANNA PÅ RADIO:</w:t>
      </w:r>
    </w:p>
    <w:p w14:paraId="49D10659" w14:textId="674DC3BB" w:rsidR="00CA1A1C" w:rsidRDefault="00000000" w:rsidP="00CA1A1C">
      <w:pPr>
        <w:spacing w:after="0" w:line="240" w:lineRule="auto"/>
        <w:rPr>
          <w:i/>
          <w:lang w:val="nb-NO"/>
        </w:rPr>
      </w:pPr>
      <w:proofErr w:type="spellStart"/>
      <w:r w:rsidRPr="00CA1A1C">
        <w:rPr>
          <w:lang w:val="nb-NO"/>
        </w:rPr>
        <w:t>Minä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hämmästyin</w:t>
      </w:r>
      <w:proofErr w:type="spellEnd"/>
      <w:r w:rsidRPr="00CA1A1C">
        <w:rPr>
          <w:lang w:val="nb-NO"/>
        </w:rPr>
        <w:t xml:space="preserve"> ja </w:t>
      </w:r>
      <w:proofErr w:type="spellStart"/>
      <w:r w:rsidRPr="00CA1A1C">
        <w:rPr>
          <w:lang w:val="nb-NO"/>
        </w:rPr>
        <w:t>tulin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suruliseksi</w:t>
      </w:r>
      <w:proofErr w:type="spellEnd"/>
      <w:r w:rsidRPr="00CA1A1C">
        <w:rPr>
          <w:lang w:val="nb-NO"/>
        </w:rPr>
        <w:t xml:space="preserve"> kun </w:t>
      </w:r>
      <w:proofErr w:type="spellStart"/>
      <w:r w:rsidRPr="00CA1A1C">
        <w:rPr>
          <w:lang w:val="nb-NO"/>
        </w:rPr>
        <w:t>löysin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kuolleita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kalloja</w:t>
      </w:r>
      <w:proofErr w:type="spellEnd"/>
      <w:r w:rsidRPr="00CA1A1C">
        <w:rPr>
          <w:lang w:val="nb-NO"/>
        </w:rPr>
        <w:t>.</w:t>
      </w:r>
      <w:r w:rsidRPr="00CA1A1C">
        <w:rPr>
          <w:lang w:val="nb-NO"/>
        </w:rPr>
        <w:br/>
      </w:r>
      <w:proofErr w:type="spellStart"/>
      <w:r w:rsidR="005B04E1" w:rsidRPr="005B04E1">
        <w:rPr>
          <w:i/>
          <w:lang w:val="nb-NO"/>
        </w:rPr>
        <w:t>Eg</w:t>
      </w:r>
      <w:proofErr w:type="spellEnd"/>
      <w:r w:rsidR="005B04E1" w:rsidRPr="005B04E1">
        <w:rPr>
          <w:i/>
          <w:lang w:val="nb-NO"/>
        </w:rPr>
        <w:t xml:space="preserve"> vart overraska og trist når </w:t>
      </w:r>
      <w:proofErr w:type="spellStart"/>
      <w:r w:rsidR="005B04E1" w:rsidRPr="005B04E1">
        <w:rPr>
          <w:i/>
          <w:lang w:val="nb-NO"/>
        </w:rPr>
        <w:t>eg</w:t>
      </w:r>
      <w:proofErr w:type="spellEnd"/>
      <w:r w:rsidR="005B04E1" w:rsidRPr="005B04E1">
        <w:rPr>
          <w:i/>
          <w:lang w:val="nb-NO"/>
        </w:rPr>
        <w:t xml:space="preserve"> </w:t>
      </w:r>
      <w:proofErr w:type="spellStart"/>
      <w:r w:rsidR="005B04E1" w:rsidRPr="005B04E1">
        <w:rPr>
          <w:i/>
          <w:lang w:val="nb-NO"/>
        </w:rPr>
        <w:t>fann</w:t>
      </w:r>
      <w:proofErr w:type="spellEnd"/>
      <w:r w:rsidR="005B04E1" w:rsidRPr="005B04E1">
        <w:rPr>
          <w:i/>
          <w:lang w:val="nb-NO"/>
        </w:rPr>
        <w:t xml:space="preserve"> død fisk der.</w:t>
      </w:r>
    </w:p>
    <w:p w14:paraId="101C2DD3" w14:textId="77777777" w:rsidR="005B04E1" w:rsidRDefault="005B04E1" w:rsidP="00CA1A1C">
      <w:pPr>
        <w:spacing w:after="0" w:line="240" w:lineRule="auto"/>
        <w:rPr>
          <w:lang w:val="nb-NO"/>
        </w:rPr>
      </w:pPr>
    </w:p>
    <w:p w14:paraId="2DF5E0BE" w14:textId="77777777" w:rsidR="000D3B94" w:rsidRDefault="000D3B94" w:rsidP="00CA1A1C">
      <w:pPr>
        <w:spacing w:after="0" w:line="240" w:lineRule="auto"/>
        <w:rPr>
          <w:lang w:val="nb-NO"/>
        </w:rPr>
      </w:pPr>
      <w:r>
        <w:rPr>
          <w:lang w:val="nb-NO"/>
        </w:rPr>
        <w:t>NILS PÅ RADIO:</w:t>
      </w:r>
    </w:p>
    <w:p w14:paraId="7575646C" w14:textId="77777777" w:rsidR="005B04E1" w:rsidRDefault="00000000" w:rsidP="00CA1A1C">
      <w:pPr>
        <w:spacing w:after="0" w:line="240" w:lineRule="auto"/>
        <w:rPr>
          <w:i/>
          <w:lang w:val="nb-NO"/>
        </w:rPr>
      </w:pPr>
      <w:r w:rsidRPr="00CA1A1C">
        <w:rPr>
          <w:lang w:val="nb-NO"/>
        </w:rPr>
        <w:t xml:space="preserve">Nyt </w:t>
      </w:r>
      <w:proofErr w:type="spellStart"/>
      <w:r w:rsidRPr="00CA1A1C">
        <w:rPr>
          <w:lang w:val="nb-NO"/>
        </w:rPr>
        <w:t>olemme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saaneet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vielä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yhden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uhan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kalalle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joessa</w:t>
      </w:r>
      <w:proofErr w:type="spellEnd"/>
      <w:r w:rsidRPr="00CA1A1C">
        <w:rPr>
          <w:lang w:val="nb-NO"/>
        </w:rPr>
        <w:t>.</w:t>
      </w:r>
      <w:r w:rsidRPr="00CA1A1C">
        <w:rPr>
          <w:lang w:val="nb-NO"/>
        </w:rPr>
        <w:br/>
      </w:r>
      <w:r w:rsidR="005B04E1" w:rsidRPr="005B04E1">
        <w:rPr>
          <w:i/>
          <w:lang w:val="nb-NO"/>
        </w:rPr>
        <w:t xml:space="preserve">No har </w:t>
      </w:r>
      <w:proofErr w:type="spellStart"/>
      <w:r w:rsidR="005B04E1" w:rsidRPr="005B04E1">
        <w:rPr>
          <w:i/>
          <w:lang w:val="nb-NO"/>
        </w:rPr>
        <w:t>me</w:t>
      </w:r>
      <w:proofErr w:type="spellEnd"/>
      <w:r w:rsidR="005B04E1" w:rsidRPr="005B04E1">
        <w:rPr>
          <w:i/>
          <w:lang w:val="nb-NO"/>
        </w:rPr>
        <w:t xml:space="preserve"> fått enda </w:t>
      </w:r>
      <w:proofErr w:type="spellStart"/>
      <w:r w:rsidR="005B04E1" w:rsidRPr="005B04E1">
        <w:rPr>
          <w:i/>
          <w:lang w:val="nb-NO"/>
        </w:rPr>
        <w:t>ein</w:t>
      </w:r>
      <w:proofErr w:type="spellEnd"/>
      <w:r w:rsidR="005B04E1" w:rsidRPr="005B04E1">
        <w:rPr>
          <w:i/>
          <w:lang w:val="nb-NO"/>
        </w:rPr>
        <w:t xml:space="preserve"> trussel mot fisken i elva.</w:t>
      </w:r>
    </w:p>
    <w:p w14:paraId="6DF712F5" w14:textId="7010EC2B" w:rsidR="000D3B94" w:rsidRDefault="00000000" w:rsidP="00CA1A1C">
      <w:pPr>
        <w:spacing w:after="0" w:line="240" w:lineRule="auto"/>
        <w:rPr>
          <w:i/>
          <w:lang w:val="nb-NO"/>
        </w:rPr>
      </w:pPr>
      <w:r w:rsidRPr="00CA1A1C">
        <w:rPr>
          <w:lang w:val="nb-NO"/>
        </w:rPr>
        <w:t xml:space="preserve">Nyt on sen </w:t>
      </w:r>
      <w:proofErr w:type="spellStart"/>
      <w:r w:rsidRPr="00CA1A1C">
        <w:rPr>
          <w:lang w:val="nb-NO"/>
        </w:rPr>
        <w:t>aika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että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me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kaikki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yhdessä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yritämme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pelastaa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meidän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jokemme</w:t>
      </w:r>
      <w:proofErr w:type="spellEnd"/>
      <w:r w:rsidRPr="00CA1A1C">
        <w:rPr>
          <w:lang w:val="nb-NO"/>
        </w:rPr>
        <w:t>.</w:t>
      </w:r>
      <w:r w:rsidRPr="00CA1A1C">
        <w:rPr>
          <w:lang w:val="nb-NO"/>
        </w:rPr>
        <w:br/>
      </w:r>
      <w:r w:rsidR="005B04E1" w:rsidRPr="005B04E1">
        <w:rPr>
          <w:i/>
          <w:lang w:val="nb-NO"/>
        </w:rPr>
        <w:t xml:space="preserve">Det er på tide at </w:t>
      </w:r>
      <w:proofErr w:type="spellStart"/>
      <w:r w:rsidR="005B04E1" w:rsidRPr="005B04E1">
        <w:rPr>
          <w:i/>
          <w:lang w:val="nb-NO"/>
        </w:rPr>
        <w:t>me</w:t>
      </w:r>
      <w:proofErr w:type="spellEnd"/>
      <w:r w:rsidR="005B04E1" w:rsidRPr="005B04E1">
        <w:rPr>
          <w:i/>
          <w:lang w:val="nb-NO"/>
        </w:rPr>
        <w:t xml:space="preserve"> </w:t>
      </w:r>
      <w:proofErr w:type="spellStart"/>
      <w:r w:rsidR="005B04E1" w:rsidRPr="005B04E1">
        <w:rPr>
          <w:i/>
          <w:lang w:val="nb-NO"/>
        </w:rPr>
        <w:t>samlar</w:t>
      </w:r>
      <w:proofErr w:type="spellEnd"/>
      <w:r w:rsidR="005B04E1" w:rsidRPr="005B04E1">
        <w:rPr>
          <w:i/>
          <w:lang w:val="nb-NO"/>
        </w:rPr>
        <w:t xml:space="preserve"> oss om å redde elva vår!</w:t>
      </w:r>
    </w:p>
    <w:p w14:paraId="63066F4B" w14:textId="77777777" w:rsidR="005B04E1" w:rsidRPr="00C86326" w:rsidRDefault="005B04E1" w:rsidP="00CA1A1C">
      <w:pPr>
        <w:spacing w:after="0" w:line="240" w:lineRule="auto"/>
        <w:rPr>
          <w:lang w:val="nb-NO"/>
        </w:rPr>
      </w:pPr>
    </w:p>
    <w:p w14:paraId="37CE00AB" w14:textId="77777777" w:rsidR="000D3B94" w:rsidRDefault="000D3B94" w:rsidP="00CA1A1C">
      <w:pPr>
        <w:spacing w:after="0" w:line="240" w:lineRule="auto"/>
      </w:pPr>
      <w:r>
        <w:t>AARON:</w:t>
      </w:r>
    </w:p>
    <w:p w14:paraId="5958075A" w14:textId="77777777" w:rsidR="005B04E1" w:rsidRDefault="00000000" w:rsidP="00CA1A1C">
      <w:pPr>
        <w:spacing w:after="0" w:line="240" w:lineRule="auto"/>
        <w:rPr>
          <w:i/>
          <w:lang w:val="nb-NO"/>
        </w:rPr>
      </w:pPr>
      <w:proofErr w:type="spellStart"/>
      <w:r>
        <w:t>Minä</w:t>
      </w:r>
      <w:proofErr w:type="spellEnd"/>
      <w:r>
        <w:t xml:space="preserve"> </w:t>
      </w:r>
      <w:proofErr w:type="spellStart"/>
      <w:r>
        <w:t>kuulin</w:t>
      </w:r>
      <w:proofErr w:type="spellEnd"/>
      <w:r>
        <w:t xml:space="preserve"> </w:t>
      </w:r>
      <w:proofErr w:type="spellStart"/>
      <w:r>
        <w:t>sinut</w:t>
      </w:r>
      <w:proofErr w:type="spellEnd"/>
      <w:r>
        <w:t xml:space="preserve"> </w:t>
      </w:r>
      <w:proofErr w:type="spellStart"/>
      <w:r>
        <w:t>radiossa</w:t>
      </w:r>
      <w:proofErr w:type="spellEnd"/>
      <w:r>
        <w:t>, Nils!</w:t>
      </w:r>
      <w:r>
        <w:br/>
      </w:r>
      <w:proofErr w:type="spellStart"/>
      <w:r w:rsidR="005B04E1" w:rsidRPr="005B04E1">
        <w:rPr>
          <w:i/>
          <w:lang w:val="nb-NO"/>
        </w:rPr>
        <w:t>Eg</w:t>
      </w:r>
      <w:proofErr w:type="spellEnd"/>
      <w:r w:rsidR="005B04E1" w:rsidRPr="005B04E1">
        <w:rPr>
          <w:i/>
          <w:lang w:val="nb-NO"/>
        </w:rPr>
        <w:t xml:space="preserve"> </w:t>
      </w:r>
      <w:proofErr w:type="spellStart"/>
      <w:r w:rsidR="005B04E1" w:rsidRPr="005B04E1">
        <w:rPr>
          <w:i/>
          <w:lang w:val="nb-NO"/>
        </w:rPr>
        <w:t>høyrde</w:t>
      </w:r>
      <w:proofErr w:type="spellEnd"/>
      <w:r w:rsidR="005B04E1" w:rsidRPr="005B04E1">
        <w:rPr>
          <w:i/>
          <w:lang w:val="nb-NO"/>
        </w:rPr>
        <w:t xml:space="preserve"> deg på radioen, Nils!</w:t>
      </w:r>
    </w:p>
    <w:p w14:paraId="57957EDA" w14:textId="2300557E" w:rsidR="00C545AE" w:rsidRPr="000D3B94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Minä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tulen</w:t>
      </w:r>
      <w:proofErr w:type="spellEnd"/>
      <w:r w:rsidRPr="00CA1A1C">
        <w:rPr>
          <w:lang w:val="nb-NO"/>
        </w:rPr>
        <w:t xml:space="preserve"> </w:t>
      </w:r>
      <w:proofErr w:type="spellStart"/>
      <w:proofErr w:type="gramStart"/>
      <w:r w:rsidRPr="00CA1A1C">
        <w:rPr>
          <w:lang w:val="nb-NO"/>
        </w:rPr>
        <w:t>kylään</w:t>
      </w:r>
      <w:proofErr w:type="spellEnd"/>
      <w:r w:rsidRPr="00CA1A1C">
        <w:rPr>
          <w:lang w:val="nb-NO"/>
        </w:rPr>
        <w:t xml:space="preserve">  –</w:t>
      </w:r>
      <w:proofErr w:type="gramEnd"/>
      <w:r w:rsidRPr="00CA1A1C">
        <w:rPr>
          <w:lang w:val="nb-NO"/>
        </w:rPr>
        <w:t xml:space="preserve"> olen jo </w:t>
      </w:r>
      <w:proofErr w:type="spellStart"/>
      <w:r w:rsidRPr="00CA1A1C">
        <w:rPr>
          <w:lang w:val="nb-NO"/>
        </w:rPr>
        <w:t>ostanut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bussilipun</w:t>
      </w:r>
      <w:proofErr w:type="spellEnd"/>
      <w:r w:rsidRPr="00CA1A1C">
        <w:rPr>
          <w:lang w:val="nb-NO"/>
        </w:rPr>
        <w:t>!</w:t>
      </w:r>
      <w:r w:rsidRPr="00CA1A1C">
        <w:rPr>
          <w:lang w:val="nb-NO"/>
        </w:rPr>
        <w:br/>
      </w:r>
      <w:proofErr w:type="spellStart"/>
      <w:r w:rsidR="005B04E1" w:rsidRPr="005B04E1">
        <w:rPr>
          <w:i/>
          <w:lang w:val="nb-NO"/>
        </w:rPr>
        <w:t>Eg</w:t>
      </w:r>
      <w:proofErr w:type="spellEnd"/>
      <w:r w:rsidR="005B04E1" w:rsidRPr="005B04E1">
        <w:rPr>
          <w:i/>
          <w:lang w:val="nb-NO"/>
        </w:rPr>
        <w:t xml:space="preserve"> kjem til bygda - </w:t>
      </w:r>
      <w:proofErr w:type="spellStart"/>
      <w:r w:rsidR="005B04E1" w:rsidRPr="005B04E1">
        <w:rPr>
          <w:i/>
          <w:lang w:val="nb-NO"/>
        </w:rPr>
        <w:t>eg</w:t>
      </w:r>
      <w:proofErr w:type="spellEnd"/>
      <w:r w:rsidR="005B04E1" w:rsidRPr="005B04E1">
        <w:rPr>
          <w:i/>
          <w:lang w:val="nb-NO"/>
        </w:rPr>
        <w:t xml:space="preserve"> har kjøpt bussbillett!</w:t>
      </w:r>
    </w:p>
    <w:sectPr w:rsidR="00C545AE" w:rsidRPr="000D3B94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95B28D" w14:textId="77777777" w:rsidR="00632225" w:rsidRDefault="00632225" w:rsidP="00CA1A1C">
      <w:pPr>
        <w:spacing w:after="0" w:line="240" w:lineRule="auto"/>
      </w:pPr>
      <w:r>
        <w:separator/>
      </w:r>
    </w:p>
  </w:endnote>
  <w:endnote w:type="continuationSeparator" w:id="0">
    <w:p w14:paraId="53FEBDA3" w14:textId="77777777" w:rsidR="00632225" w:rsidRDefault="00632225" w:rsidP="00CA1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163890352"/>
      <w:docPartObj>
        <w:docPartGallery w:val="Page Numbers (Bottom of Page)"/>
        <w:docPartUnique/>
      </w:docPartObj>
    </w:sdtPr>
    <w:sdtContent>
      <w:p w14:paraId="76D7EEC6" w14:textId="18522705" w:rsidR="00CA1A1C" w:rsidRDefault="00CA1A1C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5261DAF2" w14:textId="77777777" w:rsidR="00CA1A1C" w:rsidRDefault="00CA1A1C" w:rsidP="00CA1A1C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2137986440"/>
      <w:docPartObj>
        <w:docPartGallery w:val="Page Numbers (Bottom of Page)"/>
        <w:docPartUnique/>
      </w:docPartObj>
    </w:sdtPr>
    <w:sdtContent>
      <w:p w14:paraId="21050508" w14:textId="016B7D9A" w:rsidR="00CA1A1C" w:rsidRDefault="00CA1A1C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5AA4FECF" w14:textId="77777777" w:rsidR="00CA1A1C" w:rsidRDefault="00CA1A1C" w:rsidP="00CA1A1C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E5F18B" w14:textId="77777777" w:rsidR="00632225" w:rsidRDefault="00632225" w:rsidP="00CA1A1C">
      <w:pPr>
        <w:spacing w:after="0" w:line="240" w:lineRule="auto"/>
      </w:pPr>
      <w:r>
        <w:separator/>
      </w:r>
    </w:p>
  </w:footnote>
  <w:footnote w:type="continuationSeparator" w:id="0">
    <w:p w14:paraId="6AE0E399" w14:textId="77777777" w:rsidR="00632225" w:rsidRDefault="00632225" w:rsidP="00CA1A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84789354">
    <w:abstractNumId w:val="8"/>
  </w:num>
  <w:num w:numId="2" w16cid:durableId="690958310">
    <w:abstractNumId w:val="6"/>
  </w:num>
  <w:num w:numId="3" w16cid:durableId="1830441198">
    <w:abstractNumId w:val="5"/>
  </w:num>
  <w:num w:numId="4" w16cid:durableId="241110222">
    <w:abstractNumId w:val="4"/>
  </w:num>
  <w:num w:numId="5" w16cid:durableId="502857794">
    <w:abstractNumId w:val="7"/>
  </w:num>
  <w:num w:numId="6" w16cid:durableId="865290430">
    <w:abstractNumId w:val="3"/>
  </w:num>
  <w:num w:numId="7" w16cid:durableId="381441628">
    <w:abstractNumId w:val="2"/>
  </w:num>
  <w:num w:numId="8" w16cid:durableId="1798599124">
    <w:abstractNumId w:val="1"/>
  </w:num>
  <w:num w:numId="9" w16cid:durableId="2118792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D3B94"/>
    <w:rsid w:val="001255E5"/>
    <w:rsid w:val="0015074B"/>
    <w:rsid w:val="0029639D"/>
    <w:rsid w:val="00326F90"/>
    <w:rsid w:val="005B04E1"/>
    <w:rsid w:val="00632225"/>
    <w:rsid w:val="00A426FB"/>
    <w:rsid w:val="00AA1D8D"/>
    <w:rsid w:val="00B47730"/>
    <w:rsid w:val="00BB5E19"/>
    <w:rsid w:val="00C545AE"/>
    <w:rsid w:val="00C86326"/>
    <w:rsid w:val="00CA1A1C"/>
    <w:rsid w:val="00CB0664"/>
    <w:rsid w:val="00CF544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3592BCE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CA1A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461</Words>
  <Characters>2447</Characters>
  <Application>Microsoft Office Word</Application>
  <DocSecurity>0</DocSecurity>
  <Lines>20</Lines>
  <Paragraphs>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2903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3</cp:revision>
  <dcterms:created xsi:type="dcterms:W3CDTF">2025-11-28T14:02:00Z</dcterms:created>
  <dcterms:modified xsi:type="dcterms:W3CDTF">2025-11-28T14:19:00Z</dcterms:modified>
  <cp:category/>
</cp:coreProperties>
</file>