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BEADA" w14:textId="69C164F8" w:rsidR="00E32A31" w:rsidRPr="00E32A31" w:rsidRDefault="003461BE" w:rsidP="00E32A31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N</w:t>
      </w:r>
      <w:r w:rsidR="00E5599E">
        <w:rPr>
          <w:b/>
          <w:bCs/>
          <w:lang w:val="nb-NO"/>
        </w:rPr>
        <w:t xml:space="preserve">ynorsk </w:t>
      </w:r>
      <w:r w:rsidR="00E5599E" w:rsidRPr="00E32A31">
        <w:rPr>
          <w:b/>
          <w:bCs/>
          <w:lang w:val="nb-NO"/>
        </w:rPr>
        <w:t xml:space="preserve">og finsk dialogmanus, episode </w:t>
      </w:r>
      <w:r w:rsidR="00E32A31" w:rsidRPr="00E32A31">
        <w:rPr>
          <w:b/>
          <w:bCs/>
          <w:lang w:val="nb-NO"/>
        </w:rPr>
        <w:t>8</w:t>
      </w:r>
    </w:p>
    <w:p w14:paraId="27E5E1A0" w14:textId="1E8429E8" w:rsidR="00E32A31" w:rsidRPr="00E32A31" w:rsidRDefault="00E32A31" w:rsidP="00E32A31">
      <w:pPr>
        <w:spacing w:after="0" w:line="240" w:lineRule="auto"/>
        <w:rPr>
          <w:b/>
          <w:bCs/>
          <w:lang w:val="nb-NO"/>
        </w:rPr>
      </w:pPr>
      <w:r w:rsidRPr="00E32A31">
        <w:rPr>
          <w:b/>
          <w:bCs/>
          <w:lang w:val="nb-NO"/>
        </w:rPr>
        <w:t>Sinnikkyys</w:t>
      </w:r>
    </w:p>
    <w:p w14:paraId="3890687E" w14:textId="0E27CCBB" w:rsidR="00E32A31" w:rsidRPr="00E32A31" w:rsidRDefault="00E32A31" w:rsidP="00E32A31">
      <w:pPr>
        <w:spacing w:after="0" w:line="240" w:lineRule="auto"/>
        <w:rPr>
          <w:b/>
          <w:bCs/>
          <w:i/>
          <w:iCs/>
          <w:lang w:val="nb-NO"/>
        </w:rPr>
      </w:pPr>
      <w:r w:rsidRPr="00E32A31">
        <w:rPr>
          <w:b/>
          <w:bCs/>
          <w:i/>
          <w:iCs/>
          <w:lang w:val="nb-NO"/>
        </w:rPr>
        <w:t>Sinni</w:t>
      </w:r>
    </w:p>
    <w:p w14:paraId="5B8B6829" w14:textId="77777777" w:rsidR="00E32A31" w:rsidRPr="00E32A31" w:rsidRDefault="00E32A31" w:rsidP="00E32A31">
      <w:pPr>
        <w:spacing w:after="0" w:line="240" w:lineRule="auto"/>
        <w:rPr>
          <w:b/>
          <w:bCs/>
          <w:lang w:val="nb-NO"/>
        </w:rPr>
      </w:pPr>
    </w:p>
    <w:p w14:paraId="0606817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3C574C4E" w14:textId="42A1FD5C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Päivää!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Hei!</w:t>
      </w:r>
    </w:p>
    <w:p w14:paraId="16643BB1" w14:textId="77777777" w:rsidR="00E32A31" w:rsidRDefault="00E32A31" w:rsidP="00E32A31">
      <w:pPr>
        <w:spacing w:after="0" w:line="240" w:lineRule="auto"/>
        <w:rPr>
          <w:i/>
          <w:lang w:val="nb-NO"/>
        </w:rPr>
      </w:pPr>
    </w:p>
    <w:p w14:paraId="66CAED50" w14:textId="712F2C2A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C172486" w14:textId="4FA67B35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Päivää!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Hei!</w:t>
      </w:r>
    </w:p>
    <w:p w14:paraId="1EE120DE" w14:textId="3D8DF02E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Päivää Kaisa.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Hei, Kaisa.</w:t>
      </w:r>
    </w:p>
    <w:p w14:paraId="0AD36F0D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0EDA2A4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42596F3" w14:textId="4A363EA3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Onko sinulla minulle roolia?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Har du ei rolle til meg?</w:t>
      </w:r>
    </w:p>
    <w:p w14:paraId="1366596A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111CC1BF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22FC3E05" w14:textId="629408E1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Tervetuloa, Kaisa.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Velkommen, Kaisa.</w:t>
      </w:r>
    </w:p>
    <w:p w14:paraId="6EDC9425" w14:textId="6031FB7B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Meiltä löytyy kyllä rooli jokaiselle.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Me har ei rolle til alle.</w:t>
      </w:r>
    </w:p>
    <w:p w14:paraId="4D3F5B67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6EB87177" w14:textId="34E5CC54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82A6636" w14:textId="5EA9C3FC" w:rsidR="00E32A31" w:rsidRPr="003461BE" w:rsidRDefault="00000000" w:rsidP="003461BE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Minä haluan olla mukana miekkataistelussa. Minä pidän kickboksingista ja sen kaltaisista jutuista.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Eg vil vere med på sverdkamp,</w:t>
      </w:r>
      <w:r w:rsidR="003461BE">
        <w:rPr>
          <w:i/>
          <w:lang w:val="nb-NO"/>
        </w:rPr>
        <w:t xml:space="preserve"> </w:t>
      </w:r>
      <w:r w:rsidR="003461BE" w:rsidRPr="003461BE">
        <w:rPr>
          <w:i/>
          <w:lang w:val="nb-NO"/>
        </w:rPr>
        <w:t>eg liker kickboksing og sånn.</w:t>
      </w:r>
    </w:p>
    <w:p w14:paraId="281028FB" w14:textId="77777777" w:rsidR="003461BE" w:rsidRDefault="003461BE" w:rsidP="00E32A31">
      <w:pPr>
        <w:spacing w:after="0" w:line="240" w:lineRule="auto"/>
        <w:rPr>
          <w:iCs/>
          <w:lang w:val="nb-NO"/>
        </w:rPr>
      </w:pPr>
    </w:p>
    <w:p w14:paraId="2D9FD427" w14:textId="31D08878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04C555CB" w14:textId="6B32048C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Varovasti</w:t>
      </w:r>
      <w:r w:rsidR="00E32A31">
        <w:rPr>
          <w:lang w:val="nb-NO"/>
        </w:rPr>
        <w:t>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Forsiktig</w:t>
      </w:r>
      <w:r w:rsidR="00E32A31">
        <w:rPr>
          <w:i/>
          <w:lang w:val="nb-NO"/>
        </w:rPr>
        <w:t>.</w:t>
      </w:r>
    </w:p>
    <w:p w14:paraId="0FE643FC" w14:textId="3AC2EFB0" w:rsidR="00E32A31" w:rsidRDefault="00000000" w:rsidP="003461BE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Me emme tappele täällä, me vain näyttelemme taistelemista.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Me slost ikkje her,</w:t>
      </w:r>
      <w:r w:rsidR="003461BE">
        <w:rPr>
          <w:i/>
          <w:lang w:val="nb-NO"/>
        </w:rPr>
        <w:t xml:space="preserve"> </w:t>
      </w:r>
      <w:r w:rsidR="003461BE" w:rsidRPr="003461BE">
        <w:rPr>
          <w:i/>
          <w:lang w:val="nb-NO"/>
        </w:rPr>
        <w:t>me lagar ein illusjon av kamp.</w:t>
      </w:r>
    </w:p>
    <w:p w14:paraId="259D006D" w14:textId="77777777" w:rsidR="003461BE" w:rsidRDefault="003461BE" w:rsidP="003461BE">
      <w:pPr>
        <w:spacing w:after="0" w:line="240" w:lineRule="auto"/>
        <w:rPr>
          <w:lang w:val="nb-NO"/>
        </w:rPr>
      </w:pPr>
    </w:p>
    <w:p w14:paraId="4DEA26B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2AD0429" w14:textId="637209C7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Se ja sama.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Same for meg.</w:t>
      </w:r>
    </w:p>
    <w:p w14:paraId="328561E0" w14:textId="2ADB7639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Taistelu on taistelu.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Kamp er kamp.</w:t>
      </w:r>
    </w:p>
    <w:p w14:paraId="527245F5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90B9D9A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2856FDC5" w14:textId="4ED32767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on?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Kvar er lufta?</w:t>
      </w:r>
    </w:p>
    <w:p w14:paraId="087CF181" w14:textId="77777777" w:rsidR="003461BE" w:rsidRPr="00E32A31" w:rsidRDefault="003461BE" w:rsidP="00E32A31">
      <w:pPr>
        <w:spacing w:after="0" w:line="240" w:lineRule="auto"/>
        <w:rPr>
          <w:lang w:val="nb-NO"/>
        </w:rPr>
      </w:pPr>
    </w:p>
    <w:p w14:paraId="309EC99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9106F1A" w14:textId="431C52BC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Tuossa.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Der.</w:t>
      </w:r>
    </w:p>
    <w:p w14:paraId="6DCC62A4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54ACA2A8" w14:textId="77777777" w:rsidR="00E32A31" w:rsidRPr="00BC1F43" w:rsidRDefault="00E32A31" w:rsidP="00E32A31">
      <w:pPr>
        <w:spacing w:after="0" w:line="240" w:lineRule="auto"/>
      </w:pPr>
      <w:r w:rsidRPr="00BC1F43">
        <w:t>MAIA:</w:t>
      </w:r>
    </w:p>
    <w:p w14:paraId="20F976C2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BC1F43">
        <w:t>Missä minun ilma on?</w:t>
      </w:r>
      <w:r w:rsidRPr="00BC1F43">
        <w:br/>
      </w:r>
      <w:r w:rsidR="003461BE" w:rsidRPr="003461BE">
        <w:rPr>
          <w:i/>
          <w:lang w:val="nb-NO"/>
        </w:rPr>
        <w:t>Kvar er lufta mi?</w:t>
      </w:r>
    </w:p>
    <w:p w14:paraId="41E25E5F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Sinun piti pitää huolta siitä!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 xml:space="preserve">Du skulle ta vare på ho! </w:t>
      </w:r>
    </w:p>
    <w:p w14:paraId="0A7C9427" w14:textId="59FF712E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Sinä lupasit!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Du lov</w:t>
      </w:r>
      <w:r w:rsidR="003461BE">
        <w:rPr>
          <w:i/>
          <w:lang w:val="nb-NO"/>
        </w:rPr>
        <w:t>a</w:t>
      </w:r>
      <w:r w:rsidRPr="00E32A31">
        <w:rPr>
          <w:i/>
          <w:lang w:val="nb-NO"/>
        </w:rPr>
        <w:t>!</w:t>
      </w:r>
    </w:p>
    <w:p w14:paraId="603BAEA0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CA71DB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0927B36D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Sinun täytyy puolustautua, Kaisa.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 xml:space="preserve">Du skal vere defensiv, Kaisa. </w:t>
      </w:r>
    </w:p>
    <w:p w14:paraId="049A413D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Sinun pitää liikkua taaksepäin tai ympäri ringissä.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 xml:space="preserve">Du kan bevege deg bakover eller rundt i sirkel. </w:t>
      </w:r>
    </w:p>
    <w:p w14:paraId="4C46F21F" w14:textId="0EA5289D" w:rsidR="00E32A31" w:rsidRDefault="00000000" w:rsidP="003461BE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Kokeile löytää sinun sisäinen voimasi, jotta voit puolustautua.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Prøv å finne den indre krafta</w:t>
      </w:r>
      <w:r w:rsidR="003461BE">
        <w:rPr>
          <w:i/>
          <w:lang w:val="nb-NO"/>
        </w:rPr>
        <w:t xml:space="preserve"> </w:t>
      </w:r>
      <w:r w:rsidR="003461BE" w:rsidRPr="003461BE">
        <w:rPr>
          <w:i/>
          <w:lang w:val="nb-NO"/>
        </w:rPr>
        <w:t>til å seie det tilbake.</w:t>
      </w:r>
    </w:p>
    <w:p w14:paraId="6409628B" w14:textId="77777777" w:rsidR="003461BE" w:rsidRDefault="003461BE" w:rsidP="003461BE">
      <w:pPr>
        <w:spacing w:after="0" w:line="240" w:lineRule="auto"/>
        <w:rPr>
          <w:lang w:val="nb-NO"/>
        </w:rPr>
      </w:pPr>
    </w:p>
    <w:p w14:paraId="68831B31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C000397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Tämähän on aivan järjetöntä!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 xml:space="preserve">Dette er jo heilt meiningslaust! </w:t>
      </w:r>
    </w:p>
    <w:p w14:paraId="5170D798" w14:textId="274A1584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on?!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Kvar er lufta?!</w:t>
      </w:r>
    </w:p>
    <w:p w14:paraId="021608C0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710BD60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401C6FE9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Niin, mutta onko se sitä?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Å, men er det det?</w:t>
      </w:r>
    </w:p>
    <w:p w14:paraId="2CAAA28A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Tai onko se vain järjettömyyden illuusio?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 xml:space="preserve">Eller er det kanskje ein illusjon av meiningsløyse? </w:t>
      </w:r>
    </w:p>
    <w:p w14:paraId="371156AF" w14:textId="26374DF2" w:rsidR="00356C56" w:rsidRDefault="00E32A31" w:rsidP="00E32A31">
      <w:pPr>
        <w:spacing w:after="0" w:line="240" w:lineRule="auto"/>
        <w:rPr>
          <w:i/>
          <w:lang w:val="nb-NO"/>
        </w:rPr>
      </w:pPr>
      <w:r>
        <w:rPr>
          <w:lang w:val="nb-NO"/>
        </w:rPr>
        <w:t xml:space="preserve">No, </w:t>
      </w:r>
      <w:r w:rsidRPr="00E32A31">
        <w:rPr>
          <w:lang w:val="nb-NO"/>
        </w:rPr>
        <w:t>löydä sinun sisäinen voimasi, sisu, Kaisa!</w:t>
      </w:r>
      <w:r w:rsidRPr="00E32A31">
        <w:rPr>
          <w:lang w:val="nb-NO"/>
        </w:rPr>
        <w:br/>
      </w:r>
      <w:r>
        <w:rPr>
          <w:i/>
          <w:lang w:val="nb-NO"/>
        </w:rPr>
        <w:t>N</w:t>
      </w:r>
      <w:r w:rsidR="003461BE">
        <w:rPr>
          <w:i/>
          <w:lang w:val="nb-NO"/>
        </w:rPr>
        <w:t xml:space="preserve">o, </w:t>
      </w:r>
      <w:r w:rsidR="003461BE" w:rsidRPr="003461BE">
        <w:rPr>
          <w:i/>
          <w:lang w:val="nb-NO"/>
        </w:rPr>
        <w:t xml:space="preserve">finn di indre kraft, Kaisa! </w:t>
      </w:r>
      <w:r w:rsidRPr="00E32A31">
        <w:rPr>
          <w:i/>
          <w:lang w:val="nb-NO"/>
        </w:rPr>
        <w:t xml:space="preserve"> </w:t>
      </w:r>
    </w:p>
    <w:p w14:paraId="7FC58A79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2ABC4ED9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FA245B3" w14:textId="3B2CEB9A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on?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Kvar er lufta?</w:t>
      </w:r>
    </w:p>
    <w:p w14:paraId="3E88EAF4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2F58A97D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82CC1D3" w14:textId="25AA7147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Enemmän voimaa!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Me</w:t>
      </w:r>
      <w:r w:rsidR="003461BE">
        <w:rPr>
          <w:i/>
          <w:lang w:val="nb-NO"/>
        </w:rPr>
        <w:t>i</w:t>
      </w:r>
      <w:r w:rsidRPr="00E32A31">
        <w:rPr>
          <w:i/>
          <w:lang w:val="nb-NO"/>
        </w:rPr>
        <w:t>r kraft!</w:t>
      </w:r>
    </w:p>
    <w:p w14:paraId="5A8003EB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6FBA7E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733654D5" w14:textId="6F3233BB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on?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Kvar er lufta?</w:t>
      </w:r>
    </w:p>
    <w:p w14:paraId="76B29A4A" w14:textId="77777777" w:rsidR="003461BE" w:rsidRPr="00E32A31" w:rsidRDefault="003461BE" w:rsidP="00E32A31">
      <w:pPr>
        <w:spacing w:after="0" w:line="240" w:lineRule="auto"/>
        <w:rPr>
          <w:lang w:val="nb-NO"/>
        </w:rPr>
      </w:pPr>
    </w:p>
    <w:p w14:paraId="06616E76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BBD11A7" w14:textId="3CD60364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Enemmän voimaa!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Me</w:t>
      </w:r>
      <w:r w:rsidR="003461BE">
        <w:rPr>
          <w:i/>
          <w:lang w:val="nb-NO"/>
        </w:rPr>
        <w:t>i</w:t>
      </w:r>
      <w:r w:rsidRPr="00E32A31">
        <w:rPr>
          <w:i/>
          <w:lang w:val="nb-NO"/>
        </w:rPr>
        <w:t>r kraft!</w:t>
      </w:r>
    </w:p>
    <w:p w14:paraId="41CCA238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24CDF69F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3235689" w14:textId="30D9A0B7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lastRenderedPageBreak/>
        <w:t>Missä ilma on?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Kvar er lufta?</w:t>
      </w:r>
    </w:p>
    <w:p w14:paraId="5911A9FA" w14:textId="77777777" w:rsidR="003461BE" w:rsidRPr="00E32A31" w:rsidRDefault="003461BE" w:rsidP="00E32A31">
      <w:pPr>
        <w:spacing w:after="0" w:line="240" w:lineRule="auto"/>
        <w:rPr>
          <w:lang w:val="nb-NO"/>
        </w:rPr>
      </w:pPr>
    </w:p>
    <w:p w14:paraId="5DBBB0F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042F00FF" w14:textId="48ACDB4B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Löydä sisäinen voima itsestäsi!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Hent det ut av deg sjølv!</w:t>
      </w:r>
    </w:p>
    <w:p w14:paraId="18902C71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75F1AFCD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BFD9064" w14:textId="0A030DC1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on?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Kvar er lufta?</w:t>
      </w:r>
    </w:p>
    <w:p w14:paraId="760893F7" w14:textId="77777777" w:rsidR="003461BE" w:rsidRPr="00E32A31" w:rsidRDefault="003461BE" w:rsidP="00E32A31">
      <w:pPr>
        <w:spacing w:after="0" w:line="240" w:lineRule="auto"/>
        <w:rPr>
          <w:lang w:val="nb-NO"/>
        </w:rPr>
      </w:pPr>
    </w:p>
    <w:p w14:paraId="699919E0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688A312F" w14:textId="320BB38F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Tuntekaa kuinka energia virtaa.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Kjenn korleis energien bølgjar.</w:t>
      </w:r>
    </w:p>
    <w:p w14:paraId="095FA2F9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12E30229" w14:textId="6A0FB653" w:rsidR="00E32A31" w:rsidRPr="00E32A31" w:rsidRDefault="00E32A31" w:rsidP="00E32A31">
      <w:pPr>
        <w:spacing w:after="0" w:line="240" w:lineRule="auto"/>
      </w:pPr>
      <w:r>
        <w:t>MAIA</w:t>
      </w:r>
      <w:r w:rsidRPr="00E32A31">
        <w:t>:</w:t>
      </w:r>
    </w:p>
    <w:p w14:paraId="6384BB67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t>Missä minun ilma on?</w:t>
      </w:r>
      <w:r w:rsidRPr="00E32A31">
        <w:br/>
      </w:r>
      <w:r w:rsidR="003461BE" w:rsidRPr="003461BE">
        <w:rPr>
          <w:i/>
          <w:lang w:val="nb-NO"/>
        </w:rPr>
        <w:t xml:space="preserve">Kvar er lufta mi? </w:t>
      </w:r>
    </w:p>
    <w:p w14:paraId="7ABE027E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Sinun piti pitää huolta siitä!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 xml:space="preserve">Du skulle ta vare på ho! </w:t>
      </w:r>
    </w:p>
    <w:p w14:paraId="2A4D45B5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Sinä lupasit!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 xml:space="preserve">Du lova! </w:t>
      </w:r>
    </w:p>
    <w:p w14:paraId="2719A9D2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Missä ilma on!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Kvar er lufta!</w:t>
      </w:r>
    </w:p>
    <w:p w14:paraId="36CB2B1D" w14:textId="55E2738F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Sinä lupasit!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Du lova!</w:t>
      </w:r>
    </w:p>
    <w:p w14:paraId="76A5BB05" w14:textId="77777777" w:rsidR="003461BE" w:rsidRPr="003461BE" w:rsidRDefault="003461BE" w:rsidP="00E32A31">
      <w:pPr>
        <w:spacing w:after="0" w:line="240" w:lineRule="auto"/>
        <w:rPr>
          <w:lang w:val="nb-NO"/>
        </w:rPr>
      </w:pPr>
    </w:p>
    <w:p w14:paraId="4014DD9B" w14:textId="6BB91799" w:rsidR="00E32A31" w:rsidRPr="00E32A31" w:rsidRDefault="00E32A31" w:rsidP="00E32A31">
      <w:pPr>
        <w:spacing w:after="0" w:line="240" w:lineRule="auto"/>
      </w:pPr>
      <w:r w:rsidRPr="00E32A31">
        <w:t xml:space="preserve">KAISA: </w:t>
      </w:r>
    </w:p>
    <w:p w14:paraId="24FE68C6" w14:textId="4764CE90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t>Missä minun ilma on?!</w:t>
      </w:r>
      <w:r w:rsidRPr="00E32A31">
        <w:br/>
      </w:r>
      <w:r w:rsidR="003461BE" w:rsidRPr="003461BE">
        <w:rPr>
          <w:i/>
          <w:lang w:val="nb-NO"/>
        </w:rPr>
        <w:t>Kvar er lufta mi?!</w:t>
      </w:r>
    </w:p>
    <w:p w14:paraId="3FB6F73F" w14:textId="77777777" w:rsidR="003461BE" w:rsidRDefault="003461BE" w:rsidP="00E32A31">
      <w:pPr>
        <w:spacing w:after="0" w:line="240" w:lineRule="auto"/>
        <w:rPr>
          <w:lang w:val="nb-NO"/>
        </w:rPr>
      </w:pPr>
    </w:p>
    <w:p w14:paraId="4F064261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64080697" w14:textId="454F4E9C" w:rsidR="00E32A31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Kaisa, sinun piti vain näytellä!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>Kaisa, du skal late som!</w:t>
      </w:r>
    </w:p>
    <w:p w14:paraId="02B6F825" w14:textId="77777777" w:rsidR="003461BE" w:rsidRPr="00E32A31" w:rsidRDefault="003461BE" w:rsidP="00E32A31">
      <w:pPr>
        <w:spacing w:after="0" w:line="240" w:lineRule="auto"/>
        <w:rPr>
          <w:lang w:val="nb-NO"/>
        </w:rPr>
      </w:pPr>
    </w:p>
    <w:p w14:paraId="6B35C82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613FC4E" w14:textId="75FC4D7E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Anteeksi!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Unnskyld!</w:t>
      </w:r>
    </w:p>
    <w:p w14:paraId="17C2FD3A" w14:textId="77777777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Kuinka kävi?</w:t>
      </w:r>
      <w:r w:rsidRPr="00E32A31">
        <w:rPr>
          <w:lang w:val="nb-NO"/>
        </w:rPr>
        <w:br/>
      </w:r>
      <w:r w:rsidRPr="00E32A31">
        <w:rPr>
          <w:i/>
          <w:lang w:val="nb-NO"/>
        </w:rPr>
        <w:t>Går det bra?</w:t>
      </w:r>
    </w:p>
    <w:p w14:paraId="2E796497" w14:textId="77777777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t>Anteeksi, Maija!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Unnskyld, Maia!</w:t>
      </w:r>
    </w:p>
    <w:p w14:paraId="0214ADC5" w14:textId="094CFAF5" w:rsidR="00356C56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Anteeksi!</w:t>
      </w:r>
      <w:r w:rsidRPr="00E32A31">
        <w:rPr>
          <w:lang w:val="nb-NO"/>
        </w:rPr>
        <w:br/>
      </w:r>
    </w:p>
    <w:p w14:paraId="5EE149F8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48EFBACA" w14:textId="77777777" w:rsidR="003461BE" w:rsidRDefault="00000000" w:rsidP="00E32A31">
      <w:pPr>
        <w:spacing w:after="0" w:line="240" w:lineRule="auto"/>
        <w:rPr>
          <w:i/>
          <w:lang w:val="nb-NO"/>
        </w:rPr>
      </w:pPr>
      <w:r w:rsidRPr="00E32A31">
        <w:rPr>
          <w:lang w:val="nb-NO"/>
        </w:rPr>
        <w:t>Sinä veit minulta hengen.</w:t>
      </w:r>
      <w:r w:rsidRPr="00E32A31">
        <w:rPr>
          <w:lang w:val="nb-NO"/>
        </w:rPr>
        <w:br/>
      </w:r>
      <w:r w:rsidR="003461BE" w:rsidRPr="003461BE">
        <w:rPr>
          <w:i/>
          <w:lang w:val="nb-NO"/>
        </w:rPr>
        <w:t xml:space="preserve">Du tok min siste pust. </w:t>
      </w:r>
    </w:p>
    <w:p w14:paraId="33AF75B0" w14:textId="4BF31EC1" w:rsidR="00356C56" w:rsidRPr="00E32A31" w:rsidRDefault="00000000" w:rsidP="00E32A31">
      <w:pPr>
        <w:spacing w:after="0" w:line="240" w:lineRule="auto"/>
        <w:rPr>
          <w:lang w:val="nb-NO"/>
        </w:rPr>
      </w:pPr>
      <w:r w:rsidRPr="00E32A31">
        <w:rPr>
          <w:lang w:val="nb-NO"/>
        </w:rPr>
        <w:lastRenderedPageBreak/>
        <w:t>Maija!</w:t>
      </w:r>
      <w:r w:rsidRPr="00E32A31">
        <w:rPr>
          <w:lang w:val="nb-NO"/>
        </w:rPr>
        <w:br/>
      </w:r>
      <w:r w:rsidRPr="00E32A31">
        <w:rPr>
          <w:i/>
          <w:lang w:val="nb-NO"/>
        </w:rPr>
        <w:t>Maia!</w:t>
      </w:r>
    </w:p>
    <w:p w14:paraId="59B0C5D5" w14:textId="03DFA7CF" w:rsidR="00356C56" w:rsidRPr="00E32A31" w:rsidRDefault="00356C56" w:rsidP="00E32A31">
      <w:pPr>
        <w:spacing w:after="0" w:line="240" w:lineRule="auto"/>
        <w:rPr>
          <w:lang w:val="nb-NO"/>
        </w:rPr>
      </w:pPr>
    </w:p>
    <w:sectPr w:rsidR="00356C56" w:rsidRPr="00E32A31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B511F" w14:textId="77777777" w:rsidR="00754B1E" w:rsidRDefault="00754B1E" w:rsidP="00952505">
      <w:pPr>
        <w:spacing w:after="0" w:line="240" w:lineRule="auto"/>
      </w:pPr>
      <w:r>
        <w:separator/>
      </w:r>
    </w:p>
  </w:endnote>
  <w:endnote w:type="continuationSeparator" w:id="0">
    <w:p w14:paraId="12029DA7" w14:textId="77777777" w:rsidR="00754B1E" w:rsidRDefault="00754B1E" w:rsidP="00952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79911635"/>
      <w:docPartObj>
        <w:docPartGallery w:val="Page Numbers (Bottom of Page)"/>
        <w:docPartUnique/>
      </w:docPartObj>
    </w:sdtPr>
    <w:sdtContent>
      <w:p w14:paraId="40597A23" w14:textId="3B94BB63" w:rsidR="00952505" w:rsidRDefault="00952505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58EBB9D" w14:textId="77777777" w:rsidR="00952505" w:rsidRDefault="00952505" w:rsidP="00952505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2041885557"/>
      <w:docPartObj>
        <w:docPartGallery w:val="Page Numbers (Bottom of Page)"/>
        <w:docPartUnique/>
      </w:docPartObj>
    </w:sdtPr>
    <w:sdtContent>
      <w:p w14:paraId="58889742" w14:textId="40D77013" w:rsidR="00952505" w:rsidRDefault="00952505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6FB99690" w14:textId="77777777" w:rsidR="00952505" w:rsidRDefault="00952505" w:rsidP="00952505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168D6" w14:textId="77777777" w:rsidR="00754B1E" w:rsidRDefault="00754B1E" w:rsidP="00952505">
      <w:pPr>
        <w:spacing w:after="0" w:line="240" w:lineRule="auto"/>
      </w:pPr>
      <w:r>
        <w:separator/>
      </w:r>
    </w:p>
  </w:footnote>
  <w:footnote w:type="continuationSeparator" w:id="0">
    <w:p w14:paraId="1A373709" w14:textId="77777777" w:rsidR="00754B1E" w:rsidRDefault="00754B1E" w:rsidP="009525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1909584">
    <w:abstractNumId w:val="8"/>
  </w:num>
  <w:num w:numId="2" w16cid:durableId="771969569">
    <w:abstractNumId w:val="6"/>
  </w:num>
  <w:num w:numId="3" w16cid:durableId="302122185">
    <w:abstractNumId w:val="5"/>
  </w:num>
  <w:num w:numId="4" w16cid:durableId="2096197579">
    <w:abstractNumId w:val="4"/>
  </w:num>
  <w:num w:numId="5" w16cid:durableId="444077753">
    <w:abstractNumId w:val="7"/>
  </w:num>
  <w:num w:numId="6" w16cid:durableId="937711408">
    <w:abstractNumId w:val="3"/>
  </w:num>
  <w:num w:numId="7" w16cid:durableId="928926812">
    <w:abstractNumId w:val="2"/>
  </w:num>
  <w:num w:numId="8" w16cid:durableId="1124080022">
    <w:abstractNumId w:val="1"/>
  </w:num>
  <w:num w:numId="9" w16cid:durableId="1473719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461BE"/>
    <w:rsid w:val="00356C56"/>
    <w:rsid w:val="00367DCC"/>
    <w:rsid w:val="00754B1E"/>
    <w:rsid w:val="00952505"/>
    <w:rsid w:val="00AA1D8D"/>
    <w:rsid w:val="00AF094C"/>
    <w:rsid w:val="00B47730"/>
    <w:rsid w:val="00BB6F00"/>
    <w:rsid w:val="00BC1F43"/>
    <w:rsid w:val="00CB0664"/>
    <w:rsid w:val="00D668E0"/>
    <w:rsid w:val="00E32A31"/>
    <w:rsid w:val="00E5599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650D6C"/>
  <w14:defaultImageDpi w14:val="300"/>
  <w15:docId w15:val="{04AFF7EF-E43A-7446-9CBD-F75787E8B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52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377</Words>
  <Characters>2002</Characters>
  <Application>Microsoft Office Word</Application>
  <DocSecurity>0</DocSecurity>
  <Lines>16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2375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4</cp:revision>
  <dcterms:created xsi:type="dcterms:W3CDTF">2025-11-28T14:28:00Z</dcterms:created>
  <dcterms:modified xsi:type="dcterms:W3CDTF">2025-12-03T08:31:00Z</dcterms:modified>
  <cp:category/>
</cp:coreProperties>
</file>