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B8F056" w14:textId="42A33BE5" w:rsidR="009C2A45" w:rsidRPr="009C2A45" w:rsidRDefault="005F1C18" w:rsidP="009C2A45">
      <w:pPr>
        <w:spacing w:after="0" w:line="240" w:lineRule="auto"/>
        <w:rPr>
          <w:b/>
          <w:bCs/>
          <w:lang w:val="nb-NO"/>
        </w:rPr>
      </w:pPr>
      <w:r>
        <w:rPr>
          <w:b/>
          <w:bCs/>
          <w:lang w:val="nb-NO"/>
        </w:rPr>
        <w:t>Nynorsk</w:t>
      </w:r>
      <w:r w:rsidR="009C2A45" w:rsidRPr="009C2A45">
        <w:rPr>
          <w:b/>
          <w:bCs/>
          <w:lang w:val="nb-NO"/>
        </w:rPr>
        <w:t xml:space="preserve"> og finsk dialogmanus, episode 9</w:t>
      </w:r>
    </w:p>
    <w:p w14:paraId="6483FC69" w14:textId="3AC64AE9" w:rsidR="009C2A45" w:rsidRPr="009C2A45" w:rsidRDefault="009C2A45" w:rsidP="009C2A45">
      <w:pPr>
        <w:spacing w:after="0" w:line="240" w:lineRule="auto"/>
        <w:rPr>
          <w:b/>
          <w:bCs/>
          <w:lang w:val="nb-NO"/>
        </w:rPr>
      </w:pPr>
      <w:r w:rsidRPr="009C2A45">
        <w:rPr>
          <w:b/>
          <w:bCs/>
          <w:lang w:val="nb-NO"/>
        </w:rPr>
        <w:t>Kesäloma</w:t>
      </w:r>
    </w:p>
    <w:p w14:paraId="536DAE83" w14:textId="0C63ABD1" w:rsidR="009C2A45" w:rsidRPr="00F913EE" w:rsidRDefault="009C2A45" w:rsidP="009C2A45">
      <w:pPr>
        <w:spacing w:after="0" w:line="240" w:lineRule="auto"/>
        <w:rPr>
          <w:b/>
          <w:bCs/>
          <w:i/>
          <w:iCs/>
          <w:lang w:val="nb-NO"/>
        </w:rPr>
      </w:pPr>
      <w:r w:rsidRPr="00F913EE">
        <w:rPr>
          <w:b/>
          <w:bCs/>
          <w:i/>
          <w:iCs/>
          <w:lang w:val="nb-NO"/>
        </w:rPr>
        <w:t>Somm</w:t>
      </w:r>
      <w:r w:rsidR="005F1C18" w:rsidRPr="00F913EE">
        <w:rPr>
          <w:b/>
          <w:bCs/>
          <w:i/>
          <w:iCs/>
          <w:lang w:val="nb-NO"/>
        </w:rPr>
        <w:t>a</w:t>
      </w:r>
      <w:r w:rsidRPr="00F913EE">
        <w:rPr>
          <w:b/>
          <w:bCs/>
          <w:i/>
          <w:iCs/>
          <w:lang w:val="nb-NO"/>
        </w:rPr>
        <w:t>rferie</w:t>
      </w:r>
    </w:p>
    <w:p w14:paraId="1800FC73" w14:textId="77777777" w:rsidR="009C2A45" w:rsidRPr="009C2A45" w:rsidRDefault="009C2A45" w:rsidP="009C2A45">
      <w:pPr>
        <w:spacing w:after="0" w:line="240" w:lineRule="auto"/>
        <w:rPr>
          <w:lang w:val="nb-NO"/>
        </w:rPr>
      </w:pPr>
    </w:p>
    <w:p w14:paraId="16FB5BFA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AARON: </w:t>
      </w:r>
    </w:p>
    <w:p w14:paraId="514BC9A5" w14:textId="38D67961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Minä iloitsen. Tuletteko minua vastaan? </w:t>
      </w:r>
    </w:p>
    <w:p w14:paraId="4B1B9BBB" w14:textId="1DCC2DFE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Eg gler meg, møter de meg?</w:t>
      </w:r>
    </w:p>
    <w:p w14:paraId="3DC3C483" w14:textId="77777777" w:rsidR="005F1C18" w:rsidRPr="009C2A45" w:rsidRDefault="005F1C18" w:rsidP="009C2A45">
      <w:pPr>
        <w:spacing w:after="0" w:line="240" w:lineRule="auto"/>
        <w:rPr>
          <w:lang w:val="nb-NO"/>
        </w:rPr>
      </w:pPr>
    </w:p>
    <w:p w14:paraId="738EC608" w14:textId="7240B67D" w:rsidR="009C27FC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LÆRER:</w:t>
      </w:r>
    </w:p>
    <w:p w14:paraId="47500FF3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Kiitos, wow!</w:t>
      </w:r>
    </w:p>
    <w:p w14:paraId="6580BE9B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Takk, wow!</w:t>
      </w:r>
    </w:p>
    <w:p w14:paraId="57F8D67E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Ok.</w:t>
      </w:r>
    </w:p>
    <w:p w14:paraId="00499378" w14:textId="37A5BF2A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Ok.</w:t>
      </w:r>
    </w:p>
    <w:p w14:paraId="3855A66D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Minä olen saanut teidän raportit.</w:t>
      </w:r>
    </w:p>
    <w:p w14:paraId="610662DB" w14:textId="77777777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Eg har fått rapportane deira.</w:t>
      </w:r>
    </w:p>
    <w:p w14:paraId="63066D14" w14:textId="1B8539C8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Kaikki eivät jaksaneet pysyä poissa sosiaalisista medioista.</w:t>
      </w:r>
    </w:p>
    <w:p w14:paraId="07E4DC55" w14:textId="77777777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 xml:space="preserve">Nokre klarte ikkje å halde seg borte frå sosiale medium. </w:t>
      </w:r>
    </w:p>
    <w:p w14:paraId="07559674" w14:textId="6551A2F1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Joku oli painanut vahingossa yhtä appia.</w:t>
      </w:r>
    </w:p>
    <w:p w14:paraId="2487D0D1" w14:textId="77777777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Nokre har trykt på ein av appane ved eit uhell.</w:t>
      </w:r>
    </w:p>
    <w:p w14:paraId="6FF56DD4" w14:textId="28A03116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Useimmat olivat kyllä pärjänneet koko viikon. </w:t>
      </w:r>
    </w:p>
    <w:p w14:paraId="36BA28CA" w14:textId="77777777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 xml:space="preserve">Dei fleste har klart heile veka. </w:t>
      </w:r>
    </w:p>
    <w:p w14:paraId="42114BF2" w14:textId="504308EC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Minun mielestäni olette olleet todella taitavia koska olette ottaneet tehtävän näin vakavasti.</w:t>
      </w:r>
    </w:p>
    <w:p w14:paraId="48E74996" w14:textId="77777777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 xml:space="preserve">Eg er imponert over kor alvorleg de alle har teke oppgåva. </w:t>
      </w:r>
    </w:p>
    <w:p w14:paraId="080BA333" w14:textId="6423B518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Kaikki saavat palkinnon. </w:t>
      </w:r>
    </w:p>
    <w:p w14:paraId="7BCA0D3B" w14:textId="0B68059E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Alle får premie. </w:t>
      </w:r>
    </w:p>
    <w:p w14:paraId="116A8985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Jutellaan vielä meidän kokemuksistamme ennenkuin lähdemme lomalle.</w:t>
      </w:r>
    </w:p>
    <w:p w14:paraId="5BC4283D" w14:textId="5F7A1114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La oss dele erfaringane våre før me tek ferie.</w:t>
      </w:r>
    </w:p>
    <w:p w14:paraId="132CF4C7" w14:textId="77777777" w:rsidR="005F1C18" w:rsidRDefault="005F1C18" w:rsidP="009C2A45">
      <w:pPr>
        <w:spacing w:after="0" w:line="240" w:lineRule="auto"/>
        <w:rPr>
          <w:lang w:val="nb-NO"/>
        </w:rPr>
      </w:pPr>
    </w:p>
    <w:p w14:paraId="599D6910" w14:textId="138938F4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MAIA:</w:t>
      </w:r>
    </w:p>
    <w:p w14:paraId="0F48A386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Minulla oli tylsää ja painoin vahingossa.</w:t>
      </w:r>
    </w:p>
    <w:p w14:paraId="1312BBCC" w14:textId="5BC004D3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Eg kjeda meg og trykte av uvane.</w:t>
      </w:r>
    </w:p>
    <w:p w14:paraId="5F581237" w14:textId="77777777" w:rsidR="005F1C18" w:rsidRDefault="005F1C18" w:rsidP="009C2A45">
      <w:pPr>
        <w:spacing w:after="0" w:line="240" w:lineRule="auto"/>
        <w:rPr>
          <w:lang w:val="nb-NO"/>
        </w:rPr>
      </w:pPr>
    </w:p>
    <w:p w14:paraId="536125B8" w14:textId="010D4E27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LÆRER:</w:t>
      </w:r>
    </w:p>
    <w:p w14:paraId="50BB4990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Aha, joo.</w:t>
      </w:r>
    </w:p>
    <w:p w14:paraId="3C020BF4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Aha, ja.</w:t>
      </w:r>
    </w:p>
    <w:p w14:paraId="35916609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0ABFDAC8" w14:textId="6D96ABDC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26042B4E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Kuka on raskaana?</w:t>
      </w:r>
    </w:p>
    <w:p w14:paraId="08FE267B" w14:textId="25214C44" w:rsidR="009C27FC" w:rsidRPr="009C2A45" w:rsidRDefault="005F1C18" w:rsidP="009C2A45">
      <w:pPr>
        <w:spacing w:after="0" w:line="240" w:lineRule="auto"/>
        <w:rPr>
          <w:lang w:val="nb-NO"/>
        </w:rPr>
      </w:pPr>
      <w:r>
        <w:rPr>
          <w:i/>
          <w:lang w:val="nb-NO"/>
        </w:rPr>
        <w:t>Kv</w:t>
      </w:r>
      <w:r w:rsidRPr="009C2A45">
        <w:rPr>
          <w:i/>
          <w:lang w:val="nb-NO"/>
        </w:rPr>
        <w:t>e</w:t>
      </w:r>
      <w:r>
        <w:rPr>
          <w:i/>
          <w:lang w:val="nb-NO"/>
        </w:rPr>
        <w:t>n</w:t>
      </w:r>
      <w:r w:rsidRPr="009C2A45">
        <w:rPr>
          <w:i/>
          <w:lang w:val="nb-NO"/>
        </w:rPr>
        <w:t xml:space="preserve"> er gravid? </w:t>
      </w:r>
    </w:p>
    <w:p w14:paraId="1916F9AE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2759F83E" w14:textId="37745BBD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ELEVER:</w:t>
      </w:r>
    </w:p>
    <w:p w14:paraId="21753625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Häh? </w:t>
      </w:r>
    </w:p>
    <w:p w14:paraId="28AAEA2E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Hæ? </w:t>
      </w:r>
    </w:p>
    <w:p w14:paraId="3FE6BE27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4DCC925B" w14:textId="518C1F64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1219B709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Näyttää siltä kuin joku olisi katsellut vauvan tavaroita.</w:t>
      </w:r>
    </w:p>
    <w:p w14:paraId="42CA1FDE" w14:textId="1AFB5AB7" w:rsidR="009C27FC" w:rsidRPr="009C2A45" w:rsidRDefault="005F1C18" w:rsidP="009C2A45">
      <w:pPr>
        <w:spacing w:after="0" w:line="240" w:lineRule="auto"/>
        <w:rPr>
          <w:lang w:val="nb-NO"/>
        </w:rPr>
      </w:pPr>
      <w:r w:rsidRPr="005F1C18">
        <w:rPr>
          <w:i/>
          <w:lang w:val="nb-NO"/>
        </w:rPr>
        <w:t>Det ser ut som nokon har sett på utstyr til baby.</w:t>
      </w:r>
    </w:p>
    <w:p w14:paraId="52B99106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LÆRER: </w:t>
      </w:r>
    </w:p>
    <w:p w14:paraId="5F355100" w14:textId="07C95B20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lastRenderedPageBreak/>
        <w:t>Niin ajateleem asiaa eteenpäin.</w:t>
      </w:r>
    </w:p>
    <w:p w14:paraId="0668F13C" w14:textId="77777777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 xml:space="preserve">Ja, la oss forfølgje den tanken vidare. </w:t>
      </w:r>
    </w:p>
    <w:p w14:paraId="46D3DE6F" w14:textId="266B88B9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Sosiaaliset mediat tietävät meistä paljon ja myös aivan yksityisiä asioita.</w:t>
      </w:r>
    </w:p>
    <w:p w14:paraId="0A2F6AAC" w14:textId="77777777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Sosiale medium veit mykje om oss, også heilt private ting.</w:t>
      </w:r>
    </w:p>
    <w:p w14:paraId="535AFB79" w14:textId="3C3CF929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Mitä se tarkoittaa? </w:t>
      </w:r>
    </w:p>
    <w:p w14:paraId="7080F062" w14:textId="406775BD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Kva betyr det?</w:t>
      </w:r>
    </w:p>
    <w:p w14:paraId="51BA8A5F" w14:textId="77777777" w:rsidR="005F1C18" w:rsidRPr="009C2A45" w:rsidRDefault="005F1C18" w:rsidP="009C2A45">
      <w:pPr>
        <w:spacing w:after="0" w:line="240" w:lineRule="auto"/>
        <w:rPr>
          <w:lang w:val="nb-NO"/>
        </w:rPr>
      </w:pPr>
    </w:p>
    <w:p w14:paraId="70CBCE7B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ELEV: </w:t>
      </w:r>
    </w:p>
    <w:p w14:paraId="1D92D804" w14:textId="5AE3D0BD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Että alustat tienaavat rahaa meidän henkilötiedoillamme.</w:t>
      </w:r>
    </w:p>
    <w:p w14:paraId="317B36DC" w14:textId="5BFC9032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At den personlege informasjonen vår er noko plattformene tener pengar på.</w:t>
      </w:r>
    </w:p>
    <w:p w14:paraId="17968F19" w14:textId="77777777" w:rsidR="005F1C18" w:rsidRPr="009C2A45" w:rsidRDefault="005F1C18" w:rsidP="009C2A45">
      <w:pPr>
        <w:spacing w:after="0" w:line="240" w:lineRule="auto"/>
        <w:rPr>
          <w:lang w:val="nb-NO"/>
        </w:rPr>
      </w:pPr>
    </w:p>
    <w:p w14:paraId="1F333E51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KAISA: </w:t>
      </w:r>
    </w:p>
    <w:p w14:paraId="5EF45F6D" w14:textId="644AA89B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Minä rakastan videoita vauvoista, pandakarhuista ja sen tapaisista. </w:t>
      </w:r>
    </w:p>
    <w:p w14:paraId="491FC2D3" w14:textId="77777777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 xml:space="preserve">Eg elskar videoar av babyar, pandabjørnar og sånn. </w:t>
      </w:r>
    </w:p>
    <w:p w14:paraId="1B007635" w14:textId="3CEF731C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Mutta en ole kuitenkaan raskaana.</w:t>
      </w:r>
    </w:p>
    <w:p w14:paraId="1A2FA6EE" w14:textId="67BC06DC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Eg er ikkje gravid av den grunn.</w:t>
      </w:r>
    </w:p>
    <w:p w14:paraId="078A0EFF" w14:textId="77777777" w:rsidR="005F1C18" w:rsidRPr="009C2A45" w:rsidRDefault="005F1C18" w:rsidP="009C2A45">
      <w:pPr>
        <w:spacing w:after="0" w:line="240" w:lineRule="auto"/>
        <w:rPr>
          <w:lang w:val="nb-NO"/>
        </w:rPr>
      </w:pPr>
    </w:p>
    <w:p w14:paraId="3C4EEF42" w14:textId="01916FF8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2F498F41" w14:textId="6058735F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Pandakarhut on uhanalainen laji… </w:t>
      </w:r>
    </w:p>
    <w:p w14:paraId="6906845E" w14:textId="6FC21CFA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Pandabjørnar er utryddingstrua...</w:t>
      </w:r>
    </w:p>
    <w:p w14:paraId="6B7196E3" w14:textId="77777777" w:rsidR="005F1C18" w:rsidRDefault="005F1C18" w:rsidP="009C2A45">
      <w:pPr>
        <w:spacing w:after="0" w:line="240" w:lineRule="auto"/>
        <w:rPr>
          <w:lang w:val="nb-NO"/>
        </w:rPr>
      </w:pPr>
    </w:p>
    <w:p w14:paraId="3CCD1269" w14:textId="55875987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MAIA:</w:t>
      </w:r>
    </w:p>
    <w:p w14:paraId="3A10FD50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Ei enää. </w:t>
      </w:r>
    </w:p>
    <w:p w14:paraId="35DD9A85" w14:textId="77777777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Ikkje no lenger.</w:t>
      </w:r>
    </w:p>
    <w:p w14:paraId="4AE83C14" w14:textId="5CB8BAA8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Ne on pelastettu! </w:t>
      </w:r>
    </w:p>
    <w:p w14:paraId="3721FF65" w14:textId="77777777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Dei er redda!</w:t>
      </w:r>
    </w:p>
    <w:p w14:paraId="208D9029" w14:textId="47F257E0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Eikä siinä kestänyt kuin 50 vuotta! </w:t>
      </w:r>
    </w:p>
    <w:p w14:paraId="43A40634" w14:textId="05E6D03A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Det tok berre 50 år!</w:t>
      </w:r>
    </w:p>
    <w:p w14:paraId="5874516F" w14:textId="77777777" w:rsidR="005F1C18" w:rsidRDefault="005F1C18" w:rsidP="009C2A45">
      <w:pPr>
        <w:spacing w:after="0" w:line="240" w:lineRule="auto"/>
        <w:rPr>
          <w:lang w:val="nb-NO"/>
        </w:rPr>
      </w:pPr>
    </w:p>
    <w:p w14:paraId="23AC1184" w14:textId="02442DFE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068ED7FA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Aloitetaan sitten meidän joen kalojen pelastus.</w:t>
      </w:r>
    </w:p>
    <w:p w14:paraId="4E22D345" w14:textId="77777777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 xml:space="preserve">La oss komme i gang med å redde fisken i elva vår, då! </w:t>
      </w:r>
    </w:p>
    <w:p w14:paraId="66985F72" w14:textId="79585E33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Tämä on aivan turhaa. </w:t>
      </w:r>
    </w:p>
    <w:p w14:paraId="546C6B51" w14:textId="4DA06A42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Dette er totalt meiningslaust.</w:t>
      </w:r>
    </w:p>
    <w:p w14:paraId="4AB79AD4" w14:textId="77777777" w:rsidR="005F1C18" w:rsidRDefault="005F1C18" w:rsidP="009C2A45">
      <w:pPr>
        <w:spacing w:after="0" w:line="240" w:lineRule="auto"/>
        <w:rPr>
          <w:lang w:val="nb-NO"/>
        </w:rPr>
      </w:pPr>
    </w:p>
    <w:p w14:paraId="596C40C7" w14:textId="6278169A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5E5DEB40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Ei se nyt niin vaarallista ole! </w:t>
      </w:r>
    </w:p>
    <w:p w14:paraId="0AE36C67" w14:textId="316B0DE8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Det er ikkje så farleg!</w:t>
      </w:r>
    </w:p>
    <w:p w14:paraId="15D12DED" w14:textId="77777777" w:rsidR="005F1C18" w:rsidRDefault="005F1C18" w:rsidP="009C2A45">
      <w:pPr>
        <w:spacing w:after="0" w:line="240" w:lineRule="auto"/>
        <w:rPr>
          <w:lang w:val="nb-NO"/>
        </w:rPr>
      </w:pPr>
    </w:p>
    <w:p w14:paraId="4C7DAFA9" w14:textId="0DF72C6D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51C2517B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On se!</w:t>
      </w:r>
    </w:p>
    <w:p w14:paraId="26BCC004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Jo!</w:t>
      </w:r>
    </w:p>
    <w:p w14:paraId="321F153F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0D98D7E2" w14:textId="490A5E53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6D7EE9C6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Hyvänen aika, Nils! </w:t>
      </w:r>
    </w:p>
    <w:p w14:paraId="512332C1" w14:textId="152097A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Herregud, Nils! </w:t>
      </w:r>
    </w:p>
    <w:p w14:paraId="4E5F00F6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Kuinka sinä sitte ajattelit koota allekirjoituksia jokea varten? </w:t>
      </w:r>
    </w:p>
    <w:p w14:paraId="0901FCA3" w14:textId="259A6656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Korleis skal du samle underskrifter for elva då?</w:t>
      </w:r>
    </w:p>
    <w:p w14:paraId="62FCD66E" w14:textId="77777777" w:rsidR="005F1C18" w:rsidRPr="009C2A45" w:rsidRDefault="005F1C18" w:rsidP="009C2A45">
      <w:pPr>
        <w:spacing w:after="0" w:line="240" w:lineRule="auto"/>
        <w:rPr>
          <w:lang w:val="nb-NO"/>
        </w:rPr>
      </w:pPr>
    </w:p>
    <w:p w14:paraId="61FC9DA8" w14:textId="48A0F846" w:rsidR="009C27FC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LÆRER:</w:t>
      </w:r>
    </w:p>
    <w:p w14:paraId="33391A23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No hyvää kesää, Nils.</w:t>
      </w:r>
    </w:p>
    <w:p w14:paraId="30AC7DF8" w14:textId="5C804ACE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God somm</w:t>
      </w:r>
      <w:r w:rsidR="005F1C18">
        <w:rPr>
          <w:i/>
          <w:lang w:val="nb-NO"/>
        </w:rPr>
        <w:t>a</w:t>
      </w:r>
      <w:r w:rsidRPr="009C2A45">
        <w:rPr>
          <w:i/>
          <w:lang w:val="nb-NO"/>
        </w:rPr>
        <w:t>r, Nils.</w:t>
      </w:r>
    </w:p>
    <w:p w14:paraId="646950FC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04BE571D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NILS: </w:t>
      </w:r>
    </w:p>
    <w:p w14:paraId="4EA91259" w14:textId="28EC1A6C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Perhanan hyvää kesää… </w:t>
      </w:r>
    </w:p>
    <w:p w14:paraId="5A52950F" w14:textId="72F02D24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Forbanna god sommar...</w:t>
      </w:r>
    </w:p>
    <w:p w14:paraId="4AA84EE8" w14:textId="77777777" w:rsidR="005F1C18" w:rsidRPr="009C2A45" w:rsidRDefault="005F1C18" w:rsidP="009C2A45">
      <w:pPr>
        <w:spacing w:after="0" w:line="240" w:lineRule="auto"/>
        <w:rPr>
          <w:lang w:val="nb-NO"/>
        </w:rPr>
      </w:pPr>
    </w:p>
    <w:p w14:paraId="63D0A1BE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NOTATBOK:</w:t>
      </w:r>
    </w:p>
    <w:p w14:paraId="31E0A47F" w14:textId="70395DCE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Joen pelastussuunnitelma.</w:t>
      </w:r>
    </w:p>
    <w:p w14:paraId="12136FFC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Redningsplan for elva.</w:t>
      </w:r>
    </w:p>
    <w:p w14:paraId="0EBBD3D7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5E0F2A11" w14:textId="0C0B36B8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56BAA8E9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Sinäkö se olet raskaana?</w:t>
      </w:r>
    </w:p>
    <w:p w14:paraId="51EEC943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Er det du som er gravid?! </w:t>
      </w:r>
    </w:p>
    <w:p w14:paraId="50ABE847" w14:textId="794589E6" w:rsidR="009C27FC" w:rsidRDefault="009C27FC" w:rsidP="009C2A45">
      <w:pPr>
        <w:spacing w:after="0" w:line="240" w:lineRule="auto"/>
        <w:rPr>
          <w:lang w:val="nb-NO"/>
        </w:rPr>
      </w:pPr>
    </w:p>
    <w:p w14:paraId="482F39EC" w14:textId="6F89DEC4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ELEVER: </w:t>
      </w:r>
    </w:p>
    <w:p w14:paraId="6DFADCEF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Onnea! </w:t>
      </w:r>
    </w:p>
    <w:p w14:paraId="4BFAA14D" w14:textId="1733F539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Gratulerer! </w:t>
      </w:r>
    </w:p>
    <w:p w14:paraId="690AF723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589E4B2A" w14:textId="2EFF97AA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>ELEV:</w:t>
      </w:r>
    </w:p>
    <w:p w14:paraId="64B7F6B1" w14:textId="77777777" w:rsidR="009C27FC" w:rsidRPr="005F1C18" w:rsidRDefault="00000000" w:rsidP="009C2A45">
      <w:pPr>
        <w:spacing w:after="0" w:line="240" w:lineRule="auto"/>
        <w:rPr>
          <w:color w:val="000000" w:themeColor="text1"/>
          <w:lang w:val="nb-NO"/>
        </w:rPr>
      </w:pPr>
      <w:r w:rsidRPr="005F1C18">
        <w:rPr>
          <w:color w:val="000000" w:themeColor="text1"/>
          <w:lang w:val="nb-NO"/>
        </w:rPr>
        <w:t>Wow!</w:t>
      </w:r>
    </w:p>
    <w:p w14:paraId="007FE39C" w14:textId="2266C760" w:rsidR="009C27FC" w:rsidRPr="005F1C18" w:rsidRDefault="00000000" w:rsidP="009C2A45">
      <w:pPr>
        <w:spacing w:after="0" w:line="240" w:lineRule="auto"/>
        <w:rPr>
          <w:color w:val="000000" w:themeColor="text1"/>
          <w:lang w:val="nb-NO"/>
        </w:rPr>
      </w:pPr>
      <w:r w:rsidRPr="005F1C18">
        <w:rPr>
          <w:i/>
          <w:color w:val="000000" w:themeColor="text1"/>
          <w:lang w:val="nb-NO"/>
        </w:rPr>
        <w:t>Wow!</w:t>
      </w:r>
    </w:p>
    <w:p w14:paraId="454B7C16" w14:textId="77777777" w:rsidR="009C27FC" w:rsidRPr="005F1C18" w:rsidRDefault="009C27FC" w:rsidP="009C2A45">
      <w:pPr>
        <w:spacing w:after="0" w:line="240" w:lineRule="auto"/>
        <w:rPr>
          <w:color w:val="FF0000"/>
          <w:lang w:val="nb-NO"/>
        </w:rPr>
      </w:pPr>
    </w:p>
    <w:p w14:paraId="6C04F3F2" w14:textId="033A337E" w:rsidR="00613336" w:rsidRPr="005F1C18" w:rsidRDefault="00613336" w:rsidP="009C2A45">
      <w:pPr>
        <w:spacing w:after="0" w:line="240" w:lineRule="auto"/>
        <w:rPr>
          <w:color w:val="000000" w:themeColor="text1"/>
          <w:lang w:val="nb-NO"/>
        </w:rPr>
      </w:pPr>
      <w:r w:rsidRPr="005F1C18">
        <w:rPr>
          <w:color w:val="000000" w:themeColor="text1"/>
          <w:lang w:val="nb-NO"/>
        </w:rPr>
        <w:t xml:space="preserve">LÆRER: </w:t>
      </w:r>
    </w:p>
    <w:p w14:paraId="7BE43C78" w14:textId="77777777" w:rsidR="009C27FC" w:rsidRPr="00613336" w:rsidRDefault="00000000" w:rsidP="009C2A45">
      <w:pPr>
        <w:spacing w:after="0" w:line="240" w:lineRule="auto"/>
        <w:rPr>
          <w:lang w:val="nb-NO"/>
        </w:rPr>
      </w:pPr>
      <w:r w:rsidRPr="00613336">
        <w:rPr>
          <w:lang w:val="nb-NO"/>
        </w:rPr>
        <w:t xml:space="preserve">Paljon kiitoksia! </w:t>
      </w:r>
    </w:p>
    <w:p w14:paraId="7DF0C326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Tusen takk! </w:t>
      </w:r>
    </w:p>
    <w:p w14:paraId="187B76E1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2407A6F9" w14:textId="7B2D9A1D" w:rsidR="009C27FC" w:rsidRPr="00613336" w:rsidRDefault="00613336" w:rsidP="009C2A45">
      <w:pPr>
        <w:spacing w:after="0" w:line="240" w:lineRule="auto"/>
      </w:pPr>
      <w:r w:rsidRPr="00613336">
        <w:t>AARON:</w:t>
      </w:r>
    </w:p>
    <w:p w14:paraId="549D5155" w14:textId="77777777" w:rsidR="009C27FC" w:rsidRPr="00613336" w:rsidRDefault="00000000" w:rsidP="009C2A45">
      <w:pPr>
        <w:spacing w:after="0" w:line="240" w:lineRule="auto"/>
      </w:pPr>
      <w:r w:rsidRPr="00613336">
        <w:t>Minä tulen bussilla perjantaina klo 14…</w:t>
      </w:r>
    </w:p>
    <w:p w14:paraId="399D58AF" w14:textId="77777777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Eg kjem med bussen fredag klokka 14.10!</w:t>
      </w:r>
    </w:p>
    <w:p w14:paraId="06DD0BA6" w14:textId="27C7DE06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Vastatkaan jo!</w:t>
      </w:r>
    </w:p>
    <w:p w14:paraId="6914A0DD" w14:textId="5080B743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Svar d</w:t>
      </w:r>
      <w:r w:rsidR="005F1C18">
        <w:rPr>
          <w:i/>
          <w:lang w:val="nb-NO"/>
        </w:rPr>
        <w:t>å</w:t>
      </w:r>
      <w:r w:rsidRPr="009C2A45">
        <w:rPr>
          <w:i/>
          <w:lang w:val="nb-NO"/>
        </w:rPr>
        <w:t>!</w:t>
      </w:r>
    </w:p>
    <w:p w14:paraId="576C3C04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4CD37ACA" w14:textId="03FC22A6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6E473759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Voi, taavetti! </w:t>
      </w:r>
    </w:p>
    <w:p w14:paraId="3D233FA1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Oi, søren! </w:t>
      </w:r>
    </w:p>
    <w:p w14:paraId="0C4CC55B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5D6EED6E" w14:textId="547FD93B" w:rsidR="009C27FC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ELEVER: </w:t>
      </w:r>
    </w:p>
    <w:p w14:paraId="03977612" w14:textId="7AC9E310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Hyvää Kesälomaa!</w:t>
      </w:r>
      <w:r w:rsidRPr="009C2A45">
        <w:rPr>
          <w:lang w:val="nb-NO"/>
        </w:rPr>
        <w:br/>
        <w:t>Sosiaalinen media....!</w:t>
      </w:r>
    </w:p>
    <w:p w14:paraId="64995399" w14:textId="2E18D5D3" w:rsidR="009C27FC" w:rsidRDefault="00000000" w:rsidP="009C2A45">
      <w:pPr>
        <w:spacing w:after="0" w:line="240" w:lineRule="auto"/>
        <w:rPr>
          <w:i/>
          <w:lang w:val="nb-NO"/>
        </w:rPr>
      </w:pPr>
      <w:r w:rsidRPr="009C2A45">
        <w:rPr>
          <w:i/>
          <w:lang w:val="nb-NO"/>
        </w:rPr>
        <w:t xml:space="preserve">God sommer! </w:t>
      </w:r>
    </w:p>
    <w:p w14:paraId="69290439" w14:textId="104A8E5E" w:rsidR="009C27FC" w:rsidRPr="009C2A45" w:rsidRDefault="005F1C18" w:rsidP="009C2A45">
      <w:pPr>
        <w:spacing w:after="0" w:line="240" w:lineRule="auto"/>
        <w:rPr>
          <w:lang w:val="nb-NO"/>
        </w:rPr>
      </w:pPr>
      <w:r w:rsidRPr="005F1C18">
        <w:rPr>
          <w:i/>
          <w:lang w:val="nb-NO"/>
        </w:rPr>
        <w:t>Sosiale medium!</w:t>
      </w:r>
    </w:p>
    <w:p w14:paraId="31016EB7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14439B0B" w14:textId="77777777" w:rsidR="00613336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EEVA: </w:t>
      </w:r>
    </w:p>
    <w:p w14:paraId="1F013953" w14:textId="4F448F8B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Tuliko hänelle niin paha mieli?</w:t>
      </w:r>
    </w:p>
    <w:p w14:paraId="7782E7A1" w14:textId="1D8DADC3" w:rsidR="009C27FC" w:rsidRPr="009C2A45" w:rsidRDefault="005F1C18" w:rsidP="009C2A45">
      <w:pPr>
        <w:spacing w:after="0" w:line="240" w:lineRule="auto"/>
        <w:rPr>
          <w:lang w:val="nb-NO"/>
        </w:rPr>
      </w:pPr>
      <w:r w:rsidRPr="005F1C18">
        <w:rPr>
          <w:i/>
          <w:lang w:val="nb-NO"/>
        </w:rPr>
        <w:t>Vart han så lei seg…</w:t>
      </w:r>
    </w:p>
    <w:p w14:paraId="0B19F896" w14:textId="77777777" w:rsidR="00613336" w:rsidRDefault="00613336" w:rsidP="009C2A45">
      <w:pPr>
        <w:spacing w:after="0" w:line="240" w:lineRule="auto"/>
        <w:rPr>
          <w:lang w:val="nb-NO"/>
        </w:rPr>
      </w:pPr>
    </w:p>
    <w:p w14:paraId="004680BE" w14:textId="77777777" w:rsidR="00613336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275365F3" w14:textId="7F4474EC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Hei Eeva, voiko "etiäinen" asua sinun luonasi?</w:t>
      </w:r>
    </w:p>
    <w:p w14:paraId="14070C07" w14:textId="01EC56C2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Hei Eeva, kan Vardøger bu hos deg?</w:t>
      </w:r>
    </w:p>
    <w:p w14:paraId="54D49760" w14:textId="77777777" w:rsidR="005F1C18" w:rsidRDefault="005F1C18" w:rsidP="009C2A45">
      <w:pPr>
        <w:spacing w:after="0" w:line="240" w:lineRule="auto"/>
        <w:rPr>
          <w:lang w:val="nb-NO"/>
        </w:rPr>
      </w:pPr>
    </w:p>
    <w:p w14:paraId="7F62BA51" w14:textId="66687A8E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6D6530D9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Miksi hän ei soittanut? </w:t>
      </w:r>
    </w:p>
    <w:p w14:paraId="21193B68" w14:textId="21655006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Kunne han ikkje berre ringt!?</w:t>
      </w:r>
    </w:p>
    <w:p w14:paraId="28150775" w14:textId="77777777" w:rsidR="005F1C18" w:rsidRDefault="005F1C18" w:rsidP="009C2A45">
      <w:pPr>
        <w:spacing w:after="0" w:line="240" w:lineRule="auto"/>
        <w:rPr>
          <w:lang w:val="nb-NO"/>
        </w:rPr>
      </w:pPr>
    </w:p>
    <w:p w14:paraId="19CD53E4" w14:textId="137D013A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KAISA OG EEVA: </w:t>
      </w:r>
    </w:p>
    <w:p w14:paraId="6008C811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Ohoh! </w:t>
      </w:r>
    </w:p>
    <w:p w14:paraId="4BF0125C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Oi.</w:t>
      </w:r>
    </w:p>
    <w:p w14:paraId="57E4275D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sectPr w:rsidR="009C27FC" w:rsidRPr="009C2A45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C49E19" w14:textId="77777777" w:rsidR="006D0A3D" w:rsidRDefault="006D0A3D" w:rsidP="00613336">
      <w:pPr>
        <w:spacing w:after="0" w:line="240" w:lineRule="auto"/>
      </w:pPr>
      <w:r>
        <w:separator/>
      </w:r>
    </w:p>
  </w:endnote>
  <w:endnote w:type="continuationSeparator" w:id="0">
    <w:p w14:paraId="5D559463" w14:textId="77777777" w:rsidR="006D0A3D" w:rsidRDefault="006D0A3D" w:rsidP="006133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46286404"/>
      <w:docPartObj>
        <w:docPartGallery w:val="Page Numbers (Bottom of Page)"/>
        <w:docPartUnique/>
      </w:docPartObj>
    </w:sdtPr>
    <w:sdtContent>
      <w:p w14:paraId="053C448B" w14:textId="45B63F3A" w:rsidR="00613336" w:rsidRDefault="00613336" w:rsidP="00966038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5DB0E269" w14:textId="77777777" w:rsidR="00613336" w:rsidRDefault="00613336" w:rsidP="00613336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495716327"/>
      <w:docPartObj>
        <w:docPartGallery w:val="Page Numbers (Bottom of Page)"/>
        <w:docPartUnique/>
      </w:docPartObj>
    </w:sdtPr>
    <w:sdtContent>
      <w:p w14:paraId="068F2AA8" w14:textId="7AB581FF" w:rsidR="00613336" w:rsidRDefault="00613336" w:rsidP="00966038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4</w:t>
        </w:r>
        <w:r>
          <w:rPr>
            <w:rStyle w:val="Sidetall"/>
          </w:rPr>
          <w:fldChar w:fldCharType="end"/>
        </w:r>
      </w:p>
    </w:sdtContent>
  </w:sdt>
  <w:p w14:paraId="785CBD7B" w14:textId="77777777" w:rsidR="00613336" w:rsidRDefault="00613336" w:rsidP="00613336">
    <w:pPr>
      <w:pStyle w:val="Bunntekst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DA28A" w14:textId="77777777" w:rsidR="00613336" w:rsidRDefault="00613336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E3A1C3" w14:textId="77777777" w:rsidR="006D0A3D" w:rsidRDefault="006D0A3D" w:rsidP="00613336">
      <w:pPr>
        <w:spacing w:after="0" w:line="240" w:lineRule="auto"/>
      </w:pPr>
      <w:r>
        <w:separator/>
      </w:r>
    </w:p>
  </w:footnote>
  <w:footnote w:type="continuationSeparator" w:id="0">
    <w:p w14:paraId="30073A9B" w14:textId="77777777" w:rsidR="006D0A3D" w:rsidRDefault="006D0A3D" w:rsidP="006133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425691" w14:textId="77777777" w:rsidR="00613336" w:rsidRDefault="00613336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25BCE" w14:textId="77777777" w:rsidR="00613336" w:rsidRDefault="00613336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18C5B" w14:textId="77777777" w:rsidR="00613336" w:rsidRDefault="00613336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36323418">
    <w:abstractNumId w:val="8"/>
  </w:num>
  <w:num w:numId="2" w16cid:durableId="547305055">
    <w:abstractNumId w:val="6"/>
  </w:num>
  <w:num w:numId="3" w16cid:durableId="165052148">
    <w:abstractNumId w:val="5"/>
  </w:num>
  <w:num w:numId="4" w16cid:durableId="144510897">
    <w:abstractNumId w:val="4"/>
  </w:num>
  <w:num w:numId="5" w16cid:durableId="1807115356">
    <w:abstractNumId w:val="7"/>
  </w:num>
  <w:num w:numId="6" w16cid:durableId="1301378021">
    <w:abstractNumId w:val="3"/>
  </w:num>
  <w:num w:numId="7" w16cid:durableId="1805856019">
    <w:abstractNumId w:val="2"/>
  </w:num>
  <w:num w:numId="8" w16cid:durableId="156112198">
    <w:abstractNumId w:val="1"/>
  </w:num>
  <w:num w:numId="9" w16cid:durableId="953289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C6CA7"/>
    <w:rsid w:val="0015074B"/>
    <w:rsid w:val="0029639D"/>
    <w:rsid w:val="00326F90"/>
    <w:rsid w:val="00333915"/>
    <w:rsid w:val="005F1C18"/>
    <w:rsid w:val="00613336"/>
    <w:rsid w:val="006D0A3D"/>
    <w:rsid w:val="007A5413"/>
    <w:rsid w:val="009C27FC"/>
    <w:rsid w:val="009C2A45"/>
    <w:rsid w:val="00AA1D8D"/>
    <w:rsid w:val="00B47730"/>
    <w:rsid w:val="00CA515C"/>
    <w:rsid w:val="00CB0664"/>
    <w:rsid w:val="00EC7F0C"/>
    <w:rsid w:val="00F913EE"/>
    <w:rsid w:val="00FC693F"/>
    <w:rsid w:val="00FE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C6F2F97"/>
  <w14:defaultImageDpi w14:val="300"/>
  <w15:docId w15:val="{4D1C0E51-0061-AF45-A471-EA7FC2543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6133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492</Words>
  <Characters>2612</Characters>
  <Application>Microsoft Office Word</Application>
  <DocSecurity>0</DocSecurity>
  <Lines>21</Lines>
  <Paragraphs>6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3098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4</cp:revision>
  <dcterms:created xsi:type="dcterms:W3CDTF">2025-12-01T13:09:00Z</dcterms:created>
  <dcterms:modified xsi:type="dcterms:W3CDTF">2025-12-03T08:31:00Z</dcterms:modified>
  <cp:category/>
</cp:coreProperties>
</file>