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FEC2" w14:textId="39BFBBBF" w:rsidR="00EA68CC" w:rsidRPr="00EA68CC" w:rsidRDefault="00EA68CC" w:rsidP="005A017D">
      <w:pPr>
        <w:spacing w:after="0" w:line="240" w:lineRule="auto"/>
        <w:rPr>
          <w:b/>
          <w:bCs/>
          <w:lang w:val="nb-NO"/>
        </w:rPr>
      </w:pPr>
      <w:r w:rsidRPr="00EA68CC">
        <w:rPr>
          <w:b/>
          <w:bCs/>
          <w:lang w:val="nb-NO"/>
        </w:rPr>
        <w:t xml:space="preserve">Dialogmanus </w:t>
      </w:r>
      <w:r w:rsidR="00B967E3">
        <w:rPr>
          <w:b/>
          <w:bCs/>
          <w:lang w:val="nb-NO"/>
        </w:rPr>
        <w:t xml:space="preserve">nynorsk </w:t>
      </w:r>
      <w:r w:rsidRPr="00EA68CC">
        <w:rPr>
          <w:b/>
          <w:bCs/>
          <w:lang w:val="nb-NO"/>
        </w:rPr>
        <w:t xml:space="preserve">og </w:t>
      </w:r>
      <w:r w:rsidR="00E91EBB">
        <w:rPr>
          <w:b/>
          <w:bCs/>
          <w:lang w:val="nb-NO"/>
        </w:rPr>
        <w:t>kvensk</w:t>
      </w:r>
      <w:r w:rsidRPr="00EA68CC">
        <w:rPr>
          <w:b/>
          <w:bCs/>
          <w:lang w:val="nb-NO"/>
        </w:rPr>
        <w:t>, episode 10</w:t>
      </w:r>
    </w:p>
    <w:p w14:paraId="35B6816F" w14:textId="77777777" w:rsidR="00E91EBB" w:rsidRDefault="00E91EBB" w:rsidP="005A017D">
      <w:pPr>
        <w:spacing w:after="0" w:line="240" w:lineRule="auto"/>
        <w:rPr>
          <w:b/>
          <w:bCs/>
          <w:lang w:val="nb-NO"/>
        </w:rPr>
      </w:pPr>
      <w:proofErr w:type="spellStart"/>
      <w:r w:rsidRPr="00E91EBB">
        <w:rPr>
          <w:b/>
          <w:bCs/>
          <w:lang w:val="nb-NO"/>
        </w:rPr>
        <w:t>Hollipaikka</w:t>
      </w:r>
      <w:proofErr w:type="spellEnd"/>
      <w:r w:rsidRPr="00E91EBB">
        <w:rPr>
          <w:b/>
          <w:bCs/>
          <w:lang w:val="nb-NO"/>
        </w:rPr>
        <w:t xml:space="preserve"> </w:t>
      </w:r>
    </w:p>
    <w:p w14:paraId="3F614EF5" w14:textId="4599BB62" w:rsidR="00EF112A" w:rsidRPr="00EA68CC" w:rsidRDefault="00EA68CC" w:rsidP="005A017D">
      <w:pPr>
        <w:spacing w:after="0" w:line="240" w:lineRule="auto"/>
        <w:rPr>
          <w:b/>
          <w:bCs/>
          <w:i/>
          <w:iCs/>
          <w:lang w:val="nb-NO"/>
        </w:rPr>
      </w:pPr>
      <w:proofErr w:type="spellStart"/>
      <w:r w:rsidRPr="00EA68CC">
        <w:rPr>
          <w:b/>
          <w:bCs/>
          <w:i/>
          <w:iCs/>
          <w:lang w:val="nb-NO"/>
        </w:rPr>
        <w:t>H</w:t>
      </w:r>
      <w:r w:rsidR="00B967E3">
        <w:rPr>
          <w:b/>
          <w:bCs/>
          <w:i/>
          <w:iCs/>
          <w:lang w:val="nb-NO"/>
        </w:rPr>
        <w:t>a</w:t>
      </w:r>
      <w:r w:rsidRPr="00EA68CC">
        <w:rPr>
          <w:b/>
          <w:bCs/>
          <w:i/>
          <w:iCs/>
          <w:lang w:val="nb-NO"/>
        </w:rPr>
        <w:t>ldeplassen</w:t>
      </w:r>
      <w:proofErr w:type="spellEnd"/>
      <w:r w:rsidRPr="00EA68CC">
        <w:rPr>
          <w:b/>
          <w:bCs/>
          <w:i/>
          <w:iCs/>
          <w:lang w:val="nb-NO"/>
        </w:rPr>
        <w:t xml:space="preserve"> </w:t>
      </w:r>
    </w:p>
    <w:p w14:paraId="50A00B87" w14:textId="77777777" w:rsidR="00EA68CC" w:rsidRDefault="00EA68CC" w:rsidP="005A017D">
      <w:pPr>
        <w:spacing w:after="0" w:line="240" w:lineRule="auto"/>
        <w:rPr>
          <w:i/>
          <w:iCs/>
          <w:lang w:val="nb-NO"/>
        </w:rPr>
      </w:pPr>
    </w:p>
    <w:p w14:paraId="1C4DCD4C" w14:textId="3AED2B44" w:rsidR="00EA68CC" w:rsidRPr="00EA68CC" w:rsidRDefault="00EA68CC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31EE5B9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Hei </w:t>
      </w:r>
      <w:proofErr w:type="spellStart"/>
      <w:r w:rsidRPr="005A017D">
        <w:rPr>
          <w:lang w:val="nb-NO"/>
        </w:rPr>
        <w:t>Eeva</w:t>
      </w:r>
      <w:proofErr w:type="spellEnd"/>
      <w:r w:rsidRPr="005A017D">
        <w:rPr>
          <w:lang w:val="nb-NO"/>
        </w:rPr>
        <w:t>.</w:t>
      </w:r>
    </w:p>
    <w:p w14:paraId="235FA015" w14:textId="32C7F79B" w:rsidR="00EF112A" w:rsidRDefault="00000000" w:rsidP="005A017D">
      <w:pPr>
        <w:spacing w:after="0" w:line="240" w:lineRule="auto"/>
      </w:pPr>
      <w:proofErr w:type="spellStart"/>
      <w:r>
        <w:rPr>
          <w:i/>
        </w:rPr>
        <w:t>Hei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Eeva</w:t>
      </w:r>
      <w:proofErr w:type="spellEnd"/>
      <w:r>
        <w:rPr>
          <w:i/>
        </w:rPr>
        <w:t>.</w:t>
      </w:r>
    </w:p>
    <w:p w14:paraId="1F3388A9" w14:textId="77777777" w:rsidR="00EA79B4" w:rsidRDefault="00EA79B4" w:rsidP="005A017D">
      <w:pPr>
        <w:spacing w:after="0" w:line="240" w:lineRule="auto"/>
      </w:pPr>
    </w:p>
    <w:p w14:paraId="7A2A7406" w14:textId="77777777" w:rsidR="00EA79B4" w:rsidRDefault="00EA79B4" w:rsidP="005A017D">
      <w:pPr>
        <w:spacing w:after="0" w:line="240" w:lineRule="auto"/>
      </w:pPr>
      <w:proofErr w:type="spellStart"/>
      <w:r>
        <w:t>EEVA</w:t>
      </w:r>
      <w:proofErr w:type="spellEnd"/>
      <w:r>
        <w:t>:</w:t>
      </w:r>
    </w:p>
    <w:p w14:paraId="0CAFCAC8" w14:textId="092C0E3A" w:rsidR="00EF112A" w:rsidRDefault="00000000" w:rsidP="005A017D">
      <w:pPr>
        <w:spacing w:after="0" w:line="240" w:lineRule="auto"/>
      </w:pPr>
      <w:r>
        <w:t>Aaron?</w:t>
      </w:r>
    </w:p>
    <w:p w14:paraId="4F030E82" w14:textId="77777777" w:rsidR="00EF112A" w:rsidRDefault="00000000" w:rsidP="005A017D">
      <w:pPr>
        <w:spacing w:after="0" w:line="240" w:lineRule="auto"/>
      </w:pPr>
      <w:r>
        <w:rPr>
          <w:i/>
        </w:rPr>
        <w:t>Aaron?</w:t>
      </w:r>
    </w:p>
    <w:p w14:paraId="43505F60" w14:textId="77777777" w:rsidR="00EF112A" w:rsidRDefault="00EF112A" w:rsidP="005A017D">
      <w:pPr>
        <w:spacing w:after="0" w:line="240" w:lineRule="auto"/>
      </w:pPr>
    </w:p>
    <w:p w14:paraId="4E2E2462" w14:textId="440CAF30" w:rsidR="00EA79B4" w:rsidRPr="00B967E3" w:rsidRDefault="00EA79B4" w:rsidP="005A017D">
      <w:pPr>
        <w:spacing w:after="0" w:line="240" w:lineRule="auto"/>
        <w:rPr>
          <w:lang w:val="nb-NO"/>
        </w:rPr>
      </w:pPr>
      <w:r w:rsidRPr="00B967E3">
        <w:rPr>
          <w:lang w:val="nb-NO"/>
        </w:rPr>
        <w:t>KAISA:</w:t>
      </w:r>
    </w:p>
    <w:p w14:paraId="42F7ACEC" w14:textId="77777777" w:rsidR="00E91EBB" w:rsidRDefault="00E91EBB" w:rsidP="005A017D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Oi! </w:t>
      </w:r>
    </w:p>
    <w:p w14:paraId="12CAA348" w14:textId="395D14E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Oi! </w:t>
      </w:r>
    </w:p>
    <w:p w14:paraId="02E6BB61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17A309FC" w14:textId="19E99E44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ALLE:</w:t>
      </w:r>
    </w:p>
    <w:p w14:paraId="099E48FE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Etiäinen</w:t>
      </w:r>
      <w:proofErr w:type="spellEnd"/>
      <w:r w:rsidRPr="00E91EBB">
        <w:rPr>
          <w:lang w:val="nb-NO"/>
        </w:rPr>
        <w:t xml:space="preserve">!!! </w:t>
      </w:r>
    </w:p>
    <w:p w14:paraId="20E17F41" w14:textId="5809C382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Vardøger!!! </w:t>
      </w:r>
    </w:p>
    <w:p w14:paraId="05DBAAA5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440551B" w14:textId="5C7A74C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4DBB34E4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Hopusti</w:t>
      </w:r>
      <w:proofErr w:type="spellEnd"/>
      <w:r w:rsidRPr="00E91EBB">
        <w:rPr>
          <w:lang w:val="nb-NO"/>
        </w:rPr>
        <w:t xml:space="preserve">, </w:t>
      </w:r>
      <w:proofErr w:type="spellStart"/>
      <w:r w:rsidRPr="00E91EBB">
        <w:rPr>
          <w:lang w:val="nb-NO"/>
        </w:rPr>
        <w:t>net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sullaavat</w:t>
      </w:r>
      <w:proofErr w:type="spellEnd"/>
      <w:r w:rsidRPr="00E91EBB">
        <w:rPr>
          <w:lang w:val="nb-NO"/>
        </w:rPr>
        <w:t xml:space="preserve">! </w:t>
      </w:r>
    </w:p>
    <w:p w14:paraId="032143B5" w14:textId="4DD3B45D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Fort, </w:t>
      </w:r>
      <w:proofErr w:type="spellStart"/>
      <w:r w:rsidRPr="00B967E3">
        <w:rPr>
          <w:i/>
          <w:lang w:val="nb-NO"/>
        </w:rPr>
        <w:t>dei</w:t>
      </w:r>
      <w:proofErr w:type="spellEnd"/>
      <w:r w:rsidRPr="00B967E3">
        <w:rPr>
          <w:i/>
          <w:lang w:val="nb-NO"/>
        </w:rPr>
        <w:t xml:space="preserve"> </w:t>
      </w:r>
      <w:proofErr w:type="spellStart"/>
      <w:r w:rsidRPr="00B967E3">
        <w:rPr>
          <w:i/>
          <w:lang w:val="nb-NO"/>
        </w:rPr>
        <w:t>smeltar</w:t>
      </w:r>
      <w:proofErr w:type="spellEnd"/>
      <w:r w:rsidRPr="00B967E3">
        <w:rPr>
          <w:i/>
          <w:lang w:val="nb-NO"/>
        </w:rPr>
        <w:t>!</w:t>
      </w:r>
    </w:p>
    <w:p w14:paraId="1829436A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52B5A2BE" w14:textId="5EA4E7DD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 OG </w:t>
      </w: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E2F335F" w14:textId="3682CB15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Kiitos</w:t>
      </w:r>
      <w:proofErr w:type="spellEnd"/>
      <w:r w:rsidRPr="005A017D">
        <w:rPr>
          <w:lang w:val="nb-NO"/>
        </w:rPr>
        <w:t>.</w:t>
      </w:r>
    </w:p>
    <w:p w14:paraId="63D29B54" w14:textId="775FED3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Takk.</w:t>
      </w:r>
    </w:p>
    <w:p w14:paraId="219DD1DD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16CE5851" w14:textId="498F22A2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5051B204" w14:textId="77777777" w:rsidR="00E91EBB" w:rsidRDefault="00E91EBB" w:rsidP="005A017D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Kunka </w:t>
      </w:r>
      <w:proofErr w:type="spellStart"/>
      <w:proofErr w:type="gramStart"/>
      <w:r w:rsidRPr="00E91EBB">
        <w:rPr>
          <w:lang w:val="nb-NO"/>
        </w:rPr>
        <w:t>kauvoin</w:t>
      </w:r>
      <w:proofErr w:type="spellEnd"/>
      <w:r w:rsidRPr="00E91EBB">
        <w:rPr>
          <w:lang w:val="nb-NO"/>
        </w:rPr>
        <w:t xml:space="preserve">  </w:t>
      </w:r>
      <w:proofErr w:type="spellStart"/>
      <w:r w:rsidRPr="00E91EBB">
        <w:rPr>
          <w:lang w:val="nb-NO"/>
        </w:rPr>
        <w:t>sie</w:t>
      </w:r>
      <w:proofErr w:type="spellEnd"/>
      <w:proofErr w:type="gram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jäät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tänne</w:t>
      </w:r>
      <w:proofErr w:type="spellEnd"/>
      <w:r w:rsidRPr="00E91EBB">
        <w:rPr>
          <w:lang w:val="nb-NO"/>
        </w:rPr>
        <w:t xml:space="preserve">? </w:t>
      </w:r>
    </w:p>
    <w:p w14:paraId="66637275" w14:textId="29D0F4F2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Kor lenge blir du?</w:t>
      </w:r>
    </w:p>
    <w:p w14:paraId="54CBD159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436A264C" w14:textId="5DDDEEC4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F1BC67E" w14:textId="77777777" w:rsidR="00E91EBB" w:rsidRDefault="00E91EBB" w:rsidP="005A017D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Kunka </w:t>
      </w:r>
      <w:proofErr w:type="spellStart"/>
      <w:r w:rsidRPr="00E91EBB">
        <w:rPr>
          <w:lang w:val="nb-NO"/>
        </w:rPr>
        <w:t>kauvoin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mie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saan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assuut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teiđän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tykönä</w:t>
      </w:r>
      <w:proofErr w:type="spellEnd"/>
      <w:r w:rsidRPr="00E91EBB">
        <w:rPr>
          <w:lang w:val="nb-NO"/>
        </w:rPr>
        <w:t xml:space="preserve">? </w:t>
      </w:r>
    </w:p>
    <w:p w14:paraId="4F010E48" w14:textId="23D78BD2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Kor lenge kan </w:t>
      </w:r>
      <w:proofErr w:type="spellStart"/>
      <w:r w:rsidRPr="00B967E3">
        <w:rPr>
          <w:i/>
          <w:lang w:val="nb-NO"/>
        </w:rPr>
        <w:t>eg</w:t>
      </w:r>
      <w:proofErr w:type="spellEnd"/>
      <w:r w:rsidRPr="00B967E3">
        <w:rPr>
          <w:i/>
          <w:lang w:val="nb-NO"/>
        </w:rPr>
        <w:t xml:space="preserve"> bu hos dykk?</w:t>
      </w:r>
    </w:p>
    <w:p w14:paraId="173121A3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5BF948DB" w14:textId="72CB927B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7C3DBF97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Kauvoin</w:t>
      </w:r>
      <w:proofErr w:type="spellEnd"/>
      <w:r w:rsidRPr="00E91EBB">
        <w:rPr>
          <w:lang w:val="nb-NO"/>
        </w:rPr>
        <w:t xml:space="preserve">! </w:t>
      </w:r>
    </w:p>
    <w:p w14:paraId="38F99CB8" w14:textId="1B67E80B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Lenge! </w:t>
      </w:r>
    </w:p>
    <w:p w14:paraId="5AFE15AF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774EB3A9" w14:textId="3DAB3FBC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1C36F8B8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Niin</w:t>
      </w:r>
      <w:proofErr w:type="spellEnd"/>
      <w:r w:rsidRPr="00E91EBB">
        <w:rPr>
          <w:lang w:val="nb-NO"/>
        </w:rPr>
        <w:t xml:space="preserve">, </w:t>
      </w:r>
      <w:proofErr w:type="spellStart"/>
      <w:r w:rsidRPr="00E91EBB">
        <w:rPr>
          <w:lang w:val="nb-NO"/>
        </w:rPr>
        <w:t>kauvoin</w:t>
      </w:r>
      <w:proofErr w:type="spellEnd"/>
      <w:r w:rsidRPr="00E91EBB">
        <w:rPr>
          <w:lang w:val="nb-NO"/>
        </w:rPr>
        <w:t xml:space="preserve">! </w:t>
      </w:r>
    </w:p>
    <w:p w14:paraId="7A1F95A5" w14:textId="3B35DB9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Ja, lenge! </w:t>
      </w:r>
    </w:p>
    <w:p w14:paraId="28BCE6E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496748C4" w14:textId="1D1354EA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0152839" w14:textId="77777777" w:rsidR="00E91EBB" w:rsidRDefault="00E91EBB" w:rsidP="005A017D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Mie </w:t>
      </w:r>
      <w:proofErr w:type="spellStart"/>
      <w:r w:rsidRPr="00E91EBB">
        <w:rPr>
          <w:lang w:val="nb-NO"/>
        </w:rPr>
        <w:t>hajin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kesätyötä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liijan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hiljain</w:t>
      </w:r>
      <w:proofErr w:type="spellEnd"/>
      <w:r w:rsidRPr="00E91EBB">
        <w:rPr>
          <w:lang w:val="nb-NO"/>
        </w:rPr>
        <w:t xml:space="preserve">. </w:t>
      </w:r>
    </w:p>
    <w:p w14:paraId="27403D19" w14:textId="315474E4" w:rsidR="00B967E3" w:rsidRDefault="00B967E3" w:rsidP="005A017D">
      <w:pPr>
        <w:spacing w:after="0" w:line="240" w:lineRule="auto"/>
        <w:rPr>
          <w:i/>
          <w:lang w:val="nb-NO"/>
        </w:rPr>
      </w:pPr>
      <w:proofErr w:type="spellStart"/>
      <w:r w:rsidRPr="00B967E3">
        <w:rPr>
          <w:i/>
          <w:lang w:val="nb-NO"/>
        </w:rPr>
        <w:t>Eg</w:t>
      </w:r>
      <w:proofErr w:type="spellEnd"/>
      <w:r w:rsidRPr="00B967E3">
        <w:rPr>
          <w:i/>
          <w:lang w:val="nb-NO"/>
        </w:rPr>
        <w:t xml:space="preserve"> søkte </w:t>
      </w:r>
      <w:proofErr w:type="spellStart"/>
      <w:r w:rsidRPr="00B967E3">
        <w:rPr>
          <w:i/>
          <w:lang w:val="nb-NO"/>
        </w:rPr>
        <w:t>sommarjobbar</w:t>
      </w:r>
      <w:proofErr w:type="spellEnd"/>
      <w:r w:rsidRPr="00B967E3">
        <w:rPr>
          <w:i/>
          <w:lang w:val="nb-NO"/>
        </w:rPr>
        <w:t xml:space="preserve"> for seint. </w:t>
      </w:r>
    </w:p>
    <w:p w14:paraId="5ECC07B7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Eikä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mammala</w:t>
      </w:r>
      <w:proofErr w:type="spellEnd"/>
      <w:r w:rsidRPr="00E91EBB">
        <w:rPr>
          <w:lang w:val="nb-NO"/>
        </w:rPr>
        <w:t xml:space="preserve"> ja </w:t>
      </w:r>
      <w:proofErr w:type="spellStart"/>
      <w:r w:rsidRPr="00E91EBB">
        <w:rPr>
          <w:lang w:val="nb-NO"/>
        </w:rPr>
        <w:t>papala</w:t>
      </w:r>
      <w:proofErr w:type="spellEnd"/>
      <w:r w:rsidRPr="00E91EBB">
        <w:rPr>
          <w:lang w:val="nb-NO"/>
        </w:rPr>
        <w:t xml:space="preserve"> ole </w:t>
      </w:r>
      <w:proofErr w:type="spellStart"/>
      <w:r w:rsidRPr="00E91EBB">
        <w:rPr>
          <w:lang w:val="nb-NO"/>
        </w:rPr>
        <w:t>feeriätä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ennen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ko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juulikuun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lopussa</w:t>
      </w:r>
      <w:proofErr w:type="spellEnd"/>
      <w:r w:rsidRPr="00E91EBB">
        <w:rPr>
          <w:lang w:val="nb-NO"/>
        </w:rPr>
        <w:t xml:space="preserve">. </w:t>
      </w:r>
    </w:p>
    <w:p w14:paraId="70DDF783" w14:textId="1410AD10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lastRenderedPageBreak/>
        <w:t xml:space="preserve">Og mamma og pappa har </w:t>
      </w:r>
      <w:proofErr w:type="spellStart"/>
      <w:r w:rsidRPr="00B967E3">
        <w:rPr>
          <w:i/>
          <w:lang w:val="nb-NO"/>
        </w:rPr>
        <w:t>ikkje</w:t>
      </w:r>
      <w:proofErr w:type="spellEnd"/>
      <w:r w:rsidRPr="00B967E3">
        <w:rPr>
          <w:i/>
          <w:lang w:val="nb-NO"/>
        </w:rPr>
        <w:t xml:space="preserve"> ferie før i slutten av juli.</w:t>
      </w:r>
    </w:p>
    <w:p w14:paraId="21E986AD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0A439E65" w14:textId="652E6613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3F230C99" w14:textId="77777777" w:rsidR="00E91EBB" w:rsidRDefault="00E91EBB" w:rsidP="005A017D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Sitte </w:t>
      </w:r>
      <w:proofErr w:type="spellStart"/>
      <w:r w:rsidRPr="00E91EBB">
        <w:rPr>
          <w:lang w:val="nb-NO"/>
        </w:rPr>
        <w:t>saatama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pyyttäät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meressä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yhđessä</w:t>
      </w:r>
      <w:proofErr w:type="spellEnd"/>
      <w:r w:rsidRPr="00E91EBB">
        <w:rPr>
          <w:lang w:val="nb-NO"/>
        </w:rPr>
        <w:t xml:space="preserve">! </w:t>
      </w:r>
    </w:p>
    <w:p w14:paraId="2BC31490" w14:textId="39D1C298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Då kan me fiske i sjøen </w:t>
      </w:r>
      <w:proofErr w:type="spellStart"/>
      <w:r w:rsidRPr="00B967E3">
        <w:rPr>
          <w:i/>
          <w:lang w:val="nb-NO"/>
        </w:rPr>
        <w:t>saman</w:t>
      </w:r>
      <w:proofErr w:type="spellEnd"/>
      <w:r w:rsidRPr="00B967E3">
        <w:rPr>
          <w:i/>
          <w:lang w:val="nb-NO"/>
        </w:rPr>
        <w:t>!</w:t>
      </w:r>
    </w:p>
    <w:p w14:paraId="4AF7158B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3E0F8EA5" w14:textId="1D32A0C1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0EA86CE" w14:textId="77777777" w:rsidR="00E91EBB" w:rsidRDefault="00E91EBB" w:rsidP="005A017D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Mie </w:t>
      </w:r>
      <w:proofErr w:type="spellStart"/>
      <w:r w:rsidRPr="00E91EBB">
        <w:rPr>
          <w:lang w:val="nb-NO"/>
        </w:rPr>
        <w:t>harjoittelen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miekkataisteluu</w:t>
      </w:r>
      <w:proofErr w:type="spellEnd"/>
      <w:r w:rsidRPr="00E91EBB">
        <w:rPr>
          <w:lang w:val="nb-NO"/>
        </w:rPr>
        <w:t xml:space="preserve">.  </w:t>
      </w:r>
    </w:p>
    <w:p w14:paraId="42A024B7" w14:textId="1D834B40" w:rsidR="00EF112A" w:rsidRDefault="00B967E3" w:rsidP="005A017D">
      <w:pPr>
        <w:spacing w:after="0" w:line="240" w:lineRule="auto"/>
        <w:rPr>
          <w:i/>
          <w:lang w:val="nb-NO"/>
        </w:rPr>
      </w:pPr>
      <w:proofErr w:type="spellStart"/>
      <w:r w:rsidRPr="00B967E3">
        <w:rPr>
          <w:i/>
          <w:lang w:val="nb-NO"/>
        </w:rPr>
        <w:t>Eg</w:t>
      </w:r>
      <w:proofErr w:type="spellEnd"/>
      <w:r w:rsidRPr="00B967E3">
        <w:rPr>
          <w:i/>
          <w:lang w:val="nb-NO"/>
        </w:rPr>
        <w:t xml:space="preserve"> skal øve på sverdkamp.</w:t>
      </w:r>
    </w:p>
    <w:p w14:paraId="3F6988C6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5781AA13" w14:textId="71C4A1E3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712EC6E2" w14:textId="77777777" w:rsidR="00E91EBB" w:rsidRDefault="00E91EBB" w:rsidP="005A017D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Se </w:t>
      </w:r>
      <w:proofErr w:type="spellStart"/>
      <w:r w:rsidRPr="00E91EBB">
        <w:rPr>
          <w:lang w:val="nb-NO"/>
        </w:rPr>
        <w:t>meinaa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teaatteriharjoituksii</w:t>
      </w:r>
      <w:proofErr w:type="spellEnd"/>
      <w:r w:rsidRPr="00E91EBB">
        <w:rPr>
          <w:lang w:val="nb-NO"/>
        </w:rPr>
        <w:t xml:space="preserve">. </w:t>
      </w:r>
    </w:p>
    <w:p w14:paraId="556204B7" w14:textId="1C6BDDF5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Ho meiner teaterøving.</w:t>
      </w:r>
    </w:p>
    <w:p w14:paraId="65E91D35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6C0FE924" w14:textId="1AD32B5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4E1355C4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proofErr w:type="gramStart"/>
      <w:r w:rsidRPr="00E91EBB">
        <w:rPr>
          <w:lang w:val="nb-NO"/>
        </w:rPr>
        <w:t>Siunakhoon</w:t>
      </w:r>
      <w:proofErr w:type="spellEnd"/>
      <w:r w:rsidRPr="00E91EBB">
        <w:rPr>
          <w:lang w:val="nb-NO"/>
        </w:rPr>
        <w:t>…</w:t>
      </w:r>
      <w:proofErr w:type="gram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Oletko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sie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alkanu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teaatterhiin</w:t>
      </w:r>
      <w:proofErr w:type="spellEnd"/>
      <w:r w:rsidRPr="00E91EBB">
        <w:rPr>
          <w:lang w:val="nb-NO"/>
        </w:rPr>
        <w:t xml:space="preserve">, Kaisa?! </w:t>
      </w:r>
    </w:p>
    <w:p w14:paraId="23098D7A" w14:textId="62BED58C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Jøss... har du </w:t>
      </w:r>
      <w:proofErr w:type="spellStart"/>
      <w:r w:rsidRPr="00B967E3">
        <w:rPr>
          <w:i/>
          <w:lang w:val="nb-NO"/>
        </w:rPr>
        <w:t>byrja</w:t>
      </w:r>
      <w:proofErr w:type="spellEnd"/>
      <w:r w:rsidRPr="00B967E3">
        <w:rPr>
          <w:i/>
          <w:lang w:val="nb-NO"/>
        </w:rPr>
        <w:t xml:space="preserve"> på teater, Kaisa?!</w:t>
      </w:r>
    </w:p>
    <w:p w14:paraId="4D2C3597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53AA38F4" w14:textId="77777777" w:rsidR="00EA79B4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7F9E08E1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Mutta</w:t>
      </w:r>
      <w:proofErr w:type="spellEnd"/>
      <w:r w:rsidRPr="00E91EBB">
        <w:rPr>
          <w:lang w:val="nb-NO"/>
        </w:rPr>
        <w:t xml:space="preserve">, Kaisa, </w:t>
      </w:r>
      <w:proofErr w:type="spellStart"/>
      <w:r w:rsidRPr="00E91EBB">
        <w:rPr>
          <w:lang w:val="nb-NO"/>
        </w:rPr>
        <w:t>tieđätkö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sie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mikä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rolli</w:t>
      </w:r>
      <w:proofErr w:type="spellEnd"/>
      <w:r w:rsidRPr="00E91EBB">
        <w:rPr>
          <w:lang w:val="nb-NO"/>
        </w:rPr>
        <w:t xml:space="preserve"> sulla </w:t>
      </w:r>
      <w:proofErr w:type="spellStart"/>
      <w:r w:rsidRPr="00E91EBB">
        <w:rPr>
          <w:lang w:val="nb-NO"/>
        </w:rPr>
        <w:t>oon</w:t>
      </w:r>
      <w:proofErr w:type="spellEnd"/>
      <w:r w:rsidRPr="00E91EBB">
        <w:rPr>
          <w:lang w:val="nb-NO"/>
        </w:rPr>
        <w:t xml:space="preserve">? </w:t>
      </w:r>
    </w:p>
    <w:p w14:paraId="300B251B" w14:textId="18CCB08E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Men Kaisa, veit du kva rolle du har?</w:t>
      </w:r>
    </w:p>
    <w:p w14:paraId="54D4AF2F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3C687AAE" w14:textId="0A67B14F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8ECF1C4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Tieđän</w:t>
      </w:r>
      <w:proofErr w:type="spellEnd"/>
      <w:r w:rsidRPr="00E91EBB">
        <w:rPr>
          <w:lang w:val="nb-NO"/>
        </w:rPr>
        <w:t xml:space="preserve">. </w:t>
      </w:r>
    </w:p>
    <w:p w14:paraId="00D66A4A" w14:textId="724840DA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Ja. </w:t>
      </w:r>
    </w:p>
    <w:p w14:paraId="3CB85666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130FD7A3" w14:textId="77777777" w:rsidR="00EA79B4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727F0E90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Manalaisila</w:t>
      </w:r>
      <w:proofErr w:type="spellEnd"/>
      <w:r w:rsidRPr="00E91EBB">
        <w:rPr>
          <w:lang w:val="nb-NO"/>
        </w:rPr>
        <w:t xml:space="preserve"> ei ole </w:t>
      </w:r>
      <w:proofErr w:type="spellStart"/>
      <w:r w:rsidRPr="00E91EBB">
        <w:rPr>
          <w:lang w:val="nb-NO"/>
        </w:rPr>
        <w:t>miekkaa</w:t>
      </w:r>
      <w:proofErr w:type="spellEnd"/>
      <w:r w:rsidRPr="00E91EBB">
        <w:rPr>
          <w:lang w:val="nb-NO"/>
        </w:rPr>
        <w:t xml:space="preserve">… </w:t>
      </w:r>
    </w:p>
    <w:p w14:paraId="7CEC60C7" w14:textId="10BB0A19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Underjordiske har </w:t>
      </w:r>
      <w:proofErr w:type="spellStart"/>
      <w:r w:rsidRPr="00B967E3">
        <w:rPr>
          <w:i/>
          <w:lang w:val="nb-NO"/>
        </w:rPr>
        <w:t>ikkje</w:t>
      </w:r>
      <w:proofErr w:type="spellEnd"/>
      <w:r w:rsidRPr="00B967E3">
        <w:rPr>
          <w:i/>
          <w:lang w:val="nb-NO"/>
        </w:rPr>
        <w:t xml:space="preserve"> sverd…</w:t>
      </w:r>
    </w:p>
    <w:p w14:paraId="74CA63B3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0FD06179" w14:textId="5BB295A0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A42B494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Niin</w:t>
      </w:r>
      <w:proofErr w:type="spellEnd"/>
      <w:r w:rsidRPr="00E91EBB">
        <w:rPr>
          <w:lang w:val="nb-NO"/>
        </w:rPr>
        <w:t xml:space="preserve">, </w:t>
      </w:r>
      <w:proofErr w:type="spellStart"/>
      <w:r w:rsidRPr="00E91EBB">
        <w:rPr>
          <w:lang w:val="nb-NO"/>
        </w:rPr>
        <w:t>mutta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minun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rollila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semmoinen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oon</w:t>
      </w:r>
      <w:proofErr w:type="spellEnd"/>
      <w:r w:rsidRPr="00E91EBB">
        <w:rPr>
          <w:lang w:val="nb-NO"/>
        </w:rPr>
        <w:t xml:space="preserve">. </w:t>
      </w:r>
    </w:p>
    <w:p w14:paraId="5D343E1F" w14:textId="16D591AF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Jo, rolla mi skal ha det. </w:t>
      </w:r>
    </w:p>
    <w:p w14:paraId="3D381AB6" w14:textId="77777777" w:rsidR="00E91EBB" w:rsidRPr="00E91EBB" w:rsidRDefault="00E91EBB" w:rsidP="00E91EBB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Ja </w:t>
      </w:r>
      <w:proofErr w:type="spellStart"/>
      <w:r w:rsidRPr="00E91EBB">
        <w:rPr>
          <w:lang w:val="nb-NO"/>
        </w:rPr>
        <w:t>mie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taistelen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niin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ko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Nilski</w:t>
      </w:r>
      <w:proofErr w:type="spellEnd"/>
      <w:r w:rsidRPr="00E91EBB">
        <w:rPr>
          <w:lang w:val="nb-NO"/>
        </w:rPr>
        <w:t xml:space="preserve">  </w:t>
      </w:r>
    </w:p>
    <w:p w14:paraId="4BC4C873" w14:textId="77777777" w:rsidR="00E91EBB" w:rsidRDefault="00E91EBB" w:rsidP="00E91EBB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– </w:t>
      </w:r>
      <w:proofErr w:type="spellStart"/>
      <w:r w:rsidRPr="00E91EBB">
        <w:rPr>
          <w:lang w:val="nb-NO"/>
        </w:rPr>
        <w:t>luonon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eđestä</w:t>
      </w:r>
      <w:proofErr w:type="spellEnd"/>
      <w:r w:rsidRPr="00E91EBB">
        <w:rPr>
          <w:lang w:val="nb-NO"/>
        </w:rPr>
        <w:t xml:space="preserve">. </w:t>
      </w:r>
    </w:p>
    <w:p w14:paraId="79134D46" w14:textId="4D6F8EC4" w:rsidR="00EF112A" w:rsidRDefault="00B967E3" w:rsidP="00E91EBB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Og </w:t>
      </w:r>
      <w:proofErr w:type="spellStart"/>
      <w:r w:rsidRPr="00B967E3">
        <w:rPr>
          <w:i/>
          <w:lang w:val="nb-NO"/>
        </w:rPr>
        <w:t>eg</w:t>
      </w:r>
      <w:proofErr w:type="spellEnd"/>
      <w:r w:rsidRPr="00B967E3">
        <w:rPr>
          <w:i/>
          <w:lang w:val="nb-NO"/>
        </w:rPr>
        <w:t xml:space="preserve"> skal kjempe som Nils - for naturen!</w:t>
      </w:r>
    </w:p>
    <w:p w14:paraId="1D6FC788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380FB4AC" w14:textId="04B43E0E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6BCFE5E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Aaroni</w:t>
      </w:r>
      <w:proofErr w:type="spellEnd"/>
      <w:r w:rsidRPr="005A017D">
        <w:rPr>
          <w:lang w:val="nb-NO"/>
        </w:rPr>
        <w:t xml:space="preserve">! </w:t>
      </w:r>
    </w:p>
    <w:p w14:paraId="07604991" w14:textId="1632BF0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Aaron! </w:t>
      </w:r>
    </w:p>
    <w:p w14:paraId="12C50ED0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Meiđän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viimi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toivo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oon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tullu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takaisin</w:t>
      </w:r>
      <w:proofErr w:type="spellEnd"/>
      <w:r w:rsidRPr="00E91EBB">
        <w:rPr>
          <w:lang w:val="nb-NO"/>
        </w:rPr>
        <w:t xml:space="preserve">! </w:t>
      </w:r>
    </w:p>
    <w:p w14:paraId="09D4EA2E" w14:textId="5550AB36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Vårt siste håp er tilbake! </w:t>
      </w:r>
    </w:p>
    <w:p w14:paraId="772B8DF6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Tervettulemaa</w:t>
      </w:r>
      <w:proofErr w:type="spellEnd"/>
      <w:r w:rsidRPr="00E91EBB">
        <w:rPr>
          <w:lang w:val="nb-NO"/>
        </w:rPr>
        <w:t xml:space="preserve">! </w:t>
      </w:r>
    </w:p>
    <w:p w14:paraId="56658F7E" w14:textId="68ED6AEA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Velkommen! </w:t>
      </w:r>
    </w:p>
    <w:p w14:paraId="113EAADF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2950620A" w14:textId="4228508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6444978E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Päivää</w:t>
      </w:r>
      <w:proofErr w:type="spellEnd"/>
      <w:r w:rsidRPr="00E91EBB">
        <w:rPr>
          <w:lang w:val="nb-NO"/>
        </w:rPr>
        <w:t xml:space="preserve">! </w:t>
      </w:r>
    </w:p>
    <w:p w14:paraId="7557E09B" w14:textId="31855CC4" w:rsidR="00EF112A" w:rsidRDefault="00000000" w:rsidP="005A017D">
      <w:pPr>
        <w:spacing w:after="0" w:line="240" w:lineRule="auto"/>
        <w:rPr>
          <w:i/>
          <w:lang w:val="nb-NO"/>
        </w:rPr>
      </w:pPr>
      <w:r w:rsidRPr="005A017D">
        <w:rPr>
          <w:i/>
          <w:lang w:val="nb-NO"/>
        </w:rPr>
        <w:t>God dag!</w:t>
      </w:r>
    </w:p>
    <w:p w14:paraId="0B3812BD" w14:textId="77777777" w:rsidR="00EA79B4" w:rsidRPr="005A017D" w:rsidRDefault="00EA79B4" w:rsidP="005A017D">
      <w:pPr>
        <w:spacing w:after="0" w:line="240" w:lineRule="auto"/>
        <w:rPr>
          <w:lang w:val="nb-NO"/>
        </w:rPr>
      </w:pPr>
    </w:p>
    <w:p w14:paraId="4750A287" w14:textId="4281F337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70E1D864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Oonko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tronninki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kokonhansa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vaipunu</w:t>
      </w:r>
      <w:proofErr w:type="spellEnd"/>
      <w:r w:rsidRPr="00E91EBB">
        <w:rPr>
          <w:lang w:val="nb-NO"/>
        </w:rPr>
        <w:t xml:space="preserve">? </w:t>
      </w:r>
    </w:p>
    <w:p w14:paraId="6EE1F1C9" w14:textId="01CEAD7A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Har dronninga slite seg ut?</w:t>
      </w:r>
    </w:p>
    <w:p w14:paraId="47FA5FD7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6507C9C5" w14:textId="664D5DA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6D058D46" w14:textId="5122578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Olen</w:t>
      </w:r>
    </w:p>
    <w:p w14:paraId="5362C599" w14:textId="410EFCE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Ja.</w:t>
      </w:r>
    </w:p>
    <w:p w14:paraId="0F4370A0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Kiitos</w:t>
      </w:r>
      <w:proofErr w:type="spellEnd"/>
      <w:r w:rsidRPr="005A017D">
        <w:rPr>
          <w:lang w:val="nb-NO"/>
        </w:rPr>
        <w:t>.</w:t>
      </w:r>
    </w:p>
    <w:p w14:paraId="29446F2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Takk.</w:t>
      </w:r>
    </w:p>
    <w:p w14:paraId="4168505B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708DAEF" w14:textId="6814BE1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TEKSTMELDING:</w:t>
      </w:r>
    </w:p>
    <w:p w14:paraId="1E818A99" w14:textId="77777777" w:rsidR="0038607A" w:rsidRDefault="0038607A" w:rsidP="001A0C0C">
      <w:pPr>
        <w:spacing w:after="0" w:line="240" w:lineRule="auto"/>
        <w:rPr>
          <w:lang w:val="nb-NO"/>
        </w:rPr>
      </w:pPr>
      <w:proofErr w:type="spellStart"/>
      <w:r w:rsidRPr="0038607A">
        <w:rPr>
          <w:lang w:val="nb-NO"/>
        </w:rPr>
        <w:t>Nilsiltä</w:t>
      </w:r>
      <w:proofErr w:type="spellEnd"/>
      <w:r w:rsidRPr="0038607A">
        <w:rPr>
          <w:lang w:val="nb-NO"/>
        </w:rPr>
        <w:t xml:space="preserve"> </w:t>
      </w:r>
      <w:proofErr w:type="spellStart"/>
      <w:r w:rsidRPr="0038607A">
        <w:rPr>
          <w:lang w:val="nb-NO"/>
        </w:rPr>
        <w:t>papale</w:t>
      </w:r>
      <w:proofErr w:type="spellEnd"/>
      <w:r w:rsidRPr="0038607A">
        <w:rPr>
          <w:lang w:val="nb-NO"/>
        </w:rPr>
        <w:t xml:space="preserve">: Anne, </w:t>
      </w:r>
      <w:proofErr w:type="spellStart"/>
      <w:r w:rsidRPr="0038607A">
        <w:rPr>
          <w:lang w:val="nb-NO"/>
        </w:rPr>
        <w:t>Raisin</w:t>
      </w:r>
      <w:proofErr w:type="spellEnd"/>
      <w:r w:rsidRPr="0038607A">
        <w:rPr>
          <w:lang w:val="nb-NO"/>
        </w:rPr>
        <w:t xml:space="preserve"> </w:t>
      </w:r>
      <w:proofErr w:type="spellStart"/>
      <w:r w:rsidRPr="0038607A">
        <w:rPr>
          <w:lang w:val="nb-NO"/>
        </w:rPr>
        <w:t>nöyrä</w:t>
      </w:r>
      <w:proofErr w:type="spellEnd"/>
      <w:r w:rsidRPr="0038607A">
        <w:rPr>
          <w:lang w:val="nb-NO"/>
        </w:rPr>
        <w:t xml:space="preserve"> </w:t>
      </w:r>
      <w:proofErr w:type="spellStart"/>
      <w:r w:rsidRPr="0038607A">
        <w:rPr>
          <w:lang w:val="nb-NO"/>
        </w:rPr>
        <w:t>tronninki</w:t>
      </w:r>
      <w:proofErr w:type="spellEnd"/>
      <w:r w:rsidRPr="0038607A">
        <w:rPr>
          <w:lang w:val="nb-NO"/>
        </w:rPr>
        <w:t>!</w:t>
      </w:r>
    </w:p>
    <w:p w14:paraId="213180A0" w14:textId="32A5D24C" w:rsidR="001A0C0C" w:rsidRDefault="001A0C0C" w:rsidP="001A0C0C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Frå Nils til pappa: Anna, Reisas </w:t>
      </w:r>
      <w:proofErr w:type="spellStart"/>
      <w:r w:rsidRPr="00B967E3">
        <w:rPr>
          <w:i/>
          <w:lang w:val="nb-NO"/>
        </w:rPr>
        <w:t>audmjuke</w:t>
      </w:r>
      <w:proofErr w:type="spellEnd"/>
      <w:r w:rsidRPr="00B967E3">
        <w:rPr>
          <w:i/>
          <w:lang w:val="nb-NO"/>
        </w:rPr>
        <w:t xml:space="preserve"> dronning!</w:t>
      </w:r>
    </w:p>
    <w:p w14:paraId="5CC66088" w14:textId="77777777" w:rsidR="00E91EBB" w:rsidRPr="005A017D" w:rsidRDefault="00E91EBB" w:rsidP="005A017D">
      <w:pPr>
        <w:spacing w:after="0" w:line="240" w:lineRule="auto"/>
        <w:rPr>
          <w:lang w:val="nb-NO"/>
        </w:rPr>
      </w:pPr>
    </w:p>
    <w:p w14:paraId="3DF58426" w14:textId="0CF16645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6E001CAE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Alama</w:t>
      </w:r>
      <w:proofErr w:type="spellEnd"/>
      <w:r w:rsidRPr="00E91EBB">
        <w:rPr>
          <w:lang w:val="nb-NO"/>
        </w:rPr>
        <w:t xml:space="preserve"> sitte </w:t>
      </w:r>
      <w:proofErr w:type="spellStart"/>
      <w:r w:rsidRPr="00E91EBB">
        <w:rPr>
          <w:lang w:val="nb-NO"/>
        </w:rPr>
        <w:t>harjoituksen</w:t>
      </w:r>
      <w:proofErr w:type="spellEnd"/>
      <w:r w:rsidRPr="00E91EBB">
        <w:rPr>
          <w:lang w:val="nb-NO"/>
        </w:rPr>
        <w:t xml:space="preserve">. </w:t>
      </w:r>
    </w:p>
    <w:p w14:paraId="42CA30B2" w14:textId="270460BE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Då </w:t>
      </w:r>
      <w:proofErr w:type="spellStart"/>
      <w:r w:rsidRPr="00B967E3">
        <w:rPr>
          <w:i/>
          <w:lang w:val="nb-NO"/>
        </w:rPr>
        <w:t>byrjar</w:t>
      </w:r>
      <w:proofErr w:type="spellEnd"/>
      <w:r w:rsidRPr="00B967E3">
        <w:rPr>
          <w:i/>
          <w:lang w:val="nb-NO"/>
        </w:rPr>
        <w:t xml:space="preserve"> me å øve. </w:t>
      </w:r>
    </w:p>
    <w:p w14:paraId="3692D042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Manalaiset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kokkointtuuvat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täälä</w:t>
      </w:r>
      <w:proofErr w:type="spellEnd"/>
      <w:r w:rsidRPr="00E91EBB">
        <w:rPr>
          <w:lang w:val="nb-NO"/>
        </w:rPr>
        <w:t xml:space="preserve">. </w:t>
      </w:r>
    </w:p>
    <w:p w14:paraId="56F71FC3" w14:textId="2CA44FB6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Underjordiske vesen </w:t>
      </w:r>
      <w:proofErr w:type="spellStart"/>
      <w:r w:rsidRPr="00B967E3">
        <w:rPr>
          <w:i/>
          <w:lang w:val="nb-NO"/>
        </w:rPr>
        <w:t>samlar</w:t>
      </w:r>
      <w:proofErr w:type="spellEnd"/>
      <w:r w:rsidRPr="00B967E3">
        <w:rPr>
          <w:i/>
          <w:lang w:val="nb-NO"/>
        </w:rPr>
        <w:t xml:space="preserve"> seg her.</w:t>
      </w:r>
    </w:p>
    <w:p w14:paraId="694968E0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Alama</w:t>
      </w:r>
      <w:proofErr w:type="spellEnd"/>
      <w:r w:rsidRPr="00E91EBB">
        <w:rPr>
          <w:lang w:val="nb-NO"/>
        </w:rPr>
        <w:t xml:space="preserve"> sitte </w:t>
      </w:r>
      <w:proofErr w:type="spellStart"/>
      <w:r w:rsidRPr="00E91EBB">
        <w:rPr>
          <w:lang w:val="nb-NO"/>
        </w:rPr>
        <w:t>harjoituksen</w:t>
      </w:r>
      <w:proofErr w:type="spellEnd"/>
      <w:r w:rsidRPr="00E91EBB">
        <w:rPr>
          <w:lang w:val="nb-NO"/>
        </w:rPr>
        <w:t xml:space="preserve">. </w:t>
      </w:r>
      <w:proofErr w:type="spellStart"/>
      <w:r w:rsidRPr="00E91EBB">
        <w:rPr>
          <w:lang w:val="nb-NO"/>
        </w:rPr>
        <w:t>Tulkaa</w:t>
      </w:r>
      <w:proofErr w:type="spellEnd"/>
      <w:r>
        <w:rPr>
          <w:lang w:val="nb-NO"/>
        </w:rPr>
        <w:t>!</w:t>
      </w:r>
    </w:p>
    <w:p w14:paraId="0B180FA7" w14:textId="0008B661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Då </w:t>
      </w:r>
      <w:proofErr w:type="spellStart"/>
      <w:r w:rsidRPr="00B967E3">
        <w:rPr>
          <w:i/>
          <w:lang w:val="nb-NO"/>
        </w:rPr>
        <w:t>byrjar</w:t>
      </w:r>
      <w:proofErr w:type="spellEnd"/>
      <w:r w:rsidRPr="00B967E3">
        <w:rPr>
          <w:i/>
          <w:lang w:val="nb-NO"/>
        </w:rPr>
        <w:t xml:space="preserve"> </w:t>
      </w:r>
      <w:proofErr w:type="spellStart"/>
      <w:r w:rsidRPr="00B967E3">
        <w:rPr>
          <w:i/>
          <w:lang w:val="nb-NO"/>
        </w:rPr>
        <w:t>me</w:t>
      </w:r>
      <w:proofErr w:type="spellEnd"/>
      <w:r w:rsidRPr="00B967E3">
        <w:rPr>
          <w:i/>
          <w:lang w:val="nb-NO"/>
        </w:rPr>
        <w:t xml:space="preserve"> å øve. Kom.</w:t>
      </w:r>
    </w:p>
    <w:p w14:paraId="2E3DD013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Manalaiset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kokkointtuuvat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täälä</w:t>
      </w:r>
      <w:proofErr w:type="spellEnd"/>
      <w:r w:rsidRPr="00E91EBB">
        <w:rPr>
          <w:lang w:val="nb-NO"/>
        </w:rPr>
        <w:t xml:space="preserve">. </w:t>
      </w:r>
    </w:p>
    <w:p w14:paraId="6D1F497B" w14:textId="3695DCA1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Underjordiske vesen </w:t>
      </w:r>
      <w:proofErr w:type="spellStart"/>
      <w:r w:rsidRPr="00B967E3">
        <w:rPr>
          <w:i/>
          <w:lang w:val="nb-NO"/>
        </w:rPr>
        <w:t>samlar</w:t>
      </w:r>
      <w:proofErr w:type="spellEnd"/>
      <w:r w:rsidRPr="00B967E3">
        <w:rPr>
          <w:i/>
          <w:lang w:val="nb-NO"/>
        </w:rPr>
        <w:t xml:space="preserve"> seg her. </w:t>
      </w:r>
    </w:p>
    <w:p w14:paraId="6F9713D5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Sottiijat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tuola</w:t>
      </w:r>
      <w:proofErr w:type="spellEnd"/>
      <w:r w:rsidRPr="00E91EBB">
        <w:rPr>
          <w:lang w:val="nb-NO"/>
        </w:rPr>
        <w:t xml:space="preserve">. </w:t>
      </w:r>
    </w:p>
    <w:p w14:paraId="0DAE4A83" w14:textId="4501C2B3" w:rsidR="00B967E3" w:rsidRDefault="00B967E3" w:rsidP="005A017D">
      <w:pPr>
        <w:spacing w:after="0" w:line="240" w:lineRule="auto"/>
        <w:rPr>
          <w:i/>
          <w:lang w:val="nb-NO"/>
        </w:rPr>
      </w:pPr>
      <w:proofErr w:type="spellStart"/>
      <w:r w:rsidRPr="00B967E3">
        <w:rPr>
          <w:i/>
          <w:lang w:val="nb-NO"/>
        </w:rPr>
        <w:t>Krigarar</w:t>
      </w:r>
      <w:proofErr w:type="spellEnd"/>
      <w:r w:rsidRPr="00B967E3">
        <w:rPr>
          <w:i/>
          <w:lang w:val="nb-NO"/>
        </w:rPr>
        <w:t xml:space="preserve"> der borte.</w:t>
      </w:r>
    </w:p>
    <w:p w14:paraId="2CFC568A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Tronninki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oon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keskelä</w:t>
      </w:r>
      <w:proofErr w:type="spellEnd"/>
      <w:r w:rsidRPr="00E91EBB">
        <w:rPr>
          <w:lang w:val="nb-NO"/>
        </w:rPr>
        <w:t xml:space="preserve">. </w:t>
      </w:r>
    </w:p>
    <w:p w14:paraId="1E8C2374" w14:textId="5F828384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Dronninga i midten. </w:t>
      </w:r>
    </w:p>
    <w:p w14:paraId="5A284E89" w14:textId="77777777" w:rsidR="00E91EBB" w:rsidRDefault="00E91EBB" w:rsidP="005A017D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Kaisa, nyt </w:t>
      </w:r>
      <w:proofErr w:type="spellStart"/>
      <w:r w:rsidRPr="00E91EBB">
        <w:rPr>
          <w:lang w:val="nb-NO"/>
        </w:rPr>
        <w:t>sie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hääđyt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laskeet</w:t>
      </w:r>
      <w:proofErr w:type="spellEnd"/>
      <w:r w:rsidRPr="00E91EBB">
        <w:rPr>
          <w:lang w:val="nb-NO"/>
        </w:rPr>
        <w:t xml:space="preserve"> sen </w:t>
      </w:r>
      <w:proofErr w:type="spellStart"/>
      <w:r w:rsidRPr="00E91EBB">
        <w:rPr>
          <w:lang w:val="nb-NO"/>
        </w:rPr>
        <w:t>miekan</w:t>
      </w:r>
      <w:proofErr w:type="spellEnd"/>
      <w:r w:rsidRPr="00E91EBB">
        <w:rPr>
          <w:lang w:val="nb-NO"/>
        </w:rPr>
        <w:t xml:space="preserve">. </w:t>
      </w:r>
    </w:p>
    <w:p w14:paraId="37037D0F" w14:textId="3ED3B089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Kaisa, du må </w:t>
      </w:r>
      <w:proofErr w:type="spellStart"/>
      <w:r w:rsidRPr="00B967E3">
        <w:rPr>
          <w:i/>
          <w:lang w:val="nb-NO"/>
        </w:rPr>
        <w:t>leggje</w:t>
      </w:r>
      <w:proofErr w:type="spellEnd"/>
      <w:r w:rsidRPr="00B967E3">
        <w:rPr>
          <w:i/>
          <w:lang w:val="nb-NO"/>
        </w:rPr>
        <w:t xml:space="preserve"> ned sverdet no.</w:t>
      </w:r>
    </w:p>
    <w:p w14:paraId="7E7F5D79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39AC5253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4E105650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Niilä</w:t>
      </w:r>
      <w:proofErr w:type="spellEnd"/>
      <w:r w:rsidRPr="00E91EBB">
        <w:rPr>
          <w:lang w:val="nb-NO"/>
        </w:rPr>
        <w:t xml:space="preserve"> jokka </w:t>
      </w:r>
      <w:proofErr w:type="spellStart"/>
      <w:r w:rsidRPr="00E91EBB">
        <w:rPr>
          <w:lang w:val="nb-NO"/>
        </w:rPr>
        <w:t>taistelhaan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luonon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eđestä</w:t>
      </w:r>
      <w:proofErr w:type="spellEnd"/>
      <w:r w:rsidRPr="00E91EBB">
        <w:rPr>
          <w:lang w:val="nb-NO"/>
        </w:rPr>
        <w:t xml:space="preserve">, </w:t>
      </w:r>
      <w:proofErr w:type="spellStart"/>
      <w:r w:rsidRPr="00E91EBB">
        <w:rPr>
          <w:lang w:val="nb-NO"/>
        </w:rPr>
        <w:t>häättyy</w:t>
      </w:r>
      <w:proofErr w:type="spellEnd"/>
      <w:r w:rsidRPr="00E91EBB">
        <w:rPr>
          <w:lang w:val="nb-NO"/>
        </w:rPr>
        <w:t xml:space="preserve"> olla </w:t>
      </w:r>
      <w:proofErr w:type="spellStart"/>
      <w:r w:rsidRPr="00E91EBB">
        <w:rPr>
          <w:lang w:val="nb-NO"/>
        </w:rPr>
        <w:t>asheet</w:t>
      </w:r>
      <w:proofErr w:type="spellEnd"/>
      <w:r w:rsidRPr="00E91EBB">
        <w:rPr>
          <w:lang w:val="nb-NO"/>
        </w:rPr>
        <w:t xml:space="preserve">. </w:t>
      </w:r>
    </w:p>
    <w:p w14:paraId="34DF0923" w14:textId="58C30E81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Dei som </w:t>
      </w:r>
      <w:proofErr w:type="spellStart"/>
      <w:r w:rsidRPr="00B967E3">
        <w:rPr>
          <w:i/>
          <w:lang w:val="nb-NO"/>
        </w:rPr>
        <w:t>kjempar</w:t>
      </w:r>
      <w:proofErr w:type="spellEnd"/>
      <w:r w:rsidRPr="00B967E3">
        <w:rPr>
          <w:i/>
          <w:lang w:val="nb-NO"/>
        </w:rPr>
        <w:t xml:space="preserve"> for naturen må ha våpen. </w:t>
      </w:r>
    </w:p>
    <w:p w14:paraId="22AEF2B7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Muutoin</w:t>
      </w:r>
      <w:proofErr w:type="spellEnd"/>
      <w:r w:rsidRPr="00E91EBB">
        <w:rPr>
          <w:lang w:val="nb-NO"/>
        </w:rPr>
        <w:t xml:space="preserve"> met </w:t>
      </w:r>
      <w:proofErr w:type="spellStart"/>
      <w:r w:rsidRPr="00E91EBB">
        <w:rPr>
          <w:lang w:val="nb-NO"/>
        </w:rPr>
        <w:t>taappaama</w:t>
      </w:r>
      <w:proofErr w:type="spellEnd"/>
      <w:r w:rsidRPr="00E91EBB">
        <w:rPr>
          <w:lang w:val="nb-NO"/>
        </w:rPr>
        <w:t xml:space="preserve">.  </w:t>
      </w:r>
    </w:p>
    <w:p w14:paraId="3807BD60" w14:textId="25C8C80A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Elles taper </w:t>
      </w:r>
      <w:proofErr w:type="spellStart"/>
      <w:r w:rsidRPr="00B967E3">
        <w:rPr>
          <w:i/>
          <w:lang w:val="nb-NO"/>
        </w:rPr>
        <w:t>me</w:t>
      </w:r>
      <w:proofErr w:type="spellEnd"/>
      <w:r w:rsidRPr="00B967E3">
        <w:rPr>
          <w:i/>
          <w:lang w:val="nb-NO"/>
        </w:rPr>
        <w:t>.</w:t>
      </w:r>
    </w:p>
    <w:p w14:paraId="3D734821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7489BFE4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513A8B87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Sie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olet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kyllä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juuri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oikkeessa</w:t>
      </w:r>
      <w:proofErr w:type="spellEnd"/>
      <w:r w:rsidRPr="00E91EBB">
        <w:rPr>
          <w:lang w:val="nb-NO"/>
        </w:rPr>
        <w:t>, Kaisa.</w:t>
      </w:r>
    </w:p>
    <w:p w14:paraId="7E42A28C" w14:textId="0BF85752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Det har du heilt rett i, Kaisa.</w:t>
      </w:r>
    </w:p>
    <w:p w14:paraId="487B2FAF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Mutta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sinun</w:t>
      </w:r>
      <w:proofErr w:type="spellEnd"/>
      <w:r w:rsidRPr="00E91EBB">
        <w:rPr>
          <w:lang w:val="nb-NO"/>
        </w:rPr>
        <w:t xml:space="preserve"> aset </w:t>
      </w:r>
      <w:proofErr w:type="spellStart"/>
      <w:r w:rsidRPr="00E91EBB">
        <w:rPr>
          <w:lang w:val="nb-NO"/>
        </w:rPr>
        <w:t>oon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sinni</w:t>
      </w:r>
      <w:proofErr w:type="spellEnd"/>
      <w:r w:rsidRPr="00E91EBB">
        <w:rPr>
          <w:lang w:val="nb-NO"/>
        </w:rPr>
        <w:t xml:space="preserve">. </w:t>
      </w:r>
    </w:p>
    <w:p w14:paraId="3DA84A3F" w14:textId="3419450F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Men våpenet ditt er </w:t>
      </w:r>
      <w:proofErr w:type="spellStart"/>
      <w:r w:rsidRPr="00B967E3">
        <w:rPr>
          <w:i/>
          <w:lang w:val="nb-NO"/>
        </w:rPr>
        <w:t>sinni</w:t>
      </w:r>
      <w:proofErr w:type="spellEnd"/>
      <w:r w:rsidRPr="00B967E3">
        <w:rPr>
          <w:i/>
          <w:lang w:val="nb-NO"/>
        </w:rPr>
        <w:t xml:space="preserve">. </w:t>
      </w:r>
    </w:p>
    <w:p w14:paraId="08ACE9C9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Kumman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sie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valitet</w:t>
      </w:r>
      <w:proofErr w:type="spellEnd"/>
      <w:r w:rsidRPr="00E91EBB">
        <w:rPr>
          <w:lang w:val="nb-NO"/>
        </w:rPr>
        <w:t xml:space="preserve">? </w:t>
      </w:r>
    </w:p>
    <w:p w14:paraId="0EF283D5" w14:textId="4BDD6D0A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Kva vel du?</w:t>
      </w:r>
    </w:p>
    <w:p w14:paraId="7964582E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392B8FBD" w14:textId="7E08D3F6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55F75737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Manalaiset</w:t>
      </w:r>
      <w:proofErr w:type="spellEnd"/>
      <w:r>
        <w:rPr>
          <w:lang w:val="nb-NO"/>
        </w:rPr>
        <w:t>!</w:t>
      </w:r>
    </w:p>
    <w:p w14:paraId="1ECB9AAA" w14:textId="05A2E9FE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Underjordiske! </w:t>
      </w:r>
    </w:p>
    <w:p w14:paraId="03F920BC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45C77CD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0F210761" w14:textId="77777777" w:rsidR="00E91EBB" w:rsidRDefault="00E91EBB" w:rsidP="005A017D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Met </w:t>
      </w:r>
      <w:proofErr w:type="spellStart"/>
      <w:r w:rsidRPr="00E91EBB">
        <w:rPr>
          <w:lang w:val="nb-NO"/>
        </w:rPr>
        <w:t>tulema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rauhassa</w:t>
      </w:r>
      <w:proofErr w:type="spellEnd"/>
      <w:r>
        <w:rPr>
          <w:lang w:val="nb-NO"/>
        </w:rPr>
        <w:t>!</w:t>
      </w:r>
    </w:p>
    <w:p w14:paraId="2052D832" w14:textId="42F0134B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Me kjem i fred!</w:t>
      </w:r>
    </w:p>
    <w:p w14:paraId="7F00F86D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6316CF86" w14:textId="4D57D8F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3771C535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Elämä</w:t>
      </w:r>
      <w:proofErr w:type="spellEnd"/>
      <w:r w:rsidRPr="00E91EBB">
        <w:rPr>
          <w:lang w:val="nb-NO"/>
        </w:rPr>
        <w:t xml:space="preserve"> sitte </w:t>
      </w:r>
      <w:proofErr w:type="spellStart"/>
      <w:r w:rsidRPr="00E91EBB">
        <w:rPr>
          <w:lang w:val="nb-NO"/>
        </w:rPr>
        <w:t>rauhassa</w:t>
      </w:r>
      <w:proofErr w:type="spellEnd"/>
      <w:r w:rsidRPr="00E91EBB">
        <w:rPr>
          <w:lang w:val="nb-NO"/>
        </w:rPr>
        <w:t xml:space="preserve">. </w:t>
      </w:r>
    </w:p>
    <w:p w14:paraId="770E2E7A" w14:textId="7C287732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Så la oss </w:t>
      </w:r>
      <w:proofErr w:type="spellStart"/>
      <w:r w:rsidRPr="00B967E3">
        <w:rPr>
          <w:i/>
          <w:lang w:val="nb-NO"/>
        </w:rPr>
        <w:t>vere</w:t>
      </w:r>
      <w:proofErr w:type="spellEnd"/>
      <w:r w:rsidRPr="00B967E3">
        <w:rPr>
          <w:i/>
          <w:lang w:val="nb-NO"/>
        </w:rPr>
        <w:t xml:space="preserve"> i fred.</w:t>
      </w:r>
    </w:p>
    <w:p w14:paraId="06C3FA5A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77B749F6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ANNE:</w:t>
      </w:r>
    </w:p>
    <w:p w14:paraId="189378CE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Meiđät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oon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ajettu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pois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meiđän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maasta</w:t>
      </w:r>
      <w:proofErr w:type="spellEnd"/>
      <w:r w:rsidRPr="00E91EBB">
        <w:rPr>
          <w:lang w:val="nb-NO"/>
        </w:rPr>
        <w:t xml:space="preserve">. </w:t>
      </w:r>
    </w:p>
    <w:p w14:paraId="47813E08" w14:textId="7CD87F2A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Me er </w:t>
      </w:r>
      <w:proofErr w:type="spellStart"/>
      <w:r w:rsidRPr="00B967E3">
        <w:rPr>
          <w:i/>
          <w:lang w:val="nb-NO"/>
        </w:rPr>
        <w:t>fordrivne</w:t>
      </w:r>
      <w:proofErr w:type="spellEnd"/>
      <w:r w:rsidRPr="00B967E3">
        <w:rPr>
          <w:i/>
          <w:lang w:val="nb-NO"/>
        </w:rPr>
        <w:t xml:space="preserve"> </w:t>
      </w:r>
      <w:proofErr w:type="spellStart"/>
      <w:r w:rsidRPr="00B967E3">
        <w:rPr>
          <w:i/>
          <w:lang w:val="nb-NO"/>
        </w:rPr>
        <w:t>frå</w:t>
      </w:r>
      <w:proofErr w:type="spellEnd"/>
      <w:r w:rsidRPr="00B967E3">
        <w:rPr>
          <w:i/>
          <w:lang w:val="nb-NO"/>
        </w:rPr>
        <w:t xml:space="preserve"> landet vårt. </w:t>
      </w:r>
    </w:p>
    <w:p w14:paraId="1895224D" w14:textId="77777777" w:rsidR="00E91EBB" w:rsidRDefault="00E91EBB" w:rsidP="005A017D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Met </w:t>
      </w:r>
      <w:proofErr w:type="spellStart"/>
      <w:r w:rsidRPr="00E91EBB">
        <w:rPr>
          <w:lang w:val="nb-NO"/>
        </w:rPr>
        <w:t>olema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haavoittunheet</w:t>
      </w:r>
      <w:proofErr w:type="spellEnd"/>
      <w:r w:rsidRPr="00E91EBB">
        <w:rPr>
          <w:lang w:val="nb-NO"/>
        </w:rPr>
        <w:t xml:space="preserve"> ja </w:t>
      </w:r>
      <w:proofErr w:type="spellStart"/>
      <w:r w:rsidRPr="00E91EBB">
        <w:rPr>
          <w:lang w:val="nb-NO"/>
        </w:rPr>
        <w:t>nälkäiset</w:t>
      </w:r>
      <w:proofErr w:type="spellEnd"/>
      <w:r w:rsidRPr="00E91EBB">
        <w:rPr>
          <w:lang w:val="nb-NO"/>
        </w:rPr>
        <w:t xml:space="preserve">. </w:t>
      </w:r>
    </w:p>
    <w:p w14:paraId="1EEA4395" w14:textId="021C73DA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Me er skadde og </w:t>
      </w:r>
      <w:proofErr w:type="spellStart"/>
      <w:r w:rsidRPr="00B967E3">
        <w:rPr>
          <w:i/>
          <w:lang w:val="nb-NO"/>
        </w:rPr>
        <w:t>svoltne</w:t>
      </w:r>
      <w:proofErr w:type="spellEnd"/>
      <w:r w:rsidRPr="00B967E3">
        <w:rPr>
          <w:i/>
          <w:lang w:val="nb-NO"/>
        </w:rPr>
        <w:t>.</w:t>
      </w:r>
    </w:p>
    <w:p w14:paraId="49A3A7DD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7F8A258C" w14:textId="385A322C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2A12F10B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Ihmiset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tuovat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tasan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tuhhoo</w:t>
      </w:r>
      <w:proofErr w:type="spellEnd"/>
      <w:r w:rsidRPr="00E91EBB">
        <w:rPr>
          <w:lang w:val="nb-NO"/>
        </w:rPr>
        <w:t xml:space="preserve">. </w:t>
      </w:r>
    </w:p>
    <w:p w14:paraId="28162BF5" w14:textId="1EDD47A9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Menneske </w:t>
      </w:r>
      <w:proofErr w:type="spellStart"/>
      <w:r w:rsidRPr="00B967E3">
        <w:rPr>
          <w:i/>
          <w:lang w:val="nb-NO"/>
        </w:rPr>
        <w:t>bringar</w:t>
      </w:r>
      <w:proofErr w:type="spellEnd"/>
      <w:r w:rsidRPr="00B967E3">
        <w:rPr>
          <w:i/>
          <w:lang w:val="nb-NO"/>
        </w:rPr>
        <w:t xml:space="preserve"> </w:t>
      </w:r>
      <w:proofErr w:type="spellStart"/>
      <w:r w:rsidRPr="00B967E3">
        <w:rPr>
          <w:i/>
          <w:lang w:val="nb-NO"/>
        </w:rPr>
        <w:t>berre</w:t>
      </w:r>
      <w:proofErr w:type="spellEnd"/>
      <w:r w:rsidRPr="00B967E3">
        <w:rPr>
          <w:i/>
          <w:lang w:val="nb-NO"/>
        </w:rPr>
        <w:t xml:space="preserve"> øydelegging. </w:t>
      </w:r>
    </w:p>
    <w:p w14:paraId="346AAEDB" w14:textId="77777777" w:rsidR="00E91EBB" w:rsidRDefault="00E91EBB" w:rsidP="005A017D">
      <w:pPr>
        <w:spacing w:after="0" w:line="240" w:lineRule="auto"/>
        <w:rPr>
          <w:lang w:val="nb-NO"/>
        </w:rPr>
      </w:pPr>
      <w:proofErr w:type="spellStart"/>
      <w:r w:rsidRPr="00E91EBB">
        <w:rPr>
          <w:lang w:val="nb-NO"/>
        </w:rPr>
        <w:t>Miksi</w:t>
      </w:r>
      <w:proofErr w:type="spellEnd"/>
      <w:r w:rsidRPr="00E91EBB">
        <w:rPr>
          <w:lang w:val="nb-NO"/>
        </w:rPr>
        <w:t xml:space="preserve"> met </w:t>
      </w:r>
      <w:proofErr w:type="spellStart"/>
      <w:r w:rsidRPr="00E91EBB">
        <w:rPr>
          <w:lang w:val="nb-NO"/>
        </w:rPr>
        <w:t>pitäisimmä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uskoot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teitä</w:t>
      </w:r>
      <w:proofErr w:type="spellEnd"/>
      <w:r w:rsidRPr="00E91EBB">
        <w:rPr>
          <w:lang w:val="nb-NO"/>
        </w:rPr>
        <w:t xml:space="preserve">? </w:t>
      </w:r>
    </w:p>
    <w:p w14:paraId="2EFC8139" w14:textId="3DEC7C55" w:rsidR="00EF112A" w:rsidRDefault="00B967E3" w:rsidP="005A017D">
      <w:pPr>
        <w:spacing w:after="0" w:line="240" w:lineRule="auto"/>
        <w:rPr>
          <w:i/>
          <w:lang w:val="nb-NO"/>
        </w:rPr>
      </w:pPr>
      <w:proofErr w:type="spellStart"/>
      <w:r w:rsidRPr="00B967E3">
        <w:rPr>
          <w:i/>
          <w:lang w:val="nb-NO"/>
        </w:rPr>
        <w:t>Kvifor</w:t>
      </w:r>
      <w:proofErr w:type="spellEnd"/>
      <w:r w:rsidRPr="00B967E3">
        <w:rPr>
          <w:i/>
          <w:lang w:val="nb-NO"/>
        </w:rPr>
        <w:t xml:space="preserve"> skal </w:t>
      </w:r>
      <w:proofErr w:type="spellStart"/>
      <w:r w:rsidRPr="00B967E3">
        <w:rPr>
          <w:i/>
          <w:lang w:val="nb-NO"/>
        </w:rPr>
        <w:t>me</w:t>
      </w:r>
      <w:proofErr w:type="spellEnd"/>
      <w:r w:rsidRPr="00B967E3">
        <w:rPr>
          <w:i/>
          <w:lang w:val="nb-NO"/>
        </w:rPr>
        <w:t xml:space="preserve"> tru på dykk?</w:t>
      </w:r>
    </w:p>
    <w:p w14:paraId="31F08196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639217CA" w14:textId="2E7A9DFB" w:rsidR="00EA79B4" w:rsidRPr="00EA68CC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7A4B5E6E" w14:textId="77777777" w:rsidR="00E91EBB" w:rsidRDefault="00E91EBB" w:rsidP="005A017D">
      <w:pPr>
        <w:spacing w:after="0" w:line="240" w:lineRule="auto"/>
        <w:rPr>
          <w:lang w:val="nb-NO"/>
        </w:rPr>
      </w:pPr>
      <w:r w:rsidRPr="00E91EBB">
        <w:rPr>
          <w:lang w:val="nb-NO"/>
        </w:rPr>
        <w:t xml:space="preserve">Mie </w:t>
      </w:r>
      <w:proofErr w:type="spellStart"/>
      <w:r w:rsidRPr="00E91EBB">
        <w:rPr>
          <w:lang w:val="nb-NO"/>
        </w:rPr>
        <w:t>annan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koko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minun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vallan</w:t>
      </w:r>
      <w:proofErr w:type="spellEnd"/>
      <w:r w:rsidRPr="00E91EBB">
        <w:rPr>
          <w:lang w:val="nb-NO"/>
        </w:rPr>
        <w:t xml:space="preserve"> </w:t>
      </w:r>
      <w:proofErr w:type="spellStart"/>
      <w:r w:rsidRPr="00E91EBB">
        <w:rPr>
          <w:lang w:val="nb-NO"/>
        </w:rPr>
        <w:t>teile</w:t>
      </w:r>
      <w:proofErr w:type="spellEnd"/>
      <w:r w:rsidRPr="00E91EBB">
        <w:rPr>
          <w:lang w:val="nb-NO"/>
        </w:rPr>
        <w:t xml:space="preserve">. </w:t>
      </w:r>
    </w:p>
    <w:p w14:paraId="3E6789C8" w14:textId="153A57EA" w:rsidR="00EF112A" w:rsidRDefault="00B967E3" w:rsidP="005A017D">
      <w:pPr>
        <w:spacing w:after="0" w:line="240" w:lineRule="auto"/>
        <w:rPr>
          <w:i/>
          <w:lang w:val="nb-NO"/>
        </w:rPr>
      </w:pPr>
      <w:proofErr w:type="spellStart"/>
      <w:r w:rsidRPr="00B967E3">
        <w:rPr>
          <w:i/>
          <w:lang w:val="nb-NO"/>
        </w:rPr>
        <w:t>Eg</w:t>
      </w:r>
      <w:proofErr w:type="spellEnd"/>
      <w:r w:rsidRPr="00B967E3">
        <w:rPr>
          <w:i/>
          <w:lang w:val="nb-NO"/>
        </w:rPr>
        <w:t xml:space="preserve"> gir all mi makt til dykk.</w:t>
      </w:r>
    </w:p>
    <w:p w14:paraId="1B61C3D0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1CA38CC0" w14:textId="74EE69A8" w:rsidR="00EA79B4" w:rsidRPr="0038607A" w:rsidRDefault="00EA79B4" w:rsidP="005A017D">
      <w:pPr>
        <w:spacing w:after="0" w:line="240" w:lineRule="auto"/>
        <w:rPr>
          <w:lang w:val="nb-NO"/>
        </w:rPr>
      </w:pPr>
      <w:r w:rsidRPr="0038607A">
        <w:rPr>
          <w:lang w:val="nb-NO"/>
        </w:rPr>
        <w:t>NILS:</w:t>
      </w:r>
    </w:p>
    <w:p w14:paraId="0A678D85" w14:textId="77777777" w:rsidR="00E91EBB" w:rsidRPr="0038607A" w:rsidRDefault="00E91EBB" w:rsidP="005A017D">
      <w:pPr>
        <w:spacing w:after="0" w:line="240" w:lineRule="auto"/>
        <w:rPr>
          <w:lang w:val="nb-NO"/>
        </w:rPr>
      </w:pPr>
      <w:r w:rsidRPr="0038607A">
        <w:rPr>
          <w:lang w:val="nb-NO"/>
        </w:rPr>
        <w:t xml:space="preserve">Tässä tullee jotaki lämmintä. </w:t>
      </w:r>
    </w:p>
    <w:p w14:paraId="343D178B" w14:textId="098D3CF1" w:rsidR="00EF112A" w:rsidRPr="00EA68CC" w:rsidRDefault="00B967E3" w:rsidP="005A017D">
      <w:pPr>
        <w:spacing w:after="0" w:line="240" w:lineRule="auto"/>
        <w:rPr>
          <w:lang w:val="nb-NO"/>
        </w:rPr>
      </w:pPr>
      <w:r w:rsidRPr="00B967E3">
        <w:rPr>
          <w:i/>
          <w:lang w:val="nb-NO"/>
        </w:rPr>
        <w:t xml:space="preserve">No kjem </w:t>
      </w:r>
      <w:proofErr w:type="spellStart"/>
      <w:r w:rsidRPr="00B967E3">
        <w:rPr>
          <w:i/>
          <w:lang w:val="nb-NO"/>
        </w:rPr>
        <w:t>noko</w:t>
      </w:r>
      <w:proofErr w:type="spellEnd"/>
      <w:r w:rsidRPr="00B967E3">
        <w:rPr>
          <w:i/>
          <w:lang w:val="nb-NO"/>
        </w:rPr>
        <w:t xml:space="preserve"> varmt.</w:t>
      </w:r>
    </w:p>
    <w:p w14:paraId="5CF6BEE7" w14:textId="77777777" w:rsidR="00EF112A" w:rsidRDefault="00EF112A" w:rsidP="005A017D">
      <w:pPr>
        <w:spacing w:after="0" w:line="240" w:lineRule="auto"/>
      </w:pPr>
    </w:p>
    <w:sectPr w:rsidR="00EF112A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F4AFE" w14:textId="77777777" w:rsidR="00725DF2" w:rsidRDefault="00725DF2" w:rsidP="00D3194A">
      <w:pPr>
        <w:spacing w:after="0" w:line="240" w:lineRule="auto"/>
      </w:pPr>
      <w:r>
        <w:separator/>
      </w:r>
    </w:p>
  </w:endnote>
  <w:endnote w:type="continuationSeparator" w:id="0">
    <w:p w14:paraId="33FD127A" w14:textId="77777777" w:rsidR="00725DF2" w:rsidRDefault="00725DF2" w:rsidP="00D31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189678773"/>
      <w:docPartObj>
        <w:docPartGallery w:val="Page Numbers (Bottom of Page)"/>
        <w:docPartUnique/>
      </w:docPartObj>
    </w:sdtPr>
    <w:sdtContent>
      <w:p w14:paraId="2F54A8B4" w14:textId="6276629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4F152926" w14:textId="77777777" w:rsidR="00D3194A" w:rsidRDefault="00D3194A" w:rsidP="00D3194A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95121836"/>
      <w:docPartObj>
        <w:docPartGallery w:val="Page Numbers (Bottom of Page)"/>
        <w:docPartUnique/>
      </w:docPartObj>
    </w:sdtPr>
    <w:sdtContent>
      <w:p w14:paraId="13E817C2" w14:textId="1AA4EBF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02D5D40B" w14:textId="77777777" w:rsidR="00D3194A" w:rsidRDefault="00D3194A" w:rsidP="00D3194A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F3161" w14:textId="77777777" w:rsidR="00725DF2" w:rsidRDefault="00725DF2" w:rsidP="00D3194A">
      <w:pPr>
        <w:spacing w:after="0" w:line="240" w:lineRule="auto"/>
      </w:pPr>
      <w:r>
        <w:separator/>
      </w:r>
    </w:p>
  </w:footnote>
  <w:footnote w:type="continuationSeparator" w:id="0">
    <w:p w14:paraId="30B01897" w14:textId="77777777" w:rsidR="00725DF2" w:rsidRDefault="00725DF2" w:rsidP="00D319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27100602">
    <w:abstractNumId w:val="8"/>
  </w:num>
  <w:num w:numId="2" w16cid:durableId="774177292">
    <w:abstractNumId w:val="6"/>
  </w:num>
  <w:num w:numId="3" w16cid:durableId="2146964799">
    <w:abstractNumId w:val="5"/>
  </w:num>
  <w:num w:numId="4" w16cid:durableId="476185895">
    <w:abstractNumId w:val="4"/>
  </w:num>
  <w:num w:numId="5" w16cid:durableId="946080746">
    <w:abstractNumId w:val="7"/>
  </w:num>
  <w:num w:numId="6" w16cid:durableId="479804887">
    <w:abstractNumId w:val="3"/>
  </w:num>
  <w:num w:numId="7" w16cid:durableId="1209991841">
    <w:abstractNumId w:val="2"/>
  </w:num>
  <w:num w:numId="8" w16cid:durableId="1300575021">
    <w:abstractNumId w:val="1"/>
  </w:num>
  <w:num w:numId="9" w16cid:durableId="994993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3FA1"/>
    <w:rsid w:val="0015074B"/>
    <w:rsid w:val="001A0C0C"/>
    <w:rsid w:val="0029639D"/>
    <w:rsid w:val="002F2815"/>
    <w:rsid w:val="00326F90"/>
    <w:rsid w:val="0038607A"/>
    <w:rsid w:val="004205E3"/>
    <w:rsid w:val="00451F45"/>
    <w:rsid w:val="00590BA9"/>
    <w:rsid w:val="005A017D"/>
    <w:rsid w:val="00725DF2"/>
    <w:rsid w:val="00830345"/>
    <w:rsid w:val="00AA1D8D"/>
    <w:rsid w:val="00B47730"/>
    <w:rsid w:val="00B967E3"/>
    <w:rsid w:val="00CB0664"/>
    <w:rsid w:val="00D3194A"/>
    <w:rsid w:val="00E91EBB"/>
    <w:rsid w:val="00EA68CC"/>
    <w:rsid w:val="00EA79B4"/>
    <w:rsid w:val="00EF112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65FB5B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D319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477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6</cp:revision>
  <dcterms:created xsi:type="dcterms:W3CDTF">2025-12-02T14:11:00Z</dcterms:created>
  <dcterms:modified xsi:type="dcterms:W3CDTF">2025-12-02T14:32:00Z</dcterms:modified>
  <cp:category/>
</cp:coreProperties>
</file>