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AC6BD" w14:textId="3B03FF16" w:rsidR="009B475E" w:rsidRPr="00785E8F" w:rsidRDefault="007072E5" w:rsidP="00785E8F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Nynorsk </w:t>
      </w:r>
      <w:r w:rsidR="009B475E" w:rsidRPr="00785E8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og finsk dialogmanus, episode 2</w:t>
      </w:r>
    </w:p>
    <w:p w14:paraId="4905C2D1" w14:textId="77777777" w:rsidR="008B77E0" w:rsidRDefault="009B475E" w:rsidP="00785E8F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 w:rsidRPr="00785E8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Joki</w:t>
      </w:r>
    </w:p>
    <w:p w14:paraId="669AF1A2" w14:textId="76AC3F4F" w:rsidR="009B475E" w:rsidRPr="008B77E0" w:rsidRDefault="009B475E" w:rsidP="00785E8F">
      <w:pPr>
        <w:spacing w:after="0"/>
        <w:rPr>
          <w:rFonts w:asciiTheme="majorHAnsi" w:eastAsiaTheme="majorEastAsia" w:hAnsiTheme="majorHAnsi" w:cstheme="majorHAnsi"/>
          <w:b/>
          <w:bCs/>
          <w:i/>
          <w:iCs/>
          <w:color w:val="000000" w:themeColor="text1"/>
          <w:lang w:val="nb-NO"/>
        </w:rPr>
      </w:pPr>
      <w:r w:rsidRPr="008B77E0">
        <w:rPr>
          <w:rFonts w:asciiTheme="majorHAnsi" w:eastAsiaTheme="majorEastAsia" w:hAnsiTheme="majorHAnsi" w:cstheme="majorHAnsi"/>
          <w:b/>
          <w:bCs/>
          <w:i/>
          <w:iCs/>
          <w:color w:val="000000" w:themeColor="text1"/>
          <w:lang w:val="nb-NO"/>
        </w:rPr>
        <w:t>Elva</w:t>
      </w:r>
    </w:p>
    <w:p w14:paraId="4E8045A0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079AE804" w14:textId="62D63370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ANNA:</w:t>
      </w:r>
    </w:p>
    <w:p w14:paraId="259DF112" w14:textId="6E95E5B9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Tule!</w:t>
      </w:r>
    </w:p>
    <w:p w14:paraId="37360706" w14:textId="02AD456B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Kom!</w:t>
      </w:r>
    </w:p>
    <w:p w14:paraId="7CF9C0D0" w14:textId="7777777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Nils, tule!</w:t>
      </w:r>
    </w:p>
    <w:p w14:paraId="1466F090" w14:textId="6134BBDA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  <w:i/>
        </w:rPr>
        <w:t>Nils, kom!</w:t>
      </w:r>
    </w:p>
    <w:p w14:paraId="6AC1E220" w14:textId="77777777" w:rsidR="009B475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Tule, Nils!</w:t>
      </w:r>
    </w:p>
    <w:p w14:paraId="411701B2" w14:textId="35060576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Kom, Nils!</w:t>
      </w:r>
    </w:p>
    <w:p w14:paraId="5175F35D" w14:textId="77777777" w:rsid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 xml:space="preserve">Mie olen löytäny kuolheita kalloi… </w:t>
      </w:r>
    </w:p>
    <w:p w14:paraId="1EFD3B4D" w14:textId="2FD675E7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Eg har funne død fisk...</w:t>
      </w:r>
    </w:p>
    <w:p w14:paraId="10E9F65D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73D8B80F" w14:textId="00455B56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5C1A1567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Ei ei ei.</w:t>
      </w:r>
    </w:p>
    <w:p w14:paraId="6FB3F74B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Nei, nei, nei.</w:t>
      </w:r>
    </w:p>
    <w:p w14:paraId="6622E125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63242DAB" w14:textId="063C2C8D" w:rsidR="00C312B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ANNA</w:t>
      </w:r>
    </w:p>
    <w:p w14:paraId="1F6ABCAD" w14:textId="77777777" w:rsidR="00D5350B" w:rsidRP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 xml:space="preserve">Ajattele jos meile oon tullu jokheen se tauti? </w:t>
      </w:r>
    </w:p>
    <w:p w14:paraId="1751C5E8" w14:textId="6782C920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Tenk om me har fått den sjukdommen i elva?</w:t>
      </w:r>
    </w:p>
    <w:p w14:paraId="0B334A5D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3880E02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6744F502" w14:textId="77777777" w:rsid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 xml:space="preserve">Niin, gyyru… </w:t>
      </w:r>
    </w:p>
    <w:p w14:paraId="7D3B48F4" w14:textId="271838BA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Gyroen...</w:t>
      </w:r>
    </w:p>
    <w:p w14:paraId="09E09CAE" w14:textId="77777777" w:rsid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 xml:space="preserve">Sehän olis aivan kauheeta. </w:t>
      </w:r>
    </w:p>
    <w:p w14:paraId="6BC2B6A6" w14:textId="38149D3A" w:rsidR="007072E5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Det ville vore forferdeleg.</w:t>
      </w:r>
    </w:p>
    <w:p w14:paraId="61F5CE1F" w14:textId="77777777" w:rsid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 xml:space="preserve">Silloin sen tarttee puhđistaat koko joven.  </w:t>
      </w:r>
    </w:p>
    <w:p w14:paraId="4A00BCC9" w14:textId="66D05911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Då må heile elva reinsast.</w:t>
      </w:r>
    </w:p>
    <w:p w14:paraId="13FEC550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195754E5" w14:textId="0EDAE041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ANNA:</w:t>
      </w:r>
    </w:p>
    <w:p w14:paraId="3D77740B" w14:textId="77777777" w:rsid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 xml:space="preserve">Mitä met nyt tehemä? </w:t>
      </w:r>
    </w:p>
    <w:p w14:paraId="55CC7F4A" w14:textId="5241B2DC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Kva gjer me no?</w:t>
      </w:r>
    </w:p>
    <w:p w14:paraId="15608738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213C1346" w14:textId="0A1531E7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566CB263" w14:textId="7BD024A8" w:rsidR="00D5350B" w:rsidRDefault="00D5350B" w:rsidP="00D5350B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>Met hääđymä puhhuut jonku semmoisen kans</w:t>
      </w:r>
      <w:r>
        <w:rPr>
          <w:rFonts w:asciiTheme="majorHAnsi" w:hAnsiTheme="majorHAnsi" w:cstheme="majorHAnsi"/>
          <w:lang w:val="nb-NO"/>
        </w:rPr>
        <w:t xml:space="preserve"> </w:t>
      </w:r>
      <w:r w:rsidRPr="00D5350B">
        <w:rPr>
          <w:rFonts w:asciiTheme="majorHAnsi" w:hAnsiTheme="majorHAnsi" w:cstheme="majorHAnsi"/>
          <w:lang w:val="nb-NO"/>
        </w:rPr>
        <w:t>joka pystyy selvittämhään kuolemansyyn.</w:t>
      </w:r>
    </w:p>
    <w:p w14:paraId="6A82E89A" w14:textId="242FBCDA" w:rsidR="00C312BE" w:rsidRDefault="007072E5" w:rsidP="00D5350B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Me må seie frå til nokon som kan sjekke dødsårsaka.</w:t>
      </w:r>
    </w:p>
    <w:p w14:paraId="26857078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821FB5C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JUSSA:</w:t>
      </w:r>
    </w:p>
    <w:p w14:paraId="2EDA1F20" w14:textId="24CC2E89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Hei, Nils!</w:t>
      </w:r>
    </w:p>
    <w:p w14:paraId="00E8E7F2" w14:textId="7777777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  <w:i/>
        </w:rPr>
        <w:t>Hei, Nils!</w:t>
      </w:r>
    </w:p>
    <w:p w14:paraId="0216CFD0" w14:textId="77777777" w:rsidR="00C312BE" w:rsidRPr="00785E8F" w:rsidRDefault="00C312BE" w:rsidP="00785E8F">
      <w:pPr>
        <w:spacing w:after="0"/>
        <w:rPr>
          <w:rFonts w:asciiTheme="majorHAnsi" w:hAnsiTheme="majorHAnsi" w:cstheme="majorHAnsi"/>
        </w:rPr>
      </w:pPr>
    </w:p>
    <w:p w14:paraId="47D4D3C1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lastRenderedPageBreak/>
        <w:t xml:space="preserve">NILS: </w:t>
      </w:r>
    </w:p>
    <w:p w14:paraId="5C8A5424" w14:textId="77777777" w:rsidR="00D5350B" w:rsidRDefault="00D5350B" w:rsidP="00785E8F">
      <w:pPr>
        <w:spacing w:after="0"/>
        <w:rPr>
          <w:rFonts w:asciiTheme="majorHAnsi" w:hAnsiTheme="majorHAnsi" w:cstheme="majorHAnsi"/>
        </w:rPr>
      </w:pPr>
      <w:r w:rsidRPr="00D5350B">
        <w:rPr>
          <w:rFonts w:asciiTheme="majorHAnsi" w:hAnsiTheme="majorHAnsi" w:cstheme="majorHAnsi"/>
        </w:rPr>
        <w:t xml:space="preserve">Hei, pappa! </w:t>
      </w:r>
    </w:p>
    <w:p w14:paraId="59B53A73" w14:textId="297DDCBF" w:rsidR="00C312BE" w:rsidRPr="00D5350B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i/>
          <w:lang w:val="nb-NO"/>
        </w:rPr>
        <w:t>Hei, pappa!</w:t>
      </w:r>
    </w:p>
    <w:p w14:paraId="1E97DB36" w14:textId="77777777" w:rsidR="00D5350B" w:rsidRP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 xml:space="preserve">Met olema löytänheet kuolheita kalloi jovesta! </w:t>
      </w:r>
    </w:p>
    <w:p w14:paraId="62C0C414" w14:textId="4FA8ECF9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Me har funne død fisk i elva!</w:t>
      </w:r>
    </w:p>
    <w:p w14:paraId="52EA9E09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182F1DBE" w14:textId="19740E7C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JUSSA:</w:t>
      </w:r>
    </w:p>
    <w:p w14:paraId="0D3D1DD7" w14:textId="77777777" w:rsid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>Mistä sitte?</w:t>
      </w:r>
    </w:p>
    <w:p w14:paraId="7EC42223" w14:textId="24D151D5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Kor då?</w:t>
      </w:r>
    </w:p>
    <w:p w14:paraId="1C0DA2C3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55EA2CF" w14:textId="4C7175BA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65C1C776" w14:textId="77777777" w:rsid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 xml:space="preserve">Uimapaikan vierestä. </w:t>
      </w:r>
    </w:p>
    <w:p w14:paraId="2EA695D3" w14:textId="03516CA6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Ved badeplassen.</w:t>
      </w:r>
    </w:p>
    <w:p w14:paraId="5D85A578" w14:textId="77777777" w:rsid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 xml:space="preserve">Ajattele jos met olema saanheet tänne lohentappaajan! </w:t>
      </w:r>
    </w:p>
    <w:p w14:paraId="49A5552B" w14:textId="1766CAFA" w:rsidR="007072E5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Tenk om me har fått laksedreparen!</w:t>
      </w:r>
    </w:p>
    <w:p w14:paraId="4F8672CE" w14:textId="77777777" w:rsid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 xml:space="preserve">Se oon kriisi! </w:t>
      </w:r>
    </w:p>
    <w:p w14:paraId="3E74C583" w14:textId="64709EBC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Det er krise!</w:t>
      </w:r>
    </w:p>
    <w:p w14:paraId="20C9F534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F9F7320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JUSSA:</w:t>
      </w:r>
    </w:p>
    <w:p w14:paraId="042C2997" w14:textId="77777777" w:rsidR="00D5350B" w:rsidRDefault="00D5350B" w:rsidP="00785E8F">
      <w:pPr>
        <w:spacing w:after="0"/>
        <w:rPr>
          <w:rFonts w:asciiTheme="majorHAnsi" w:hAnsiTheme="majorHAnsi" w:cstheme="majorHAnsi"/>
        </w:rPr>
      </w:pPr>
      <w:r w:rsidRPr="00D5350B">
        <w:rPr>
          <w:rFonts w:asciiTheme="majorHAnsi" w:hAnsiTheme="majorHAnsi" w:cstheme="majorHAnsi"/>
        </w:rPr>
        <w:t xml:space="preserve">Siihen saattaa olla muitaki syitä, Nils. </w:t>
      </w:r>
    </w:p>
    <w:p w14:paraId="772818C6" w14:textId="4B4A8063" w:rsidR="007072E5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Det kan vere fleire årsaker, Nils.</w:t>
      </w:r>
    </w:p>
    <w:p w14:paraId="0C0C1D53" w14:textId="77777777" w:rsidR="00D5350B" w:rsidRDefault="00D5350B" w:rsidP="007072E5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 xml:space="preserve">Mie ringaan Ruokasyynhiin ette kuulema mitä met piđämä tehđä. </w:t>
      </w:r>
    </w:p>
    <w:p w14:paraId="7C4FAF36" w14:textId="1C51E007" w:rsidR="007072E5" w:rsidRPr="007072E5" w:rsidRDefault="007072E5" w:rsidP="007072E5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Eg skal ringje til Mattilsynet og</w:t>
      </w:r>
    </w:p>
    <w:p w14:paraId="3A486027" w14:textId="77777777" w:rsidR="007072E5" w:rsidRDefault="007072E5" w:rsidP="007072E5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få vite kva me skal gjere.</w:t>
      </w:r>
    </w:p>
    <w:p w14:paraId="0BDFE962" w14:textId="77777777" w:rsid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 xml:space="preserve">Ota kuvvii ja pane kalat kylmhään siksi aikkaa. </w:t>
      </w:r>
    </w:p>
    <w:p w14:paraId="3AA59F09" w14:textId="009FC1F1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Ta nokre bilete og legg fisken kaldt imedan.</w:t>
      </w:r>
    </w:p>
    <w:p w14:paraId="754198A0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3ED3BD97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 xml:space="preserve">NILS: </w:t>
      </w:r>
    </w:p>
    <w:p w14:paraId="262FAA2D" w14:textId="77777777" w:rsid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 xml:space="preserve">Uukoo! </w:t>
      </w:r>
    </w:p>
    <w:p w14:paraId="682B6388" w14:textId="4A72839B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Ok!</w:t>
      </w:r>
    </w:p>
    <w:p w14:paraId="093B9132" w14:textId="77777777" w:rsid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>Hyvästi.</w:t>
      </w:r>
    </w:p>
    <w:p w14:paraId="7FA015CC" w14:textId="75383AFA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Ha det!</w:t>
      </w:r>
    </w:p>
    <w:p w14:paraId="3B712048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2275FE2B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JUSSA:</w:t>
      </w:r>
    </w:p>
    <w:p w14:paraId="7F8C15F7" w14:textId="219395DF" w:rsidR="00D5350B" w:rsidRDefault="00D5350B" w:rsidP="00785E8F">
      <w:pPr>
        <w:spacing w:after="0"/>
        <w:rPr>
          <w:rFonts w:asciiTheme="majorHAnsi" w:hAnsiTheme="majorHAnsi" w:cstheme="majorHAnsi"/>
          <w:lang w:val="nb-NO"/>
        </w:rPr>
      </w:pPr>
      <w:r w:rsidRPr="00D5350B">
        <w:rPr>
          <w:rFonts w:asciiTheme="majorHAnsi" w:hAnsiTheme="majorHAnsi" w:cstheme="majorHAnsi"/>
          <w:lang w:val="nb-NO"/>
        </w:rPr>
        <w:t>Kuulema</w:t>
      </w:r>
      <w:r>
        <w:rPr>
          <w:rFonts w:asciiTheme="majorHAnsi" w:hAnsiTheme="majorHAnsi" w:cstheme="majorHAnsi"/>
          <w:lang w:val="nb-NO"/>
        </w:rPr>
        <w:t>!</w:t>
      </w:r>
    </w:p>
    <w:p w14:paraId="4188E37E" w14:textId="4BE3DC6D" w:rsidR="00C312BE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Me snakkast!</w:t>
      </w:r>
    </w:p>
    <w:sectPr w:rsidR="00C312BE" w:rsidRPr="00785E8F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1AF72" w14:textId="77777777" w:rsidR="00CA6032" w:rsidRDefault="00CA6032" w:rsidP="009B475E">
      <w:pPr>
        <w:spacing w:after="0" w:line="240" w:lineRule="auto"/>
      </w:pPr>
      <w:r>
        <w:separator/>
      </w:r>
    </w:p>
  </w:endnote>
  <w:endnote w:type="continuationSeparator" w:id="0">
    <w:p w14:paraId="7F41532B" w14:textId="77777777" w:rsidR="00CA6032" w:rsidRDefault="00CA6032" w:rsidP="009B4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63225957"/>
      <w:docPartObj>
        <w:docPartGallery w:val="Page Numbers (Bottom of Page)"/>
        <w:docPartUnique/>
      </w:docPartObj>
    </w:sdtPr>
    <w:sdtContent>
      <w:p w14:paraId="7ADBA028" w14:textId="3FE651F0" w:rsidR="009B475E" w:rsidRDefault="009B475E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076FC9AB" w14:textId="77777777" w:rsidR="009B475E" w:rsidRDefault="009B475E" w:rsidP="009B475E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995800111"/>
      <w:docPartObj>
        <w:docPartGallery w:val="Page Numbers (Bottom of Page)"/>
        <w:docPartUnique/>
      </w:docPartObj>
    </w:sdtPr>
    <w:sdtContent>
      <w:p w14:paraId="1EE9220D" w14:textId="21575FC3" w:rsidR="009B475E" w:rsidRDefault="009B475E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3</w:t>
        </w:r>
        <w:r>
          <w:rPr>
            <w:rStyle w:val="Sidetall"/>
          </w:rPr>
          <w:fldChar w:fldCharType="end"/>
        </w:r>
      </w:p>
    </w:sdtContent>
  </w:sdt>
  <w:p w14:paraId="7C274749" w14:textId="77777777" w:rsidR="009B475E" w:rsidRDefault="009B475E" w:rsidP="009B475E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D4203" w14:textId="77777777" w:rsidR="00CA6032" w:rsidRDefault="00CA6032" w:rsidP="009B475E">
      <w:pPr>
        <w:spacing w:after="0" w:line="240" w:lineRule="auto"/>
      </w:pPr>
      <w:r>
        <w:separator/>
      </w:r>
    </w:p>
  </w:footnote>
  <w:footnote w:type="continuationSeparator" w:id="0">
    <w:p w14:paraId="732E1392" w14:textId="77777777" w:rsidR="00CA6032" w:rsidRDefault="00CA6032" w:rsidP="009B4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26305721">
    <w:abstractNumId w:val="8"/>
  </w:num>
  <w:num w:numId="2" w16cid:durableId="978075671">
    <w:abstractNumId w:val="6"/>
  </w:num>
  <w:num w:numId="3" w16cid:durableId="1258907526">
    <w:abstractNumId w:val="5"/>
  </w:num>
  <w:num w:numId="4" w16cid:durableId="2128618119">
    <w:abstractNumId w:val="4"/>
  </w:num>
  <w:num w:numId="5" w16cid:durableId="893349618">
    <w:abstractNumId w:val="7"/>
  </w:num>
  <w:num w:numId="6" w16cid:durableId="1714841884">
    <w:abstractNumId w:val="3"/>
  </w:num>
  <w:num w:numId="7" w16cid:durableId="1110515444">
    <w:abstractNumId w:val="2"/>
  </w:num>
  <w:num w:numId="8" w16cid:durableId="1334334326">
    <w:abstractNumId w:val="1"/>
  </w:num>
  <w:num w:numId="9" w16cid:durableId="16128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C10B8"/>
    <w:rsid w:val="003E7935"/>
    <w:rsid w:val="00425062"/>
    <w:rsid w:val="004B17F6"/>
    <w:rsid w:val="006F43EE"/>
    <w:rsid w:val="007072E5"/>
    <w:rsid w:val="00785E8F"/>
    <w:rsid w:val="007B7D0D"/>
    <w:rsid w:val="008B77E0"/>
    <w:rsid w:val="009B475E"/>
    <w:rsid w:val="00AA1D8D"/>
    <w:rsid w:val="00AD51B6"/>
    <w:rsid w:val="00B47730"/>
    <w:rsid w:val="00B65AA0"/>
    <w:rsid w:val="00C312BE"/>
    <w:rsid w:val="00CA6032"/>
    <w:rsid w:val="00CB0664"/>
    <w:rsid w:val="00D5350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BD68D8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B47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214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2025-12-01T14:00:00Z</dcterms:created>
  <dcterms:modified xsi:type="dcterms:W3CDTF">2025-12-03T08:32:00Z</dcterms:modified>
  <cp:category/>
</cp:coreProperties>
</file>