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995A54" w14:textId="7822610E" w:rsidR="000017F6" w:rsidRPr="00F96788" w:rsidRDefault="00E778B6" w:rsidP="00F96788">
      <w:pPr>
        <w:spacing w:after="0"/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</w:pPr>
      <w:r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  <w:t xml:space="preserve">Nynorsk </w:t>
      </w:r>
      <w:r w:rsidR="000017F6" w:rsidRPr="00F96788"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  <w:t>og finsk dialogmanus, episode 3</w:t>
      </w:r>
    </w:p>
    <w:p w14:paraId="1E9D4A53" w14:textId="77777777" w:rsidR="00401BCA" w:rsidRDefault="00401BCA" w:rsidP="00F96788">
      <w:pPr>
        <w:spacing w:after="0"/>
        <w:rPr>
          <w:rFonts w:asciiTheme="majorHAnsi" w:hAnsiTheme="majorHAnsi" w:cstheme="majorHAnsi"/>
          <w:b/>
          <w:bCs/>
          <w:color w:val="000000" w:themeColor="text1"/>
        </w:rPr>
      </w:pPr>
      <w:proofErr w:type="spellStart"/>
      <w:r w:rsidRPr="00401BCA">
        <w:rPr>
          <w:rFonts w:asciiTheme="majorHAnsi" w:hAnsiTheme="majorHAnsi" w:cstheme="majorHAnsi"/>
          <w:b/>
          <w:bCs/>
          <w:color w:val="000000" w:themeColor="text1"/>
        </w:rPr>
        <w:t>Anonsiseinä</w:t>
      </w:r>
      <w:proofErr w:type="spellEnd"/>
      <w:r w:rsidRPr="00401BCA">
        <w:rPr>
          <w:rFonts w:asciiTheme="majorHAnsi" w:hAnsiTheme="majorHAnsi" w:cstheme="majorHAnsi"/>
          <w:b/>
          <w:bCs/>
          <w:color w:val="000000" w:themeColor="text1"/>
        </w:rPr>
        <w:t xml:space="preserve"> </w:t>
      </w:r>
    </w:p>
    <w:p w14:paraId="6DFC82C8" w14:textId="5B3BC264" w:rsidR="00B87D21" w:rsidRPr="00F96788" w:rsidRDefault="00000000" w:rsidP="00F96788">
      <w:pPr>
        <w:spacing w:after="0"/>
        <w:rPr>
          <w:rFonts w:asciiTheme="majorHAnsi" w:hAnsiTheme="majorHAnsi" w:cstheme="majorHAnsi"/>
          <w:b/>
          <w:bCs/>
          <w:color w:val="000000" w:themeColor="text1"/>
        </w:rPr>
      </w:pPr>
      <w:proofErr w:type="spellStart"/>
      <w:r w:rsidRPr="00F96788">
        <w:rPr>
          <w:rFonts w:asciiTheme="majorHAnsi" w:hAnsiTheme="majorHAnsi" w:cstheme="majorHAnsi"/>
          <w:b/>
          <w:bCs/>
          <w:i/>
          <w:color w:val="000000" w:themeColor="text1"/>
        </w:rPr>
        <w:t>Annonsevegg</w:t>
      </w:r>
      <w:proofErr w:type="spellEnd"/>
    </w:p>
    <w:p w14:paraId="0B3227EC" w14:textId="77777777" w:rsidR="00B87D21" w:rsidRPr="00F96788" w:rsidRDefault="00B87D21" w:rsidP="00F96788">
      <w:pPr>
        <w:spacing w:after="0"/>
        <w:rPr>
          <w:rFonts w:asciiTheme="majorHAnsi" w:hAnsiTheme="majorHAnsi" w:cstheme="majorHAnsi"/>
        </w:rPr>
      </w:pPr>
    </w:p>
    <w:p w14:paraId="3B764E82" w14:textId="77777777" w:rsidR="000017F6" w:rsidRPr="00F96788" w:rsidRDefault="000017F6" w:rsidP="00F96788">
      <w:pPr>
        <w:spacing w:after="0"/>
        <w:rPr>
          <w:rFonts w:asciiTheme="majorHAnsi" w:hAnsiTheme="majorHAnsi" w:cstheme="majorHAnsi"/>
        </w:rPr>
      </w:pPr>
      <w:proofErr w:type="spellStart"/>
      <w:r w:rsidRPr="00F96788">
        <w:rPr>
          <w:rFonts w:asciiTheme="majorHAnsi" w:hAnsiTheme="majorHAnsi" w:cstheme="majorHAnsi"/>
        </w:rPr>
        <w:t>EEVA</w:t>
      </w:r>
      <w:proofErr w:type="spellEnd"/>
      <w:r w:rsidRPr="00F96788">
        <w:rPr>
          <w:rFonts w:asciiTheme="majorHAnsi" w:hAnsiTheme="majorHAnsi" w:cstheme="majorHAnsi"/>
        </w:rPr>
        <w:t xml:space="preserve">: </w:t>
      </w:r>
    </w:p>
    <w:p w14:paraId="59B404A6" w14:textId="35AFFC7E" w:rsidR="00B87D21" w:rsidRPr="00F96788" w:rsidRDefault="00000000" w:rsidP="00F96788">
      <w:pPr>
        <w:spacing w:after="0"/>
        <w:rPr>
          <w:rFonts w:asciiTheme="majorHAnsi" w:hAnsiTheme="majorHAnsi" w:cstheme="majorHAnsi"/>
        </w:rPr>
      </w:pPr>
      <w:r w:rsidRPr="00F96788">
        <w:rPr>
          <w:rFonts w:asciiTheme="majorHAnsi" w:hAnsiTheme="majorHAnsi" w:cstheme="majorHAnsi"/>
        </w:rPr>
        <w:t>Nils!</w:t>
      </w:r>
    </w:p>
    <w:p w14:paraId="6A2339D5" w14:textId="40FF4F0E" w:rsidR="00B87D21" w:rsidRPr="00F96788" w:rsidRDefault="00000000" w:rsidP="00F96788">
      <w:pPr>
        <w:spacing w:after="0"/>
        <w:rPr>
          <w:rFonts w:asciiTheme="majorHAnsi" w:hAnsiTheme="majorHAnsi" w:cstheme="majorHAnsi"/>
        </w:rPr>
      </w:pPr>
      <w:r w:rsidRPr="00F96788">
        <w:rPr>
          <w:rFonts w:asciiTheme="majorHAnsi" w:hAnsiTheme="majorHAnsi" w:cstheme="majorHAnsi"/>
          <w:i/>
        </w:rPr>
        <w:t>Nils!</w:t>
      </w:r>
    </w:p>
    <w:p w14:paraId="2BE9E9F5" w14:textId="77777777" w:rsidR="00B87D21" w:rsidRPr="00F96788" w:rsidRDefault="00000000" w:rsidP="00F96788">
      <w:pPr>
        <w:spacing w:after="0"/>
        <w:rPr>
          <w:rFonts w:asciiTheme="majorHAnsi" w:hAnsiTheme="majorHAnsi" w:cstheme="majorHAnsi"/>
        </w:rPr>
      </w:pPr>
      <w:r w:rsidRPr="00F96788">
        <w:rPr>
          <w:rFonts w:asciiTheme="majorHAnsi" w:hAnsiTheme="majorHAnsi" w:cstheme="majorHAnsi"/>
        </w:rPr>
        <w:t>Nils?</w:t>
      </w:r>
    </w:p>
    <w:p w14:paraId="47C11B78" w14:textId="1A905E70" w:rsidR="00B87D21" w:rsidRPr="00F96788" w:rsidRDefault="00000000" w:rsidP="00F96788">
      <w:pPr>
        <w:spacing w:after="0"/>
        <w:rPr>
          <w:rFonts w:asciiTheme="majorHAnsi" w:hAnsiTheme="majorHAnsi" w:cstheme="majorHAnsi"/>
        </w:rPr>
      </w:pPr>
      <w:r w:rsidRPr="00F96788">
        <w:rPr>
          <w:rFonts w:asciiTheme="majorHAnsi" w:hAnsiTheme="majorHAnsi" w:cstheme="majorHAnsi"/>
          <w:i/>
        </w:rPr>
        <w:t>Nils?</w:t>
      </w:r>
    </w:p>
    <w:p w14:paraId="6B90E1A4" w14:textId="77777777" w:rsidR="00401BCA" w:rsidRPr="00401BCA" w:rsidRDefault="00401BCA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401BCA">
        <w:rPr>
          <w:rFonts w:asciiTheme="majorHAnsi" w:hAnsiTheme="majorHAnsi" w:cstheme="majorHAnsi"/>
          <w:lang w:val="nb-NO"/>
        </w:rPr>
        <w:t>Oonko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se </w:t>
      </w:r>
      <w:proofErr w:type="spellStart"/>
      <w:r w:rsidRPr="00401BCA">
        <w:rPr>
          <w:rFonts w:asciiTheme="majorHAnsi" w:hAnsiTheme="majorHAnsi" w:cstheme="majorHAnsi"/>
          <w:lang w:val="nb-NO"/>
        </w:rPr>
        <w:t>tosi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ette </w:t>
      </w:r>
      <w:proofErr w:type="spellStart"/>
      <w:r w:rsidRPr="00401BCA">
        <w:rPr>
          <w:rFonts w:asciiTheme="majorHAnsi" w:hAnsiTheme="majorHAnsi" w:cstheme="majorHAnsi"/>
          <w:lang w:val="nb-NO"/>
        </w:rPr>
        <w:t>sie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01BCA">
        <w:rPr>
          <w:rFonts w:asciiTheme="majorHAnsi" w:hAnsiTheme="majorHAnsi" w:cstheme="majorHAnsi"/>
          <w:lang w:val="nb-NO"/>
        </w:rPr>
        <w:t>olet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01BCA">
        <w:rPr>
          <w:rFonts w:asciiTheme="majorHAnsi" w:hAnsiTheme="majorHAnsi" w:cstheme="majorHAnsi"/>
          <w:lang w:val="nb-NO"/>
        </w:rPr>
        <w:t>löytäny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01BCA">
        <w:rPr>
          <w:rFonts w:asciiTheme="majorHAnsi" w:hAnsiTheme="majorHAnsi" w:cstheme="majorHAnsi"/>
          <w:lang w:val="nb-NO"/>
        </w:rPr>
        <w:t>kuolheita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01BCA">
        <w:rPr>
          <w:rFonts w:asciiTheme="majorHAnsi" w:hAnsiTheme="majorHAnsi" w:cstheme="majorHAnsi"/>
          <w:lang w:val="nb-NO"/>
        </w:rPr>
        <w:t>kalloi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01BCA">
        <w:rPr>
          <w:rFonts w:asciiTheme="majorHAnsi" w:hAnsiTheme="majorHAnsi" w:cstheme="majorHAnsi"/>
          <w:lang w:val="nb-NO"/>
        </w:rPr>
        <w:t>jovesta</w:t>
      </w:r>
      <w:proofErr w:type="spellEnd"/>
      <w:r w:rsidRPr="00401BCA">
        <w:rPr>
          <w:rFonts w:asciiTheme="majorHAnsi" w:hAnsiTheme="majorHAnsi" w:cstheme="majorHAnsi"/>
          <w:lang w:val="nb-NO"/>
        </w:rPr>
        <w:t>?!</w:t>
      </w:r>
    </w:p>
    <w:p w14:paraId="22C855C4" w14:textId="47498C1C" w:rsidR="00E778B6" w:rsidRDefault="00E778B6" w:rsidP="00F96788">
      <w:pPr>
        <w:spacing w:after="0"/>
        <w:rPr>
          <w:rFonts w:asciiTheme="majorHAnsi" w:hAnsiTheme="majorHAnsi" w:cstheme="majorHAnsi"/>
          <w:i/>
          <w:lang w:val="nb-NO"/>
        </w:rPr>
      </w:pPr>
      <w:r w:rsidRPr="00E778B6">
        <w:rPr>
          <w:rFonts w:asciiTheme="majorHAnsi" w:hAnsiTheme="majorHAnsi" w:cstheme="majorHAnsi"/>
          <w:i/>
          <w:lang w:val="nb-NO"/>
        </w:rPr>
        <w:t xml:space="preserve">Er det sant at du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fann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død fisk i elva?! </w:t>
      </w:r>
    </w:p>
    <w:p w14:paraId="39125224" w14:textId="77777777" w:rsidR="00401BCA" w:rsidRDefault="00401BCA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401BCA">
        <w:rPr>
          <w:rFonts w:asciiTheme="majorHAnsi" w:hAnsiTheme="majorHAnsi" w:cstheme="majorHAnsi"/>
          <w:lang w:val="nb-NO"/>
        </w:rPr>
        <w:t>Oonkhon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se </w:t>
      </w:r>
      <w:proofErr w:type="spellStart"/>
      <w:r w:rsidRPr="00401BCA">
        <w:rPr>
          <w:rFonts w:asciiTheme="majorHAnsi" w:hAnsiTheme="majorHAnsi" w:cstheme="majorHAnsi"/>
          <w:lang w:val="nb-NO"/>
        </w:rPr>
        <w:t>käyrälohi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01BCA">
        <w:rPr>
          <w:rFonts w:asciiTheme="majorHAnsi" w:hAnsiTheme="majorHAnsi" w:cstheme="majorHAnsi"/>
          <w:lang w:val="nb-NO"/>
        </w:rPr>
        <w:t>tullu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jo </w:t>
      </w:r>
      <w:proofErr w:type="spellStart"/>
      <w:r w:rsidRPr="00401BCA">
        <w:rPr>
          <w:rFonts w:asciiTheme="majorHAnsi" w:hAnsiTheme="majorHAnsi" w:cstheme="majorHAnsi"/>
          <w:lang w:val="nb-NO"/>
        </w:rPr>
        <w:t>jokheen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? </w:t>
      </w:r>
    </w:p>
    <w:p w14:paraId="00353EF1" w14:textId="4CBAE5E5" w:rsidR="00B87D21" w:rsidRDefault="00E778B6" w:rsidP="00F96788">
      <w:pPr>
        <w:spacing w:after="0"/>
        <w:rPr>
          <w:rFonts w:asciiTheme="majorHAnsi" w:hAnsiTheme="majorHAnsi" w:cstheme="majorHAnsi"/>
          <w:i/>
          <w:lang w:val="nb-NO"/>
        </w:rPr>
      </w:pPr>
      <w:r w:rsidRPr="00E778B6">
        <w:rPr>
          <w:rFonts w:asciiTheme="majorHAnsi" w:hAnsiTheme="majorHAnsi" w:cstheme="majorHAnsi"/>
          <w:i/>
          <w:lang w:val="nb-NO"/>
        </w:rPr>
        <w:t xml:space="preserve">Kan pukkellaksen ha invadert elva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allereie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>?</w:t>
      </w:r>
    </w:p>
    <w:p w14:paraId="4293774D" w14:textId="77777777" w:rsidR="00E778B6" w:rsidRPr="00F96788" w:rsidRDefault="00E778B6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15BC4113" w14:textId="1F8C3F99" w:rsidR="00B87D21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NILS:</w:t>
      </w:r>
    </w:p>
    <w:p w14:paraId="695ABC3F" w14:textId="77777777" w:rsidR="00401BCA" w:rsidRDefault="00401BCA" w:rsidP="00F96788">
      <w:pPr>
        <w:spacing w:after="0"/>
        <w:rPr>
          <w:rFonts w:asciiTheme="majorHAnsi" w:hAnsiTheme="majorHAnsi" w:cstheme="majorHAnsi"/>
          <w:lang w:val="nb-NO"/>
        </w:rPr>
      </w:pPr>
      <w:r w:rsidRPr="00401BCA">
        <w:rPr>
          <w:rFonts w:asciiTheme="majorHAnsi" w:hAnsiTheme="majorHAnsi" w:cstheme="majorHAnsi"/>
          <w:lang w:val="nb-NO"/>
        </w:rPr>
        <w:t xml:space="preserve">En </w:t>
      </w:r>
      <w:proofErr w:type="spellStart"/>
      <w:r w:rsidRPr="00401BCA">
        <w:rPr>
          <w:rFonts w:asciiTheme="majorHAnsi" w:hAnsiTheme="majorHAnsi" w:cstheme="majorHAnsi"/>
          <w:lang w:val="nb-NO"/>
        </w:rPr>
        <w:t>mie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01BCA">
        <w:rPr>
          <w:rFonts w:asciiTheme="majorHAnsi" w:hAnsiTheme="majorHAnsi" w:cstheme="majorHAnsi"/>
          <w:lang w:val="nb-NO"/>
        </w:rPr>
        <w:t>tieđä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. </w:t>
      </w:r>
    </w:p>
    <w:p w14:paraId="26CF28E8" w14:textId="2C9BA020" w:rsidR="00E778B6" w:rsidRDefault="00E778B6" w:rsidP="00F96788">
      <w:pPr>
        <w:spacing w:after="0"/>
        <w:rPr>
          <w:rFonts w:asciiTheme="majorHAnsi" w:hAnsiTheme="majorHAnsi" w:cstheme="majorHAnsi"/>
          <w:i/>
          <w:lang w:val="nb-NO"/>
        </w:rPr>
      </w:pPr>
      <w:proofErr w:type="spellStart"/>
      <w:r w:rsidRPr="00E778B6">
        <w:rPr>
          <w:rFonts w:asciiTheme="majorHAnsi" w:hAnsiTheme="majorHAnsi" w:cstheme="majorHAnsi"/>
          <w:i/>
          <w:lang w:val="nb-NO"/>
        </w:rPr>
        <w:t>Eg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veit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ikkje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>.</w:t>
      </w:r>
    </w:p>
    <w:p w14:paraId="2490E3C8" w14:textId="77777777" w:rsidR="00401BCA" w:rsidRDefault="00401BCA" w:rsidP="00F96788">
      <w:pPr>
        <w:spacing w:after="0"/>
        <w:rPr>
          <w:rFonts w:asciiTheme="majorHAnsi" w:hAnsiTheme="majorHAnsi" w:cstheme="majorHAnsi"/>
          <w:lang w:val="nb-NO"/>
        </w:rPr>
      </w:pPr>
      <w:r w:rsidRPr="00401BCA">
        <w:rPr>
          <w:rFonts w:asciiTheme="majorHAnsi" w:hAnsiTheme="majorHAnsi" w:cstheme="majorHAnsi"/>
          <w:lang w:val="nb-NO"/>
        </w:rPr>
        <w:t xml:space="preserve">Ei se </w:t>
      </w:r>
      <w:proofErr w:type="spellStart"/>
      <w:r w:rsidRPr="00401BCA">
        <w:rPr>
          <w:rFonts w:asciiTheme="majorHAnsi" w:hAnsiTheme="majorHAnsi" w:cstheme="majorHAnsi"/>
          <w:lang w:val="nb-NO"/>
        </w:rPr>
        <w:t>oikkeestan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01BCA">
        <w:rPr>
          <w:rFonts w:asciiTheme="majorHAnsi" w:hAnsiTheme="majorHAnsi" w:cstheme="majorHAnsi"/>
          <w:lang w:val="nb-NO"/>
        </w:rPr>
        <w:t>näin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01BCA">
        <w:rPr>
          <w:rFonts w:asciiTheme="majorHAnsi" w:hAnsiTheme="majorHAnsi" w:cstheme="majorHAnsi"/>
          <w:lang w:val="nb-NO"/>
        </w:rPr>
        <w:t>varhain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01BCA">
        <w:rPr>
          <w:rFonts w:asciiTheme="majorHAnsi" w:hAnsiTheme="majorHAnsi" w:cstheme="majorHAnsi"/>
          <w:lang w:val="nb-NO"/>
        </w:rPr>
        <w:t>kesälä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01BCA">
        <w:rPr>
          <w:rFonts w:asciiTheme="majorHAnsi" w:hAnsiTheme="majorHAnsi" w:cstheme="majorHAnsi"/>
          <w:lang w:val="nb-NO"/>
        </w:rPr>
        <w:t>pitäis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tulla. </w:t>
      </w:r>
    </w:p>
    <w:p w14:paraId="3DAF3A08" w14:textId="5E74092D" w:rsidR="00B87D21" w:rsidRDefault="00E778B6" w:rsidP="00F96788">
      <w:pPr>
        <w:spacing w:after="0"/>
        <w:rPr>
          <w:rFonts w:asciiTheme="majorHAnsi" w:hAnsiTheme="majorHAnsi" w:cstheme="majorHAnsi"/>
          <w:i/>
          <w:lang w:val="nb-NO"/>
        </w:rPr>
      </w:pPr>
      <w:r w:rsidRPr="00E778B6">
        <w:rPr>
          <w:rFonts w:asciiTheme="majorHAnsi" w:hAnsiTheme="majorHAnsi" w:cstheme="majorHAnsi"/>
          <w:i/>
          <w:lang w:val="nb-NO"/>
        </w:rPr>
        <w:t xml:space="preserve">Det er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eigentleg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for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tidleg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på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sommaren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for det.</w:t>
      </w:r>
    </w:p>
    <w:p w14:paraId="12DDC247" w14:textId="77777777" w:rsidR="00E778B6" w:rsidRPr="00F96788" w:rsidRDefault="00E778B6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06522651" w14:textId="0396363A" w:rsidR="00B87D21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KAISA:</w:t>
      </w:r>
    </w:p>
    <w:p w14:paraId="7C292C10" w14:textId="77777777" w:rsidR="00401BCA" w:rsidRDefault="00401BCA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401BCA">
        <w:rPr>
          <w:rFonts w:asciiTheme="majorHAnsi" w:hAnsiTheme="majorHAnsi" w:cstheme="majorHAnsi"/>
          <w:lang w:val="nb-NO"/>
        </w:rPr>
        <w:t>Mikä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se </w:t>
      </w:r>
      <w:proofErr w:type="spellStart"/>
      <w:r w:rsidRPr="00401BCA">
        <w:rPr>
          <w:rFonts w:asciiTheme="majorHAnsi" w:hAnsiTheme="majorHAnsi" w:cstheme="majorHAnsi"/>
          <w:lang w:val="nb-NO"/>
        </w:rPr>
        <w:t>käyrälohi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01BCA">
        <w:rPr>
          <w:rFonts w:asciiTheme="majorHAnsi" w:hAnsiTheme="majorHAnsi" w:cstheme="majorHAnsi"/>
          <w:lang w:val="nb-NO"/>
        </w:rPr>
        <w:t>oon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? </w:t>
      </w:r>
    </w:p>
    <w:p w14:paraId="1A4A7ACC" w14:textId="74CD1EF2" w:rsidR="00B87D21" w:rsidRPr="00F96788" w:rsidRDefault="00E778B6" w:rsidP="00F96788">
      <w:pPr>
        <w:spacing w:after="0"/>
        <w:rPr>
          <w:rFonts w:asciiTheme="majorHAnsi" w:hAnsiTheme="majorHAnsi" w:cstheme="majorHAnsi"/>
          <w:lang w:val="nb-NO"/>
        </w:rPr>
      </w:pPr>
      <w:r>
        <w:rPr>
          <w:rFonts w:asciiTheme="majorHAnsi" w:hAnsiTheme="majorHAnsi" w:cstheme="majorHAnsi"/>
          <w:i/>
          <w:lang w:val="nb-NO"/>
        </w:rPr>
        <w:t>K</w:t>
      </w:r>
      <w:r w:rsidRPr="00F96788">
        <w:rPr>
          <w:rFonts w:asciiTheme="majorHAnsi" w:hAnsiTheme="majorHAnsi" w:cstheme="majorHAnsi"/>
          <w:i/>
          <w:lang w:val="nb-NO"/>
        </w:rPr>
        <w:t>va er pukkellaks?</w:t>
      </w:r>
    </w:p>
    <w:p w14:paraId="3655B1D0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109339E7" w14:textId="33D9BD72" w:rsidR="00B87D21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EEVA</w:t>
      </w:r>
      <w:proofErr w:type="spellEnd"/>
      <w:r w:rsidRPr="00F96788">
        <w:rPr>
          <w:rFonts w:asciiTheme="majorHAnsi" w:hAnsiTheme="majorHAnsi" w:cstheme="majorHAnsi"/>
          <w:lang w:val="nb-NO"/>
        </w:rPr>
        <w:t>:</w:t>
      </w:r>
    </w:p>
    <w:p w14:paraId="07C2A773" w14:textId="77777777" w:rsidR="00401BCA" w:rsidRDefault="00401BCA" w:rsidP="00F96788">
      <w:pPr>
        <w:spacing w:after="0"/>
        <w:rPr>
          <w:rFonts w:asciiTheme="majorHAnsi" w:hAnsiTheme="majorHAnsi" w:cstheme="majorHAnsi"/>
          <w:lang w:val="nb-NO"/>
        </w:rPr>
      </w:pPr>
      <w:r w:rsidRPr="00401BCA">
        <w:rPr>
          <w:rFonts w:asciiTheme="majorHAnsi" w:hAnsiTheme="majorHAnsi" w:cstheme="majorHAnsi"/>
          <w:lang w:val="nb-NO"/>
        </w:rPr>
        <w:t xml:space="preserve">Sama </w:t>
      </w:r>
      <w:proofErr w:type="spellStart"/>
      <w:r w:rsidRPr="00401BCA">
        <w:rPr>
          <w:rFonts w:asciiTheme="majorHAnsi" w:hAnsiTheme="majorHAnsi" w:cstheme="majorHAnsi"/>
          <w:lang w:val="nb-NO"/>
        </w:rPr>
        <w:t>ko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01BCA">
        <w:rPr>
          <w:rFonts w:asciiTheme="majorHAnsi" w:hAnsiTheme="majorHAnsi" w:cstheme="majorHAnsi"/>
          <w:lang w:val="nb-NO"/>
        </w:rPr>
        <w:t>ryssänlohi</w:t>
      </w:r>
      <w:proofErr w:type="spellEnd"/>
      <w:r w:rsidRPr="00401BCA">
        <w:rPr>
          <w:rFonts w:asciiTheme="majorHAnsi" w:hAnsiTheme="majorHAnsi" w:cstheme="majorHAnsi"/>
          <w:lang w:val="nb-NO"/>
        </w:rPr>
        <w:t>.</w:t>
      </w:r>
    </w:p>
    <w:p w14:paraId="1A4C33D4" w14:textId="5AC30C7B" w:rsidR="00E778B6" w:rsidRDefault="00E778B6" w:rsidP="00F96788">
      <w:pPr>
        <w:spacing w:after="0"/>
        <w:rPr>
          <w:rFonts w:asciiTheme="majorHAnsi" w:hAnsiTheme="majorHAnsi" w:cstheme="majorHAnsi"/>
          <w:i/>
          <w:lang w:val="nb-NO"/>
        </w:rPr>
      </w:pPr>
      <w:r w:rsidRPr="00E778B6">
        <w:rPr>
          <w:rFonts w:asciiTheme="majorHAnsi" w:hAnsiTheme="majorHAnsi" w:cstheme="majorHAnsi"/>
          <w:i/>
          <w:lang w:val="nb-NO"/>
        </w:rPr>
        <w:t xml:space="preserve">Same som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russarlaks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. </w:t>
      </w:r>
    </w:p>
    <w:p w14:paraId="50D30CD9" w14:textId="77777777" w:rsidR="00401BCA" w:rsidRDefault="00401BCA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401BCA">
        <w:rPr>
          <w:rFonts w:asciiTheme="majorHAnsi" w:hAnsiTheme="majorHAnsi" w:cstheme="majorHAnsi"/>
          <w:lang w:val="nb-NO"/>
        </w:rPr>
        <w:t>Saattaisko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se olla </w:t>
      </w:r>
      <w:proofErr w:type="spellStart"/>
      <w:r w:rsidRPr="00401BCA">
        <w:rPr>
          <w:rFonts w:asciiTheme="majorHAnsi" w:hAnsiTheme="majorHAnsi" w:cstheme="majorHAnsi"/>
          <w:lang w:val="nb-NO"/>
        </w:rPr>
        <w:t>lohentäi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? </w:t>
      </w:r>
    </w:p>
    <w:p w14:paraId="0B2F85BE" w14:textId="59D80F62" w:rsidR="00B87D21" w:rsidRDefault="00E778B6" w:rsidP="00F96788">
      <w:pPr>
        <w:spacing w:after="0"/>
        <w:rPr>
          <w:rFonts w:asciiTheme="majorHAnsi" w:hAnsiTheme="majorHAnsi" w:cstheme="majorHAnsi"/>
          <w:i/>
          <w:lang w:val="nb-NO"/>
        </w:rPr>
      </w:pPr>
      <w:r w:rsidRPr="00E778B6">
        <w:rPr>
          <w:rFonts w:asciiTheme="majorHAnsi" w:hAnsiTheme="majorHAnsi" w:cstheme="majorHAnsi"/>
          <w:i/>
          <w:lang w:val="nb-NO"/>
        </w:rPr>
        <w:t xml:space="preserve">Kan det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vere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lakselusa?</w:t>
      </w:r>
    </w:p>
    <w:p w14:paraId="79CC318E" w14:textId="77777777" w:rsidR="00E778B6" w:rsidRPr="00F96788" w:rsidRDefault="00E778B6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392A7D20" w14:textId="37638DAE" w:rsidR="00B87D21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NILS:</w:t>
      </w:r>
    </w:p>
    <w:p w14:paraId="3F4C3F97" w14:textId="77777777" w:rsidR="00401BCA" w:rsidRDefault="00401BCA" w:rsidP="00F96788">
      <w:pPr>
        <w:spacing w:after="0"/>
        <w:rPr>
          <w:rFonts w:asciiTheme="majorHAnsi" w:hAnsiTheme="majorHAnsi" w:cstheme="majorHAnsi"/>
          <w:lang w:val="nb-NO"/>
        </w:rPr>
      </w:pPr>
      <w:r w:rsidRPr="00401BCA">
        <w:rPr>
          <w:rFonts w:asciiTheme="majorHAnsi" w:hAnsiTheme="majorHAnsi" w:cstheme="majorHAnsi"/>
          <w:lang w:val="nb-NO"/>
        </w:rPr>
        <w:t xml:space="preserve">Ei, ei makkeessa </w:t>
      </w:r>
      <w:proofErr w:type="spellStart"/>
      <w:r w:rsidRPr="00401BCA">
        <w:rPr>
          <w:rFonts w:asciiTheme="majorHAnsi" w:hAnsiTheme="majorHAnsi" w:cstheme="majorHAnsi"/>
          <w:lang w:val="nb-NO"/>
        </w:rPr>
        <w:t>veđessä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. </w:t>
      </w:r>
    </w:p>
    <w:p w14:paraId="5EA8F6CB" w14:textId="3DB0B63E" w:rsidR="00E778B6" w:rsidRDefault="00E778B6" w:rsidP="00F96788">
      <w:pPr>
        <w:spacing w:after="0"/>
        <w:rPr>
          <w:rFonts w:asciiTheme="majorHAnsi" w:hAnsiTheme="majorHAnsi" w:cstheme="majorHAnsi"/>
          <w:i/>
          <w:lang w:val="nb-NO"/>
        </w:rPr>
      </w:pPr>
      <w:r w:rsidRPr="00E778B6">
        <w:rPr>
          <w:rFonts w:asciiTheme="majorHAnsi" w:hAnsiTheme="majorHAnsi" w:cstheme="majorHAnsi"/>
          <w:i/>
          <w:lang w:val="nb-NO"/>
        </w:rPr>
        <w:t xml:space="preserve">Nei,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ikkje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i ferskvatn.</w:t>
      </w:r>
    </w:p>
    <w:p w14:paraId="6DB4ECC0" w14:textId="77777777" w:rsidR="00401BCA" w:rsidRDefault="00401BCA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401BCA">
        <w:rPr>
          <w:rFonts w:asciiTheme="majorHAnsi" w:hAnsiTheme="majorHAnsi" w:cstheme="majorHAnsi"/>
          <w:lang w:val="nb-NO"/>
        </w:rPr>
        <w:t>Ođotamma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nyt </w:t>
      </w:r>
      <w:proofErr w:type="spellStart"/>
      <w:r w:rsidRPr="00401BCA">
        <w:rPr>
          <w:rFonts w:asciiTheme="majorHAnsi" w:hAnsiTheme="majorHAnsi" w:cstheme="majorHAnsi"/>
          <w:lang w:val="nb-NO"/>
        </w:rPr>
        <w:t>vastauksii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01BCA">
        <w:rPr>
          <w:rFonts w:asciiTheme="majorHAnsi" w:hAnsiTheme="majorHAnsi" w:cstheme="majorHAnsi"/>
          <w:lang w:val="nb-NO"/>
        </w:rPr>
        <w:t>niistä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01BCA">
        <w:rPr>
          <w:rFonts w:asciiTheme="majorHAnsi" w:hAnsiTheme="majorHAnsi" w:cstheme="majorHAnsi"/>
          <w:lang w:val="nb-NO"/>
        </w:rPr>
        <w:t>prööviistä</w:t>
      </w:r>
      <w:proofErr w:type="spellEnd"/>
      <w:r w:rsidRPr="00401BCA">
        <w:rPr>
          <w:rFonts w:asciiTheme="majorHAnsi" w:hAnsiTheme="majorHAnsi" w:cstheme="majorHAnsi"/>
          <w:lang w:val="nb-NO"/>
        </w:rPr>
        <w:t>.</w:t>
      </w:r>
    </w:p>
    <w:p w14:paraId="4330CEA1" w14:textId="03BC6680" w:rsidR="00550739" w:rsidRDefault="00E778B6" w:rsidP="00F96788">
      <w:pPr>
        <w:spacing w:after="0"/>
        <w:rPr>
          <w:rFonts w:asciiTheme="majorHAnsi" w:hAnsiTheme="majorHAnsi" w:cstheme="majorHAnsi"/>
          <w:i/>
          <w:lang w:val="nb-NO"/>
        </w:rPr>
      </w:pPr>
      <w:r w:rsidRPr="00E778B6">
        <w:rPr>
          <w:rFonts w:asciiTheme="majorHAnsi" w:hAnsiTheme="majorHAnsi" w:cstheme="majorHAnsi"/>
          <w:i/>
          <w:lang w:val="nb-NO"/>
        </w:rPr>
        <w:t xml:space="preserve">Me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ventar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på svar på prøvene.</w:t>
      </w:r>
    </w:p>
    <w:p w14:paraId="105C8D24" w14:textId="77777777" w:rsidR="00E778B6" w:rsidRPr="00F96788" w:rsidRDefault="00E778B6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102F3A42" w14:textId="621409F7" w:rsidR="00B87D21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LÆRER:</w:t>
      </w:r>
    </w:p>
    <w:p w14:paraId="7EDAB25E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 xml:space="preserve">Hei, </w:t>
      </w:r>
      <w:proofErr w:type="spellStart"/>
      <w:r w:rsidRPr="00F96788">
        <w:rPr>
          <w:rFonts w:asciiTheme="majorHAnsi" w:hAnsiTheme="majorHAnsi" w:cstheme="majorHAnsi"/>
          <w:lang w:val="nb-NO"/>
        </w:rPr>
        <w:t>oppilaat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26F9A96D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Hei, elever.</w:t>
      </w:r>
    </w:p>
    <w:p w14:paraId="79AF4220" w14:textId="77777777" w:rsidR="00401BCA" w:rsidRDefault="00401BCA" w:rsidP="00F96788">
      <w:pPr>
        <w:spacing w:after="0"/>
        <w:rPr>
          <w:rFonts w:asciiTheme="majorHAnsi" w:hAnsiTheme="majorHAnsi" w:cstheme="majorHAnsi"/>
          <w:lang w:val="nb-NO"/>
        </w:rPr>
      </w:pPr>
      <w:r w:rsidRPr="00401BCA">
        <w:rPr>
          <w:rFonts w:asciiTheme="majorHAnsi" w:hAnsiTheme="majorHAnsi" w:cstheme="majorHAnsi"/>
          <w:lang w:val="nb-NO"/>
        </w:rPr>
        <w:t xml:space="preserve">Okay </w:t>
      </w:r>
      <w:proofErr w:type="spellStart"/>
      <w:r w:rsidRPr="00401BCA">
        <w:rPr>
          <w:rFonts w:asciiTheme="majorHAnsi" w:hAnsiTheme="majorHAnsi" w:cstheme="majorHAnsi"/>
          <w:lang w:val="nb-NO"/>
        </w:rPr>
        <w:t>selvä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, nyt </w:t>
      </w:r>
      <w:proofErr w:type="spellStart"/>
      <w:r w:rsidRPr="00401BCA">
        <w:rPr>
          <w:rFonts w:asciiTheme="majorHAnsi" w:hAnsiTheme="majorHAnsi" w:cstheme="majorHAnsi"/>
          <w:lang w:val="nb-NO"/>
        </w:rPr>
        <w:t>aloittamma</w:t>
      </w:r>
      <w:proofErr w:type="spellEnd"/>
      <w:r w:rsidRPr="00401BCA">
        <w:rPr>
          <w:rFonts w:asciiTheme="majorHAnsi" w:hAnsiTheme="majorHAnsi" w:cstheme="majorHAnsi"/>
          <w:lang w:val="nb-NO"/>
        </w:rPr>
        <w:t>.</w:t>
      </w:r>
    </w:p>
    <w:p w14:paraId="578DA258" w14:textId="2FEEDD5F" w:rsidR="00E778B6" w:rsidRPr="00401BCA" w:rsidRDefault="00E778B6" w:rsidP="00F96788">
      <w:pPr>
        <w:spacing w:after="0"/>
        <w:rPr>
          <w:rFonts w:asciiTheme="majorHAnsi" w:hAnsiTheme="majorHAnsi" w:cstheme="majorHAnsi"/>
          <w:i/>
          <w:lang w:val="nb-NO"/>
        </w:rPr>
      </w:pPr>
      <w:r w:rsidRPr="00401BCA">
        <w:rPr>
          <w:rFonts w:asciiTheme="majorHAnsi" w:hAnsiTheme="majorHAnsi" w:cstheme="majorHAnsi"/>
          <w:i/>
          <w:lang w:val="nb-NO"/>
        </w:rPr>
        <w:t xml:space="preserve">Ok, klart, </w:t>
      </w:r>
      <w:proofErr w:type="spellStart"/>
      <w:r w:rsidRPr="00401BCA">
        <w:rPr>
          <w:rFonts w:asciiTheme="majorHAnsi" w:hAnsiTheme="majorHAnsi" w:cstheme="majorHAnsi"/>
          <w:i/>
          <w:lang w:val="nb-NO"/>
        </w:rPr>
        <w:t>no</w:t>
      </w:r>
      <w:proofErr w:type="spellEnd"/>
      <w:r w:rsidRPr="00401BCA">
        <w:rPr>
          <w:rFonts w:asciiTheme="majorHAnsi" w:hAnsiTheme="majorHAnsi" w:cstheme="majorHAnsi"/>
          <w:i/>
          <w:lang w:val="nb-NO"/>
        </w:rPr>
        <w:t xml:space="preserve"> </w:t>
      </w:r>
      <w:proofErr w:type="spellStart"/>
      <w:r w:rsidRPr="00401BCA">
        <w:rPr>
          <w:rFonts w:asciiTheme="majorHAnsi" w:hAnsiTheme="majorHAnsi" w:cstheme="majorHAnsi"/>
          <w:i/>
          <w:lang w:val="nb-NO"/>
        </w:rPr>
        <w:t>byrjar</w:t>
      </w:r>
      <w:proofErr w:type="spellEnd"/>
      <w:r w:rsidRPr="00401BCA">
        <w:rPr>
          <w:rFonts w:asciiTheme="majorHAnsi" w:hAnsiTheme="majorHAnsi" w:cstheme="majorHAnsi"/>
          <w:i/>
          <w:lang w:val="nb-NO"/>
        </w:rPr>
        <w:t xml:space="preserve"> </w:t>
      </w:r>
      <w:proofErr w:type="spellStart"/>
      <w:r w:rsidRPr="00401BCA">
        <w:rPr>
          <w:rFonts w:asciiTheme="majorHAnsi" w:hAnsiTheme="majorHAnsi" w:cstheme="majorHAnsi"/>
          <w:i/>
          <w:lang w:val="nb-NO"/>
        </w:rPr>
        <w:t>me</w:t>
      </w:r>
      <w:proofErr w:type="spellEnd"/>
      <w:r w:rsidRPr="00401BCA">
        <w:rPr>
          <w:rFonts w:asciiTheme="majorHAnsi" w:hAnsiTheme="majorHAnsi" w:cstheme="majorHAnsi"/>
          <w:i/>
          <w:lang w:val="nb-NO"/>
        </w:rPr>
        <w:t>.</w:t>
      </w:r>
    </w:p>
    <w:p w14:paraId="71CD5A01" w14:textId="77777777" w:rsidR="00401BCA" w:rsidRDefault="00401BCA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401BCA">
        <w:rPr>
          <w:rFonts w:asciiTheme="majorHAnsi" w:hAnsiTheme="majorHAnsi" w:cstheme="majorHAnsi"/>
          <w:lang w:val="nb-NO"/>
        </w:rPr>
        <w:t>Teilä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01BCA">
        <w:rPr>
          <w:rFonts w:asciiTheme="majorHAnsi" w:hAnsiTheme="majorHAnsi" w:cstheme="majorHAnsi"/>
          <w:lang w:val="nb-NO"/>
        </w:rPr>
        <w:t>oon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01BCA">
        <w:rPr>
          <w:rFonts w:asciiTheme="majorHAnsi" w:hAnsiTheme="majorHAnsi" w:cstheme="majorHAnsi"/>
          <w:lang w:val="nb-NO"/>
        </w:rPr>
        <w:t>meininkinnä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01BCA">
        <w:rPr>
          <w:rFonts w:asciiTheme="majorHAnsi" w:hAnsiTheme="majorHAnsi" w:cstheme="majorHAnsi"/>
          <w:lang w:val="nb-NO"/>
        </w:rPr>
        <w:t>laittaat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01BCA">
        <w:rPr>
          <w:rFonts w:asciiTheme="majorHAnsi" w:hAnsiTheme="majorHAnsi" w:cstheme="majorHAnsi"/>
          <w:lang w:val="nb-NO"/>
        </w:rPr>
        <w:t>anonsiseinän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. </w:t>
      </w:r>
    </w:p>
    <w:p w14:paraId="1ED9B904" w14:textId="36B250AA" w:rsidR="00E778B6" w:rsidRDefault="00E778B6" w:rsidP="00F96788">
      <w:pPr>
        <w:spacing w:after="0"/>
        <w:rPr>
          <w:rFonts w:asciiTheme="majorHAnsi" w:hAnsiTheme="majorHAnsi" w:cstheme="majorHAnsi"/>
          <w:i/>
          <w:lang w:val="nb-NO"/>
        </w:rPr>
      </w:pPr>
      <w:r w:rsidRPr="00E778B6">
        <w:rPr>
          <w:rFonts w:asciiTheme="majorHAnsi" w:hAnsiTheme="majorHAnsi" w:cstheme="majorHAnsi"/>
          <w:i/>
          <w:lang w:val="nb-NO"/>
        </w:rPr>
        <w:lastRenderedPageBreak/>
        <w:t xml:space="preserve">De skal laga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ein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annonsevegg.</w:t>
      </w:r>
    </w:p>
    <w:p w14:paraId="5E77F759" w14:textId="77777777" w:rsidR="00401BCA" w:rsidRDefault="00401BCA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401BCA">
        <w:rPr>
          <w:rFonts w:asciiTheme="majorHAnsi" w:hAnsiTheme="majorHAnsi" w:cstheme="majorHAnsi"/>
          <w:lang w:val="nb-NO"/>
        </w:rPr>
        <w:t>Käyttäkkää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01BCA">
        <w:rPr>
          <w:rFonts w:asciiTheme="majorHAnsi" w:hAnsiTheme="majorHAnsi" w:cstheme="majorHAnsi"/>
          <w:lang w:val="nb-NO"/>
        </w:rPr>
        <w:t>tätä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01BCA">
        <w:rPr>
          <w:rFonts w:asciiTheme="majorHAnsi" w:hAnsiTheme="majorHAnsi" w:cstheme="majorHAnsi"/>
          <w:lang w:val="nb-NO"/>
        </w:rPr>
        <w:t>seinää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, se </w:t>
      </w:r>
      <w:proofErr w:type="spellStart"/>
      <w:r w:rsidRPr="00401BCA">
        <w:rPr>
          <w:rFonts w:asciiTheme="majorHAnsi" w:hAnsiTheme="majorHAnsi" w:cstheme="majorHAnsi"/>
          <w:lang w:val="nb-NO"/>
        </w:rPr>
        <w:t>oon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01BCA">
        <w:rPr>
          <w:rFonts w:asciiTheme="majorHAnsi" w:hAnsiTheme="majorHAnsi" w:cstheme="majorHAnsi"/>
          <w:lang w:val="nb-NO"/>
        </w:rPr>
        <w:t>nokko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01BCA">
        <w:rPr>
          <w:rFonts w:asciiTheme="majorHAnsi" w:hAnsiTheme="majorHAnsi" w:cstheme="majorHAnsi"/>
          <w:lang w:val="nb-NO"/>
        </w:rPr>
        <w:t>iso</w:t>
      </w:r>
      <w:proofErr w:type="spellEnd"/>
      <w:r w:rsidRPr="00401BCA">
        <w:rPr>
          <w:rFonts w:asciiTheme="majorHAnsi" w:hAnsiTheme="majorHAnsi" w:cstheme="majorHAnsi"/>
          <w:lang w:val="nb-NO"/>
        </w:rPr>
        <w:t>.</w:t>
      </w:r>
    </w:p>
    <w:p w14:paraId="77EA406B" w14:textId="2991EE84" w:rsidR="00E778B6" w:rsidRDefault="00E778B6" w:rsidP="00F96788">
      <w:pPr>
        <w:spacing w:after="0"/>
        <w:rPr>
          <w:rFonts w:asciiTheme="majorHAnsi" w:hAnsiTheme="majorHAnsi" w:cstheme="majorHAnsi"/>
          <w:i/>
          <w:lang w:val="nb-NO"/>
        </w:rPr>
      </w:pPr>
      <w:r w:rsidRPr="00E778B6">
        <w:rPr>
          <w:rFonts w:asciiTheme="majorHAnsi" w:hAnsiTheme="majorHAnsi" w:cstheme="majorHAnsi"/>
          <w:i/>
          <w:lang w:val="nb-NO"/>
        </w:rPr>
        <w:t xml:space="preserve">Bruk denne veggen, han er stor nok. </w:t>
      </w:r>
    </w:p>
    <w:p w14:paraId="09B02CBD" w14:textId="77777777" w:rsidR="00401BCA" w:rsidRDefault="00401BCA" w:rsidP="00401BCA">
      <w:pPr>
        <w:spacing w:after="0"/>
        <w:rPr>
          <w:rFonts w:asciiTheme="majorHAnsi" w:hAnsiTheme="majorHAnsi" w:cstheme="majorHAnsi"/>
          <w:lang w:val="nb-NO"/>
        </w:rPr>
      </w:pPr>
      <w:r w:rsidRPr="0094023C">
        <w:rPr>
          <w:rFonts w:asciiTheme="majorHAnsi" w:hAnsiTheme="majorHAnsi" w:cstheme="majorHAnsi"/>
          <w:lang w:val="nb-NO"/>
        </w:rPr>
        <w:t xml:space="preserve">Mie olen </w:t>
      </w:r>
      <w:proofErr w:type="spellStart"/>
      <w:r w:rsidRPr="0094023C">
        <w:rPr>
          <w:rFonts w:asciiTheme="majorHAnsi" w:hAnsiTheme="majorHAnsi" w:cstheme="majorHAnsi"/>
          <w:lang w:val="nb-NO"/>
        </w:rPr>
        <w:t>präntäny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ulos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anonssiita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mitä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löyttyy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teiđän</w:t>
      </w:r>
      <w:proofErr w:type="spellEnd"/>
      <w:r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sosiaalisen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meedian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informasuunivirrasta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. </w:t>
      </w:r>
    </w:p>
    <w:p w14:paraId="1DEE85CE" w14:textId="4951C039" w:rsidR="00E778B6" w:rsidRDefault="00E778B6" w:rsidP="00E778B6">
      <w:pPr>
        <w:spacing w:after="0"/>
        <w:rPr>
          <w:rFonts w:asciiTheme="majorHAnsi" w:hAnsiTheme="majorHAnsi" w:cstheme="majorHAnsi"/>
          <w:i/>
          <w:lang w:val="nb-NO"/>
        </w:rPr>
      </w:pPr>
      <w:proofErr w:type="spellStart"/>
      <w:r w:rsidRPr="00E778B6">
        <w:rPr>
          <w:rFonts w:asciiTheme="majorHAnsi" w:hAnsiTheme="majorHAnsi" w:cstheme="majorHAnsi"/>
          <w:i/>
          <w:lang w:val="nb-NO"/>
        </w:rPr>
        <w:t>Eg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har skrive ut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annonsar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frå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informasjonsstraumane</w:t>
      </w:r>
      <w:proofErr w:type="spellEnd"/>
      <w:r>
        <w:rPr>
          <w:rFonts w:asciiTheme="majorHAnsi" w:hAnsiTheme="majorHAnsi" w:cstheme="majorHAnsi"/>
          <w:i/>
          <w:lang w:val="nb-NO"/>
        </w:rPr>
        <w:t xml:space="preserve">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deira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på sosiale medium. </w:t>
      </w:r>
    </w:p>
    <w:p w14:paraId="7F84BB57" w14:textId="77777777" w:rsidR="00401BCA" w:rsidRDefault="00401BCA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401BCA">
        <w:rPr>
          <w:rFonts w:asciiTheme="majorHAnsi" w:hAnsiTheme="majorHAnsi" w:cstheme="majorHAnsi"/>
          <w:lang w:val="nb-NO"/>
        </w:rPr>
        <w:t>Ensistä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01BCA">
        <w:rPr>
          <w:rFonts w:asciiTheme="majorHAnsi" w:hAnsiTheme="majorHAnsi" w:cstheme="majorHAnsi"/>
          <w:lang w:val="nb-NO"/>
        </w:rPr>
        <w:t>hengaatta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01BCA">
        <w:rPr>
          <w:rFonts w:asciiTheme="majorHAnsi" w:hAnsiTheme="majorHAnsi" w:cstheme="majorHAnsi"/>
          <w:lang w:val="nb-NO"/>
        </w:rPr>
        <w:t>nämät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01BCA">
        <w:rPr>
          <w:rFonts w:asciiTheme="majorHAnsi" w:hAnsiTheme="majorHAnsi" w:cstheme="majorHAnsi"/>
          <w:lang w:val="nb-NO"/>
        </w:rPr>
        <w:t>anonsit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01BCA">
        <w:rPr>
          <w:rFonts w:asciiTheme="majorHAnsi" w:hAnsiTheme="majorHAnsi" w:cstheme="majorHAnsi"/>
          <w:lang w:val="nb-NO"/>
        </w:rPr>
        <w:t>ylös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01BCA">
        <w:rPr>
          <w:rFonts w:asciiTheme="majorHAnsi" w:hAnsiTheme="majorHAnsi" w:cstheme="majorHAnsi"/>
          <w:lang w:val="nb-NO"/>
        </w:rPr>
        <w:t>seinäle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. </w:t>
      </w:r>
    </w:p>
    <w:p w14:paraId="5865ABE5" w14:textId="525E1CD3" w:rsidR="00B87D21" w:rsidRDefault="00E778B6" w:rsidP="00F96788">
      <w:pPr>
        <w:spacing w:after="0"/>
        <w:rPr>
          <w:rFonts w:asciiTheme="majorHAnsi" w:hAnsiTheme="majorHAnsi" w:cstheme="majorHAnsi"/>
          <w:i/>
          <w:lang w:val="nb-NO"/>
        </w:rPr>
      </w:pPr>
      <w:r w:rsidRPr="00E778B6">
        <w:rPr>
          <w:rFonts w:asciiTheme="majorHAnsi" w:hAnsiTheme="majorHAnsi" w:cstheme="majorHAnsi"/>
          <w:i/>
          <w:lang w:val="nb-NO"/>
        </w:rPr>
        <w:t xml:space="preserve">Først skal de henge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desse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annonsane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opp på veggen.</w:t>
      </w:r>
    </w:p>
    <w:p w14:paraId="317B3F6C" w14:textId="77777777" w:rsidR="00E778B6" w:rsidRPr="00F96788" w:rsidRDefault="00E778B6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2D29DC72" w14:textId="77777777" w:rsidR="00550739" w:rsidRPr="00F96788" w:rsidRDefault="00550739" w:rsidP="00F96788">
      <w:pPr>
        <w:spacing w:after="0"/>
        <w:rPr>
          <w:rFonts w:asciiTheme="majorHAnsi" w:hAnsiTheme="majorHAnsi" w:cstheme="majorHAnsi"/>
        </w:rPr>
      </w:pPr>
      <w:proofErr w:type="spellStart"/>
      <w:r w:rsidRPr="00F96788">
        <w:rPr>
          <w:rFonts w:asciiTheme="majorHAnsi" w:hAnsiTheme="majorHAnsi" w:cstheme="majorHAnsi"/>
        </w:rPr>
        <w:t>KAISA</w:t>
      </w:r>
      <w:proofErr w:type="spellEnd"/>
      <w:r w:rsidRPr="00F96788">
        <w:rPr>
          <w:rFonts w:asciiTheme="majorHAnsi" w:hAnsiTheme="majorHAnsi" w:cstheme="majorHAnsi"/>
        </w:rPr>
        <w:t xml:space="preserve">: </w:t>
      </w:r>
    </w:p>
    <w:p w14:paraId="11B1CD80" w14:textId="77777777" w:rsidR="00401BCA" w:rsidRPr="00401BCA" w:rsidRDefault="00401BCA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401BCA">
        <w:rPr>
          <w:rFonts w:asciiTheme="majorHAnsi" w:hAnsiTheme="majorHAnsi" w:cstheme="majorHAnsi"/>
          <w:lang w:val="nb-NO"/>
        </w:rPr>
        <w:t>Tässä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01BCA">
        <w:rPr>
          <w:rFonts w:asciiTheme="majorHAnsi" w:hAnsiTheme="majorHAnsi" w:cstheme="majorHAnsi"/>
          <w:lang w:val="nb-NO"/>
        </w:rPr>
        <w:t>oon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01BCA">
        <w:rPr>
          <w:rFonts w:asciiTheme="majorHAnsi" w:hAnsiTheme="majorHAnsi" w:cstheme="majorHAnsi"/>
          <w:lang w:val="nb-NO"/>
        </w:rPr>
        <w:t>paljon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01BCA">
        <w:rPr>
          <w:rFonts w:asciiTheme="majorHAnsi" w:hAnsiTheme="majorHAnsi" w:cstheme="majorHAnsi"/>
          <w:lang w:val="nb-NO"/>
        </w:rPr>
        <w:t>samanlaissii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01BCA">
        <w:rPr>
          <w:rFonts w:asciiTheme="majorHAnsi" w:hAnsiTheme="majorHAnsi" w:cstheme="majorHAnsi"/>
          <w:lang w:val="nb-NO"/>
        </w:rPr>
        <w:t>anonssiita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. </w:t>
      </w:r>
    </w:p>
    <w:p w14:paraId="0EF7FEFF" w14:textId="463245EF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 xml:space="preserve">Det er mange </w:t>
      </w:r>
      <w:proofErr w:type="spellStart"/>
      <w:r w:rsidRPr="00F96788">
        <w:rPr>
          <w:rFonts w:asciiTheme="majorHAnsi" w:hAnsiTheme="majorHAnsi" w:cstheme="majorHAnsi"/>
          <w:i/>
          <w:lang w:val="nb-NO"/>
        </w:rPr>
        <w:t>annons</w:t>
      </w:r>
      <w:r w:rsidR="00E778B6">
        <w:rPr>
          <w:rFonts w:asciiTheme="majorHAnsi" w:hAnsiTheme="majorHAnsi" w:cstheme="majorHAnsi"/>
          <w:i/>
          <w:lang w:val="nb-NO"/>
        </w:rPr>
        <w:t>a</w:t>
      </w:r>
      <w:r w:rsidRPr="00F96788">
        <w:rPr>
          <w:rFonts w:asciiTheme="majorHAnsi" w:hAnsiTheme="majorHAnsi" w:cstheme="majorHAnsi"/>
          <w:i/>
          <w:lang w:val="nb-NO"/>
        </w:rPr>
        <w:t>r</w:t>
      </w:r>
      <w:proofErr w:type="spellEnd"/>
      <w:r w:rsidRPr="00F96788">
        <w:rPr>
          <w:rFonts w:asciiTheme="majorHAnsi" w:hAnsiTheme="majorHAnsi" w:cstheme="majorHAnsi"/>
          <w:i/>
          <w:lang w:val="nb-NO"/>
        </w:rPr>
        <w:t xml:space="preserve"> som er like.</w:t>
      </w:r>
    </w:p>
    <w:p w14:paraId="0A08E552" w14:textId="77777777" w:rsidR="00401BCA" w:rsidRDefault="00401BCA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401BCA">
        <w:rPr>
          <w:rFonts w:asciiTheme="majorHAnsi" w:hAnsiTheme="majorHAnsi" w:cstheme="majorHAnsi"/>
          <w:lang w:val="nb-NO"/>
        </w:rPr>
        <w:t>Saatamako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01BCA">
        <w:rPr>
          <w:rFonts w:asciiTheme="majorHAnsi" w:hAnsiTheme="majorHAnsi" w:cstheme="majorHAnsi"/>
          <w:lang w:val="nb-NO"/>
        </w:rPr>
        <w:t>laittaat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01BCA">
        <w:rPr>
          <w:rFonts w:asciiTheme="majorHAnsi" w:hAnsiTheme="majorHAnsi" w:cstheme="majorHAnsi"/>
          <w:lang w:val="nb-NO"/>
        </w:rPr>
        <w:t>erilaissii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01BCA">
        <w:rPr>
          <w:rFonts w:asciiTheme="majorHAnsi" w:hAnsiTheme="majorHAnsi" w:cstheme="majorHAnsi"/>
          <w:lang w:val="nb-NO"/>
        </w:rPr>
        <w:t>kategorioita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? </w:t>
      </w:r>
    </w:p>
    <w:p w14:paraId="0ED70012" w14:textId="57DB1030" w:rsidR="00B87D21" w:rsidRDefault="00E778B6" w:rsidP="00F96788">
      <w:pPr>
        <w:spacing w:after="0"/>
        <w:rPr>
          <w:rFonts w:asciiTheme="majorHAnsi" w:hAnsiTheme="majorHAnsi" w:cstheme="majorHAnsi"/>
          <w:i/>
          <w:lang w:val="nb-NO"/>
        </w:rPr>
      </w:pPr>
      <w:r w:rsidRPr="00E778B6">
        <w:rPr>
          <w:rFonts w:asciiTheme="majorHAnsi" w:hAnsiTheme="majorHAnsi" w:cstheme="majorHAnsi"/>
          <w:i/>
          <w:lang w:val="nb-NO"/>
        </w:rPr>
        <w:t xml:space="preserve">Kan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me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lage ulike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kategoriar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>?</w:t>
      </w:r>
    </w:p>
    <w:p w14:paraId="4AD9A557" w14:textId="77777777" w:rsidR="00E778B6" w:rsidRPr="00F96788" w:rsidRDefault="00E778B6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692A74C6" w14:textId="10B48619" w:rsidR="00B87D21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LÆRER:</w:t>
      </w:r>
    </w:p>
    <w:p w14:paraId="509BB717" w14:textId="77777777" w:rsidR="00401BCA" w:rsidRDefault="00401BCA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401BCA">
        <w:rPr>
          <w:rFonts w:asciiTheme="majorHAnsi" w:hAnsiTheme="majorHAnsi" w:cstheme="majorHAnsi"/>
          <w:lang w:val="nb-NO"/>
        </w:rPr>
        <w:t>Joo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401BCA">
        <w:rPr>
          <w:rFonts w:asciiTheme="majorHAnsi" w:hAnsiTheme="majorHAnsi" w:cstheme="majorHAnsi"/>
          <w:lang w:val="nb-NO"/>
        </w:rPr>
        <w:t>tietenki</w:t>
      </w:r>
      <w:proofErr w:type="spellEnd"/>
      <w:r w:rsidRPr="00401BCA">
        <w:rPr>
          <w:rFonts w:asciiTheme="majorHAnsi" w:hAnsiTheme="majorHAnsi" w:cstheme="majorHAnsi"/>
          <w:lang w:val="nb-NO"/>
        </w:rPr>
        <w:t>.</w:t>
      </w:r>
    </w:p>
    <w:p w14:paraId="429B167A" w14:textId="5CCA1BDC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Ja, absolutt.</w:t>
      </w:r>
    </w:p>
    <w:p w14:paraId="5A298BB7" w14:textId="77777777" w:rsidR="00401BCA" w:rsidRPr="00401BCA" w:rsidRDefault="00401BCA" w:rsidP="00F96788">
      <w:pPr>
        <w:spacing w:after="0"/>
        <w:rPr>
          <w:rFonts w:asciiTheme="majorHAnsi" w:hAnsiTheme="majorHAnsi" w:cstheme="majorHAnsi"/>
          <w:lang w:val="nb-NO"/>
        </w:rPr>
      </w:pPr>
      <w:r w:rsidRPr="00401BCA">
        <w:rPr>
          <w:rFonts w:asciiTheme="majorHAnsi" w:hAnsiTheme="majorHAnsi" w:cstheme="majorHAnsi"/>
          <w:lang w:val="nb-NO"/>
        </w:rPr>
        <w:t xml:space="preserve">Sitte se </w:t>
      </w:r>
      <w:proofErr w:type="spellStart"/>
      <w:r w:rsidRPr="00401BCA">
        <w:rPr>
          <w:rFonts w:asciiTheme="majorHAnsi" w:hAnsiTheme="majorHAnsi" w:cstheme="majorHAnsi"/>
          <w:lang w:val="nb-NO"/>
        </w:rPr>
        <w:t>oon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01BCA">
        <w:rPr>
          <w:rFonts w:asciiTheme="majorHAnsi" w:hAnsiTheme="majorHAnsi" w:cstheme="majorHAnsi"/>
          <w:lang w:val="nb-NO"/>
        </w:rPr>
        <w:t>kevveempi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01BCA">
        <w:rPr>
          <w:rFonts w:asciiTheme="majorHAnsi" w:hAnsiTheme="majorHAnsi" w:cstheme="majorHAnsi"/>
          <w:lang w:val="nb-NO"/>
        </w:rPr>
        <w:t>analyseerata</w:t>
      </w:r>
      <w:proofErr w:type="spellEnd"/>
      <w:r w:rsidRPr="00401BCA">
        <w:rPr>
          <w:rFonts w:asciiTheme="majorHAnsi" w:hAnsiTheme="majorHAnsi" w:cstheme="majorHAnsi"/>
          <w:lang w:val="nb-NO"/>
        </w:rPr>
        <w:t>.</w:t>
      </w:r>
    </w:p>
    <w:p w14:paraId="78F5D9BB" w14:textId="084F02C2" w:rsidR="00B87D21" w:rsidRDefault="00E778B6" w:rsidP="00F96788">
      <w:pPr>
        <w:spacing w:after="0"/>
        <w:rPr>
          <w:rFonts w:asciiTheme="majorHAnsi" w:hAnsiTheme="majorHAnsi" w:cstheme="majorHAnsi"/>
          <w:i/>
          <w:lang w:val="nb-NO"/>
        </w:rPr>
      </w:pPr>
      <w:r w:rsidRPr="00E778B6">
        <w:rPr>
          <w:rFonts w:asciiTheme="majorHAnsi" w:hAnsiTheme="majorHAnsi" w:cstheme="majorHAnsi"/>
          <w:i/>
          <w:lang w:val="nb-NO"/>
        </w:rPr>
        <w:t xml:space="preserve">Då blir det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lettare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å analysere.</w:t>
      </w:r>
    </w:p>
    <w:p w14:paraId="26203056" w14:textId="77777777" w:rsidR="00E778B6" w:rsidRPr="00F96788" w:rsidRDefault="00E778B6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015F7A76" w14:textId="77777777" w:rsidR="00550739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KAISA:</w:t>
      </w:r>
    </w:p>
    <w:p w14:paraId="2B7AF7E1" w14:textId="77777777" w:rsidR="00401BCA" w:rsidRDefault="00401BCA" w:rsidP="00F96788">
      <w:pPr>
        <w:spacing w:after="0"/>
        <w:rPr>
          <w:rFonts w:asciiTheme="majorHAnsi" w:hAnsiTheme="majorHAnsi" w:cstheme="majorHAnsi"/>
          <w:lang w:val="nb-NO"/>
        </w:rPr>
      </w:pPr>
      <w:r w:rsidRPr="00401BCA">
        <w:rPr>
          <w:rFonts w:asciiTheme="majorHAnsi" w:hAnsiTheme="majorHAnsi" w:cstheme="majorHAnsi"/>
          <w:lang w:val="nb-NO"/>
        </w:rPr>
        <w:t>Okay.</w:t>
      </w:r>
    </w:p>
    <w:p w14:paraId="5D5ECCD5" w14:textId="20A31575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Ok.</w:t>
      </w:r>
    </w:p>
    <w:p w14:paraId="1321B668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0F5F7246" w14:textId="2A1B1106" w:rsidR="00B87D21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KAISA:</w:t>
      </w:r>
    </w:p>
    <w:p w14:paraId="7374D75B" w14:textId="77777777" w:rsidR="00401BCA" w:rsidRDefault="00401BCA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401BCA">
        <w:rPr>
          <w:rFonts w:asciiTheme="majorHAnsi" w:hAnsiTheme="majorHAnsi" w:cstheme="majorHAnsi"/>
          <w:lang w:val="nb-NO"/>
        </w:rPr>
        <w:t>Selvä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401BCA">
        <w:rPr>
          <w:rFonts w:asciiTheme="majorHAnsi" w:hAnsiTheme="majorHAnsi" w:cstheme="majorHAnsi"/>
          <w:lang w:val="nb-NO"/>
        </w:rPr>
        <w:t>kroppi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01BCA">
        <w:rPr>
          <w:rFonts w:asciiTheme="majorHAnsi" w:hAnsiTheme="majorHAnsi" w:cstheme="majorHAnsi"/>
          <w:lang w:val="nb-NO"/>
        </w:rPr>
        <w:t>tähän</w:t>
      </w:r>
      <w:proofErr w:type="spellEnd"/>
      <w:r w:rsidRPr="00401BCA">
        <w:rPr>
          <w:rFonts w:asciiTheme="majorHAnsi" w:hAnsiTheme="majorHAnsi" w:cstheme="majorHAnsi"/>
          <w:lang w:val="nb-NO"/>
        </w:rPr>
        <w:t>.</w:t>
      </w:r>
    </w:p>
    <w:p w14:paraId="7DA5279E" w14:textId="46E2521C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Ok, kropp her.</w:t>
      </w:r>
    </w:p>
    <w:p w14:paraId="17182D2E" w14:textId="77777777" w:rsidR="00401BCA" w:rsidRDefault="00401BCA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401BCA">
        <w:rPr>
          <w:rFonts w:asciiTheme="majorHAnsi" w:hAnsiTheme="majorHAnsi" w:cstheme="majorHAnsi"/>
          <w:lang w:val="nb-NO"/>
        </w:rPr>
        <w:t>Vaattheet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01BCA">
        <w:rPr>
          <w:rFonts w:asciiTheme="majorHAnsi" w:hAnsiTheme="majorHAnsi" w:cstheme="majorHAnsi"/>
          <w:lang w:val="nb-NO"/>
        </w:rPr>
        <w:t>tuohon</w:t>
      </w:r>
      <w:proofErr w:type="spellEnd"/>
      <w:r w:rsidRPr="00401BCA">
        <w:rPr>
          <w:rFonts w:asciiTheme="majorHAnsi" w:hAnsiTheme="majorHAnsi" w:cstheme="majorHAnsi"/>
          <w:lang w:val="nb-NO"/>
        </w:rPr>
        <w:t>.</w:t>
      </w:r>
    </w:p>
    <w:p w14:paraId="08847E4A" w14:textId="5211FCB2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Kl</w:t>
      </w:r>
      <w:r w:rsidR="00E778B6">
        <w:rPr>
          <w:rFonts w:asciiTheme="majorHAnsi" w:hAnsiTheme="majorHAnsi" w:cstheme="majorHAnsi"/>
          <w:i/>
          <w:lang w:val="nb-NO"/>
        </w:rPr>
        <w:t>ede</w:t>
      </w:r>
      <w:r w:rsidRPr="00F96788">
        <w:rPr>
          <w:rFonts w:asciiTheme="majorHAnsi" w:hAnsiTheme="majorHAnsi" w:cstheme="majorHAnsi"/>
          <w:i/>
          <w:lang w:val="nb-NO"/>
        </w:rPr>
        <w:t xml:space="preserve"> der.</w:t>
      </w:r>
    </w:p>
    <w:p w14:paraId="5DED9FB8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26D1A06C" w14:textId="013D46A1" w:rsidR="00550739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EEVA</w:t>
      </w:r>
      <w:proofErr w:type="spellEnd"/>
      <w:r w:rsidRPr="00F96788">
        <w:rPr>
          <w:rFonts w:asciiTheme="majorHAnsi" w:hAnsiTheme="majorHAnsi" w:cstheme="majorHAnsi"/>
          <w:lang w:val="nb-NO"/>
        </w:rPr>
        <w:t>:</w:t>
      </w:r>
    </w:p>
    <w:p w14:paraId="3511FE3F" w14:textId="77777777" w:rsidR="00401BCA" w:rsidRDefault="00401BCA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401BCA">
        <w:rPr>
          <w:rFonts w:asciiTheme="majorHAnsi" w:hAnsiTheme="majorHAnsi" w:cstheme="majorHAnsi"/>
          <w:lang w:val="nb-NO"/>
        </w:rPr>
        <w:t>Alaskäsin</w:t>
      </w:r>
      <w:proofErr w:type="spellEnd"/>
      <w:r w:rsidRPr="00401BCA">
        <w:rPr>
          <w:rFonts w:asciiTheme="majorHAnsi" w:hAnsiTheme="majorHAnsi" w:cstheme="majorHAnsi"/>
          <w:lang w:val="nb-NO"/>
        </w:rPr>
        <w:t>.</w:t>
      </w:r>
    </w:p>
    <w:p w14:paraId="348926F7" w14:textId="65FCFA0F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Nedover</w:t>
      </w:r>
    </w:p>
    <w:p w14:paraId="0CA8B217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3EC4E676" w14:textId="597F486A" w:rsidR="00B87D21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ELEV:</w:t>
      </w:r>
    </w:p>
    <w:p w14:paraId="019BA127" w14:textId="77777777" w:rsidR="00401BCA" w:rsidRDefault="00401BCA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401BCA">
        <w:rPr>
          <w:rFonts w:asciiTheme="majorHAnsi" w:hAnsiTheme="majorHAnsi" w:cstheme="majorHAnsi"/>
          <w:lang w:val="nb-NO"/>
        </w:rPr>
        <w:t>Siirä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01BCA">
        <w:rPr>
          <w:rFonts w:asciiTheme="majorHAnsi" w:hAnsiTheme="majorHAnsi" w:cstheme="majorHAnsi"/>
          <w:lang w:val="nb-NO"/>
        </w:rPr>
        <w:t>sitä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vasemalle. </w:t>
      </w:r>
    </w:p>
    <w:p w14:paraId="3BC7E718" w14:textId="16060FDF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 xml:space="preserve">Flytt </w:t>
      </w:r>
      <w:r w:rsidR="00E778B6">
        <w:rPr>
          <w:rFonts w:asciiTheme="majorHAnsi" w:hAnsiTheme="majorHAnsi" w:cstheme="majorHAnsi"/>
          <w:i/>
          <w:lang w:val="nb-NO"/>
        </w:rPr>
        <w:t>han</w:t>
      </w:r>
      <w:r w:rsidRPr="00F96788">
        <w:rPr>
          <w:rFonts w:asciiTheme="majorHAnsi" w:hAnsiTheme="majorHAnsi" w:cstheme="majorHAnsi"/>
          <w:i/>
          <w:lang w:val="nb-NO"/>
        </w:rPr>
        <w:t xml:space="preserve"> til venstre.</w:t>
      </w:r>
    </w:p>
    <w:p w14:paraId="7EF94FFE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4EC96682" w14:textId="3DECCAF8" w:rsidR="00550739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KAISA:</w:t>
      </w:r>
    </w:p>
    <w:p w14:paraId="413721EF" w14:textId="77777777" w:rsidR="00401BCA" w:rsidRDefault="00401BCA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401BCA">
        <w:rPr>
          <w:rFonts w:asciiTheme="majorHAnsi" w:hAnsiTheme="majorHAnsi" w:cstheme="majorHAnsi"/>
          <w:lang w:val="nb-NO"/>
        </w:rPr>
        <w:t>Siinä</w:t>
      </w:r>
      <w:proofErr w:type="spellEnd"/>
      <w:r w:rsidRPr="00401BCA">
        <w:rPr>
          <w:rFonts w:asciiTheme="majorHAnsi" w:hAnsiTheme="majorHAnsi" w:cstheme="majorHAnsi"/>
          <w:lang w:val="nb-NO"/>
        </w:rPr>
        <w:t>!</w:t>
      </w:r>
    </w:p>
    <w:p w14:paraId="3E7C5D8C" w14:textId="6F3AE384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Sånn!</w:t>
      </w:r>
    </w:p>
    <w:p w14:paraId="10A15E53" w14:textId="77777777" w:rsidR="00401BCA" w:rsidRDefault="00401BCA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401BCA">
        <w:rPr>
          <w:rFonts w:asciiTheme="majorHAnsi" w:hAnsiTheme="majorHAnsi" w:cstheme="majorHAnsi"/>
          <w:lang w:val="nb-NO"/>
        </w:rPr>
        <w:t>Ruoka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01BCA">
        <w:rPr>
          <w:rFonts w:asciiTheme="majorHAnsi" w:hAnsiTheme="majorHAnsi" w:cstheme="majorHAnsi"/>
          <w:lang w:val="nb-NO"/>
        </w:rPr>
        <w:t>tuohon</w:t>
      </w:r>
      <w:proofErr w:type="spellEnd"/>
      <w:r w:rsidRPr="00401BCA">
        <w:rPr>
          <w:rFonts w:asciiTheme="majorHAnsi" w:hAnsiTheme="majorHAnsi" w:cstheme="majorHAnsi"/>
          <w:lang w:val="nb-NO"/>
        </w:rPr>
        <w:t>.</w:t>
      </w:r>
    </w:p>
    <w:p w14:paraId="1D14FAF7" w14:textId="47D34F98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lastRenderedPageBreak/>
        <w:t>Mat der.</w:t>
      </w:r>
    </w:p>
    <w:p w14:paraId="48EC8A1B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357B0660" w14:textId="65466C52" w:rsidR="00B87D21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EEVA</w:t>
      </w:r>
      <w:proofErr w:type="spellEnd"/>
      <w:r w:rsidRPr="00F96788">
        <w:rPr>
          <w:rFonts w:asciiTheme="majorHAnsi" w:hAnsiTheme="majorHAnsi" w:cstheme="majorHAnsi"/>
          <w:lang w:val="nb-NO"/>
        </w:rPr>
        <w:t>:</w:t>
      </w:r>
    </w:p>
    <w:p w14:paraId="7494443C" w14:textId="77777777" w:rsidR="00401BCA" w:rsidRDefault="00401BCA" w:rsidP="00F96788">
      <w:pPr>
        <w:spacing w:after="0"/>
        <w:rPr>
          <w:rFonts w:asciiTheme="majorHAnsi" w:hAnsiTheme="majorHAnsi" w:cstheme="majorHAnsi"/>
          <w:lang w:val="nb-NO"/>
        </w:rPr>
      </w:pPr>
      <w:r w:rsidRPr="00401BCA">
        <w:rPr>
          <w:rFonts w:asciiTheme="majorHAnsi" w:hAnsiTheme="majorHAnsi" w:cstheme="majorHAnsi"/>
          <w:lang w:val="nb-NO"/>
        </w:rPr>
        <w:t xml:space="preserve">Ja </w:t>
      </w:r>
      <w:proofErr w:type="spellStart"/>
      <w:r w:rsidRPr="00401BCA">
        <w:rPr>
          <w:rFonts w:asciiTheme="majorHAnsi" w:hAnsiTheme="majorHAnsi" w:cstheme="majorHAnsi"/>
          <w:lang w:val="nb-NO"/>
        </w:rPr>
        <w:t>rievu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ja </w:t>
      </w:r>
      <w:proofErr w:type="spellStart"/>
      <w:r w:rsidRPr="00401BCA">
        <w:rPr>
          <w:rFonts w:asciiTheme="majorHAnsi" w:hAnsiTheme="majorHAnsi" w:cstheme="majorHAnsi"/>
          <w:lang w:val="nb-NO"/>
        </w:rPr>
        <w:t>sylilapsentavarat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</w:t>
      </w:r>
      <w:proofErr w:type="spellStart"/>
      <w:proofErr w:type="gramStart"/>
      <w:r w:rsidRPr="00401BCA">
        <w:rPr>
          <w:rFonts w:asciiTheme="majorHAnsi" w:hAnsiTheme="majorHAnsi" w:cstheme="majorHAnsi"/>
          <w:lang w:val="nb-NO"/>
        </w:rPr>
        <w:t>tuone</w:t>
      </w:r>
      <w:proofErr w:type="spellEnd"/>
      <w:r w:rsidRPr="00401BCA">
        <w:rPr>
          <w:rFonts w:asciiTheme="majorHAnsi" w:hAnsiTheme="majorHAnsi" w:cstheme="majorHAnsi"/>
          <w:lang w:val="nb-NO"/>
        </w:rPr>
        <w:t>…</w:t>
      </w:r>
      <w:proofErr w:type="gramEnd"/>
      <w:r w:rsidRPr="00401BCA">
        <w:rPr>
          <w:rFonts w:asciiTheme="majorHAnsi" w:hAnsiTheme="majorHAnsi" w:cstheme="majorHAnsi"/>
          <w:lang w:val="nb-NO"/>
        </w:rPr>
        <w:t xml:space="preserve"> </w:t>
      </w:r>
    </w:p>
    <w:p w14:paraId="5D4EBE65" w14:textId="22DF88EA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 xml:space="preserve">Og bleier og </w:t>
      </w:r>
      <w:proofErr w:type="spellStart"/>
      <w:r w:rsidRPr="00F96788">
        <w:rPr>
          <w:rFonts w:asciiTheme="majorHAnsi" w:hAnsiTheme="majorHAnsi" w:cstheme="majorHAnsi"/>
          <w:i/>
          <w:lang w:val="nb-NO"/>
        </w:rPr>
        <w:t>babyting</w:t>
      </w:r>
      <w:proofErr w:type="spellEnd"/>
      <w:r w:rsidRPr="00F96788">
        <w:rPr>
          <w:rFonts w:asciiTheme="majorHAnsi" w:hAnsiTheme="majorHAnsi" w:cstheme="majorHAnsi"/>
          <w:i/>
          <w:lang w:val="nb-NO"/>
        </w:rPr>
        <w:t xml:space="preserve"> der </w:t>
      </w:r>
      <w:proofErr w:type="gramStart"/>
      <w:r w:rsidRPr="00F96788">
        <w:rPr>
          <w:rFonts w:asciiTheme="majorHAnsi" w:hAnsiTheme="majorHAnsi" w:cstheme="majorHAnsi"/>
          <w:i/>
          <w:lang w:val="nb-NO"/>
        </w:rPr>
        <w:t>borte...</w:t>
      </w:r>
      <w:proofErr w:type="gramEnd"/>
    </w:p>
    <w:p w14:paraId="1CB2F1BE" w14:textId="77777777" w:rsidR="00401BCA" w:rsidRDefault="00401BCA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401BCA">
        <w:rPr>
          <w:rFonts w:asciiTheme="majorHAnsi" w:hAnsiTheme="majorHAnsi" w:cstheme="majorHAnsi"/>
          <w:lang w:val="nb-NO"/>
        </w:rPr>
        <w:t>Karhutanssi</w:t>
      </w:r>
      <w:proofErr w:type="spellEnd"/>
      <w:r w:rsidRPr="00401BCA">
        <w:rPr>
          <w:rFonts w:asciiTheme="majorHAnsi" w:hAnsiTheme="majorHAnsi" w:cstheme="majorHAnsi"/>
          <w:lang w:val="nb-NO"/>
        </w:rPr>
        <w:t>.</w:t>
      </w:r>
    </w:p>
    <w:p w14:paraId="795B8A39" w14:textId="65202186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Bjørnedans</w:t>
      </w:r>
    </w:p>
    <w:p w14:paraId="1732FEE6" w14:textId="77777777" w:rsidR="00401BCA" w:rsidRDefault="00401BCA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401BCA">
        <w:rPr>
          <w:rFonts w:asciiTheme="majorHAnsi" w:hAnsiTheme="majorHAnsi" w:cstheme="majorHAnsi"/>
          <w:lang w:val="nb-NO"/>
        </w:rPr>
        <w:t>Vähän</w:t>
      </w:r>
      <w:proofErr w:type="spellEnd"/>
      <w:r w:rsidRPr="00401BCA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401BCA">
        <w:rPr>
          <w:rFonts w:asciiTheme="majorHAnsi" w:hAnsiTheme="majorHAnsi" w:cstheme="majorHAnsi"/>
          <w:lang w:val="nb-NO"/>
        </w:rPr>
        <w:t>ylöskäsin</w:t>
      </w:r>
      <w:proofErr w:type="spellEnd"/>
      <w:r w:rsidRPr="00401BCA">
        <w:rPr>
          <w:rFonts w:asciiTheme="majorHAnsi" w:hAnsiTheme="majorHAnsi" w:cstheme="majorHAnsi"/>
          <w:lang w:val="nb-NO"/>
        </w:rPr>
        <w:t>.</w:t>
      </w:r>
    </w:p>
    <w:p w14:paraId="606AE895" w14:textId="6D0C9813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Litt opp.</w:t>
      </w:r>
    </w:p>
    <w:p w14:paraId="3D10DE29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Nuoin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4B27B298" w14:textId="2DD16E4C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Sånn.</w:t>
      </w:r>
    </w:p>
    <w:p w14:paraId="334C8F39" w14:textId="77777777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751140EE" w14:textId="77777777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PLAKAT:</w:t>
      </w:r>
    </w:p>
    <w:p w14:paraId="2F3C7293" w14:textId="77777777" w:rsidR="001A5FC4" w:rsidRDefault="001A5FC4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1A5FC4">
        <w:rPr>
          <w:rFonts w:asciiTheme="majorHAnsi" w:hAnsiTheme="majorHAnsi" w:cstheme="majorHAnsi"/>
          <w:lang w:val="nb-NO"/>
        </w:rPr>
        <w:t>Uhattu</w:t>
      </w:r>
      <w:proofErr w:type="spellEnd"/>
      <w:r w:rsidRPr="001A5FC4">
        <w:rPr>
          <w:rFonts w:asciiTheme="majorHAnsi" w:hAnsiTheme="majorHAnsi" w:cstheme="majorHAnsi"/>
          <w:lang w:val="nb-NO"/>
        </w:rPr>
        <w:t>!!!</w:t>
      </w:r>
    </w:p>
    <w:p w14:paraId="1FD60700" w14:textId="08D35A50" w:rsidR="00B87D21" w:rsidRDefault="00E778B6" w:rsidP="00F96788">
      <w:pPr>
        <w:spacing w:after="0"/>
        <w:rPr>
          <w:rFonts w:asciiTheme="majorHAnsi" w:hAnsiTheme="majorHAnsi" w:cstheme="majorHAnsi"/>
          <w:i/>
          <w:lang w:val="nb-NO"/>
        </w:rPr>
      </w:pPr>
      <w:r w:rsidRPr="00E778B6">
        <w:rPr>
          <w:rFonts w:asciiTheme="majorHAnsi" w:hAnsiTheme="majorHAnsi" w:cstheme="majorHAnsi"/>
          <w:i/>
          <w:lang w:val="nb-NO"/>
        </w:rPr>
        <w:t>Trua!!!</w:t>
      </w:r>
    </w:p>
    <w:p w14:paraId="02AEB759" w14:textId="77777777" w:rsidR="00E778B6" w:rsidRPr="00F96788" w:rsidRDefault="00E778B6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258D9425" w14:textId="77777777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DATASKJERM:</w:t>
      </w:r>
    </w:p>
    <w:p w14:paraId="7E1F2AC5" w14:textId="77777777" w:rsidR="001A5FC4" w:rsidRDefault="001A5FC4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1A5FC4">
        <w:rPr>
          <w:rFonts w:asciiTheme="majorHAnsi" w:hAnsiTheme="majorHAnsi" w:cstheme="majorHAnsi"/>
          <w:lang w:val="nb-NO"/>
        </w:rPr>
        <w:t>Aukkein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1A5FC4">
        <w:rPr>
          <w:rFonts w:asciiTheme="majorHAnsi" w:hAnsiTheme="majorHAnsi" w:cstheme="majorHAnsi"/>
          <w:lang w:val="nb-NO"/>
        </w:rPr>
        <w:t>kesätyöhakemus</w:t>
      </w:r>
      <w:proofErr w:type="spellEnd"/>
      <w:r w:rsidRPr="001A5FC4">
        <w:rPr>
          <w:rFonts w:asciiTheme="majorHAnsi" w:hAnsiTheme="majorHAnsi" w:cstheme="majorHAnsi"/>
          <w:lang w:val="nb-NO"/>
        </w:rPr>
        <w:t>.</w:t>
      </w:r>
    </w:p>
    <w:p w14:paraId="28ED063D" w14:textId="5E8DB9D6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 xml:space="preserve">Åpen søknad om </w:t>
      </w:r>
      <w:proofErr w:type="spellStart"/>
      <w:r w:rsidRPr="00F96788">
        <w:rPr>
          <w:rFonts w:asciiTheme="majorHAnsi" w:hAnsiTheme="majorHAnsi" w:cstheme="majorHAnsi"/>
          <w:i/>
          <w:lang w:val="nb-NO"/>
        </w:rPr>
        <w:t>somm</w:t>
      </w:r>
      <w:r w:rsidR="00E778B6">
        <w:rPr>
          <w:rFonts w:asciiTheme="majorHAnsi" w:hAnsiTheme="majorHAnsi" w:cstheme="majorHAnsi"/>
          <w:i/>
          <w:lang w:val="nb-NO"/>
        </w:rPr>
        <w:t>a</w:t>
      </w:r>
      <w:r w:rsidRPr="00F96788">
        <w:rPr>
          <w:rFonts w:asciiTheme="majorHAnsi" w:hAnsiTheme="majorHAnsi" w:cstheme="majorHAnsi"/>
          <w:i/>
          <w:lang w:val="nb-NO"/>
        </w:rPr>
        <w:t>rjobb</w:t>
      </w:r>
      <w:proofErr w:type="spellEnd"/>
      <w:r w:rsidRPr="00F96788">
        <w:rPr>
          <w:rFonts w:asciiTheme="majorHAnsi" w:hAnsiTheme="majorHAnsi" w:cstheme="majorHAnsi"/>
          <w:i/>
          <w:lang w:val="nb-NO"/>
        </w:rPr>
        <w:t>.</w:t>
      </w:r>
    </w:p>
    <w:p w14:paraId="3D5EEC67" w14:textId="77777777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23BF1BAD" w14:textId="77777777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AARON</w:t>
      </w:r>
    </w:p>
    <w:p w14:paraId="061A7B96" w14:textId="77777777" w:rsidR="001A5FC4" w:rsidRDefault="001A5FC4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1A5FC4">
        <w:rPr>
          <w:rFonts w:asciiTheme="majorHAnsi" w:hAnsiTheme="majorHAnsi" w:cstheme="majorHAnsi"/>
          <w:lang w:val="nb-NO"/>
        </w:rPr>
        <w:t>Saatanan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1A5FC4">
        <w:rPr>
          <w:rFonts w:asciiTheme="majorHAnsi" w:hAnsiTheme="majorHAnsi" w:cstheme="majorHAnsi"/>
          <w:lang w:val="nb-NO"/>
        </w:rPr>
        <w:t>printteri.</w:t>
      </w:r>
    </w:p>
    <w:p w14:paraId="324988EB" w14:textId="52FB19D2" w:rsidR="00D11B15" w:rsidRDefault="00E778B6" w:rsidP="00F96788">
      <w:pPr>
        <w:spacing w:after="0"/>
        <w:rPr>
          <w:rFonts w:asciiTheme="majorHAnsi" w:hAnsiTheme="majorHAnsi" w:cstheme="majorHAnsi"/>
          <w:i/>
          <w:lang w:val="nb-NO"/>
        </w:rPr>
      </w:pP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Den forbanna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skrivaren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>!</w:t>
      </w:r>
    </w:p>
    <w:p w14:paraId="04371D6E" w14:textId="77777777" w:rsidR="00E778B6" w:rsidRPr="00F96788" w:rsidRDefault="00E778B6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57B6E682" w14:textId="7FA3CE26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PLAKAT:</w:t>
      </w:r>
    </w:p>
    <w:p w14:paraId="0B3DA81D" w14:textId="77777777" w:rsidR="001A5FC4" w:rsidRDefault="001A5FC4" w:rsidP="00F96788">
      <w:pPr>
        <w:spacing w:after="0"/>
        <w:rPr>
          <w:rFonts w:asciiTheme="majorHAnsi" w:hAnsiTheme="majorHAnsi" w:cstheme="majorHAnsi"/>
          <w:lang w:val="nb-NO"/>
        </w:rPr>
      </w:pPr>
      <w:r w:rsidRPr="001A5FC4">
        <w:rPr>
          <w:rFonts w:asciiTheme="majorHAnsi" w:hAnsiTheme="majorHAnsi" w:cstheme="majorHAnsi"/>
          <w:lang w:val="nb-NO"/>
        </w:rPr>
        <w:t>“</w:t>
      </w:r>
      <w:proofErr w:type="spellStart"/>
      <w:r w:rsidRPr="001A5FC4">
        <w:rPr>
          <w:rFonts w:asciiTheme="majorHAnsi" w:hAnsiTheme="majorHAnsi" w:cstheme="majorHAnsi"/>
          <w:lang w:val="nb-NO"/>
        </w:rPr>
        <w:t>Pelastakkaa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1A5FC4">
        <w:rPr>
          <w:rFonts w:asciiTheme="majorHAnsi" w:hAnsiTheme="majorHAnsi" w:cstheme="majorHAnsi"/>
          <w:lang w:val="nb-NO"/>
        </w:rPr>
        <w:t>meitän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1A5FC4">
        <w:rPr>
          <w:rFonts w:asciiTheme="majorHAnsi" w:hAnsiTheme="majorHAnsi" w:cstheme="majorHAnsi"/>
          <w:lang w:val="nb-NO"/>
        </w:rPr>
        <w:t>joren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1A5FC4">
        <w:rPr>
          <w:rFonts w:asciiTheme="majorHAnsi" w:hAnsiTheme="majorHAnsi" w:cstheme="majorHAnsi"/>
          <w:lang w:val="nb-NO"/>
        </w:rPr>
        <w:t>kalat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1A5FC4">
        <w:rPr>
          <w:rFonts w:asciiTheme="majorHAnsi" w:hAnsiTheme="majorHAnsi" w:cstheme="majorHAnsi"/>
          <w:lang w:val="nb-NO"/>
        </w:rPr>
        <w:t>kuolhaan</w:t>
      </w:r>
      <w:proofErr w:type="spellEnd"/>
      <w:r w:rsidRPr="001A5FC4">
        <w:rPr>
          <w:rFonts w:asciiTheme="majorHAnsi" w:hAnsiTheme="majorHAnsi" w:cstheme="majorHAnsi"/>
          <w:lang w:val="nb-NO"/>
        </w:rPr>
        <w:t>!”</w:t>
      </w:r>
      <w:r w:rsidRPr="001A5FC4">
        <w:rPr>
          <w:rFonts w:asciiTheme="majorHAnsi" w:hAnsiTheme="majorHAnsi" w:cstheme="majorHAnsi"/>
          <w:lang w:val="nb-NO"/>
        </w:rPr>
        <w:t xml:space="preserve"> </w:t>
      </w:r>
    </w:p>
    <w:p w14:paraId="2177AF0D" w14:textId="13BB15BD" w:rsidR="00B87D21" w:rsidRDefault="00E778B6" w:rsidP="00F96788">
      <w:pPr>
        <w:spacing w:after="0"/>
        <w:rPr>
          <w:rFonts w:asciiTheme="majorHAnsi" w:hAnsiTheme="majorHAnsi" w:cstheme="majorHAnsi"/>
          <w:i/>
          <w:lang w:val="nb-NO"/>
        </w:rPr>
      </w:pPr>
      <w:r w:rsidRPr="00E778B6">
        <w:rPr>
          <w:rFonts w:asciiTheme="majorHAnsi" w:hAnsiTheme="majorHAnsi" w:cstheme="majorHAnsi"/>
          <w:i/>
          <w:lang w:val="nb-NO"/>
        </w:rPr>
        <w:t xml:space="preserve">«Redd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fiskane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våre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frå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å døy!»</w:t>
      </w:r>
    </w:p>
    <w:p w14:paraId="0F9AD9F5" w14:textId="77777777" w:rsidR="00E778B6" w:rsidRPr="00F96788" w:rsidRDefault="00E778B6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07835381" w14:textId="573E9B8F" w:rsidR="00B87D21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LÆRER:</w:t>
      </w:r>
    </w:p>
    <w:p w14:paraId="3DF69646" w14:textId="77777777" w:rsidR="001A5FC4" w:rsidRDefault="001A5FC4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1A5FC4">
        <w:rPr>
          <w:rFonts w:asciiTheme="majorHAnsi" w:hAnsiTheme="majorHAnsi" w:cstheme="majorHAnsi"/>
          <w:lang w:val="nb-NO"/>
        </w:rPr>
        <w:t>Loistavaa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1A5FC4">
        <w:rPr>
          <w:rFonts w:asciiTheme="majorHAnsi" w:hAnsiTheme="majorHAnsi" w:cstheme="majorHAnsi"/>
          <w:lang w:val="nb-NO"/>
        </w:rPr>
        <w:t>tulkkaa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sitte ja </w:t>
      </w:r>
      <w:proofErr w:type="spellStart"/>
      <w:r w:rsidRPr="001A5FC4">
        <w:rPr>
          <w:rFonts w:asciiTheme="majorHAnsi" w:hAnsiTheme="majorHAnsi" w:cstheme="majorHAnsi"/>
          <w:lang w:val="nb-NO"/>
        </w:rPr>
        <w:t>istukkaa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. </w:t>
      </w:r>
    </w:p>
    <w:p w14:paraId="35449FC3" w14:textId="6C601AF2" w:rsidR="00E778B6" w:rsidRDefault="00E778B6" w:rsidP="00F96788">
      <w:pPr>
        <w:spacing w:after="0"/>
        <w:rPr>
          <w:rFonts w:asciiTheme="majorHAnsi" w:hAnsiTheme="majorHAnsi" w:cstheme="majorHAnsi"/>
          <w:i/>
          <w:lang w:val="nb-NO"/>
        </w:rPr>
      </w:pPr>
      <w:r w:rsidRPr="00E778B6">
        <w:rPr>
          <w:rFonts w:asciiTheme="majorHAnsi" w:hAnsiTheme="majorHAnsi" w:cstheme="majorHAnsi"/>
          <w:i/>
          <w:lang w:val="nb-NO"/>
        </w:rPr>
        <w:t xml:space="preserve">Flott, kom og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set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dykk. </w:t>
      </w:r>
    </w:p>
    <w:p w14:paraId="2B41B660" w14:textId="77777777" w:rsidR="001A5FC4" w:rsidRDefault="001A5FC4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1A5FC4">
        <w:rPr>
          <w:rFonts w:asciiTheme="majorHAnsi" w:hAnsiTheme="majorHAnsi" w:cstheme="majorHAnsi"/>
          <w:lang w:val="nb-NO"/>
        </w:rPr>
        <w:t>Mitä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1A5FC4">
        <w:rPr>
          <w:rFonts w:asciiTheme="majorHAnsi" w:hAnsiTheme="majorHAnsi" w:cstheme="majorHAnsi"/>
          <w:lang w:val="nb-NO"/>
        </w:rPr>
        <w:t>yhtheistä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1A5FC4">
        <w:rPr>
          <w:rFonts w:asciiTheme="majorHAnsi" w:hAnsiTheme="majorHAnsi" w:cstheme="majorHAnsi"/>
          <w:lang w:val="nb-NO"/>
        </w:rPr>
        <w:t>näissä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1A5FC4">
        <w:rPr>
          <w:rFonts w:asciiTheme="majorHAnsi" w:hAnsiTheme="majorHAnsi" w:cstheme="majorHAnsi"/>
          <w:lang w:val="nb-NO"/>
        </w:rPr>
        <w:t>anonsiissa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1A5FC4">
        <w:rPr>
          <w:rFonts w:asciiTheme="majorHAnsi" w:hAnsiTheme="majorHAnsi" w:cstheme="majorHAnsi"/>
          <w:lang w:val="nb-NO"/>
        </w:rPr>
        <w:t>oon?</w:t>
      </w:r>
    </w:p>
    <w:p w14:paraId="28A503CE" w14:textId="2C5746BE" w:rsidR="00B87D21" w:rsidRDefault="00E778B6" w:rsidP="00F96788">
      <w:pPr>
        <w:spacing w:after="0"/>
        <w:rPr>
          <w:rFonts w:asciiTheme="majorHAnsi" w:hAnsiTheme="majorHAnsi" w:cstheme="majorHAnsi"/>
          <w:i/>
          <w:lang w:val="nb-NO"/>
        </w:rPr>
      </w:pP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Kva er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fellesnemnarane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i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annonsane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>?</w:t>
      </w:r>
    </w:p>
    <w:p w14:paraId="475E645E" w14:textId="77777777" w:rsidR="00E778B6" w:rsidRPr="00F96788" w:rsidRDefault="00E778B6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7E853B42" w14:textId="3BB72EE9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ELEV:</w:t>
      </w:r>
    </w:p>
    <w:p w14:paraId="12D35F7F" w14:textId="77777777" w:rsidR="001A5FC4" w:rsidRDefault="001A5FC4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1A5FC4">
        <w:rPr>
          <w:rFonts w:asciiTheme="majorHAnsi" w:hAnsiTheme="majorHAnsi" w:cstheme="majorHAnsi"/>
          <w:lang w:val="nb-NO"/>
        </w:rPr>
        <w:t>Niissä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1A5FC4">
        <w:rPr>
          <w:rFonts w:asciiTheme="majorHAnsi" w:hAnsiTheme="majorHAnsi" w:cstheme="majorHAnsi"/>
          <w:lang w:val="nb-NO"/>
        </w:rPr>
        <w:t>oon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1A5FC4">
        <w:rPr>
          <w:rFonts w:asciiTheme="majorHAnsi" w:hAnsiTheme="majorHAnsi" w:cstheme="majorHAnsi"/>
          <w:lang w:val="nb-NO"/>
        </w:rPr>
        <w:t>paljon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1A5FC4">
        <w:rPr>
          <w:rFonts w:asciiTheme="majorHAnsi" w:hAnsiTheme="majorHAnsi" w:cstheme="majorHAnsi"/>
          <w:lang w:val="nb-NO"/>
        </w:rPr>
        <w:t>kroppii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ja </w:t>
      </w:r>
      <w:proofErr w:type="spellStart"/>
      <w:r w:rsidRPr="001A5FC4">
        <w:rPr>
          <w:rFonts w:asciiTheme="majorHAnsi" w:hAnsiTheme="majorHAnsi" w:cstheme="majorHAnsi"/>
          <w:lang w:val="nb-NO"/>
        </w:rPr>
        <w:t>ulkonäkköö</w:t>
      </w:r>
      <w:proofErr w:type="spellEnd"/>
      <w:r w:rsidRPr="001A5FC4">
        <w:rPr>
          <w:rFonts w:asciiTheme="majorHAnsi" w:hAnsiTheme="majorHAnsi" w:cstheme="majorHAnsi"/>
          <w:lang w:val="nb-NO"/>
        </w:rPr>
        <w:t>.</w:t>
      </w:r>
    </w:p>
    <w:p w14:paraId="556D9C14" w14:textId="5FC7E61A" w:rsidR="00B87D21" w:rsidRDefault="00E778B6" w:rsidP="00F96788">
      <w:pPr>
        <w:spacing w:after="0"/>
        <w:rPr>
          <w:rFonts w:asciiTheme="majorHAnsi" w:hAnsiTheme="majorHAnsi" w:cstheme="majorHAnsi"/>
          <w:i/>
          <w:lang w:val="nb-NO"/>
        </w:rPr>
      </w:pPr>
      <w:r w:rsidRPr="00E778B6">
        <w:rPr>
          <w:rFonts w:asciiTheme="majorHAnsi" w:hAnsiTheme="majorHAnsi" w:cstheme="majorHAnsi"/>
          <w:i/>
          <w:lang w:val="nb-NO"/>
        </w:rPr>
        <w:t xml:space="preserve">Det er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mykje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kropp og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utsjånad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>.</w:t>
      </w:r>
    </w:p>
    <w:p w14:paraId="24852616" w14:textId="77777777" w:rsidR="00E778B6" w:rsidRPr="00F96788" w:rsidRDefault="00E778B6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6909A15A" w14:textId="292B63D4" w:rsidR="00B87D21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LÆRER:</w:t>
      </w:r>
    </w:p>
    <w:p w14:paraId="317FDDBA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Niin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1169EEDB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Ja.</w:t>
      </w:r>
    </w:p>
    <w:p w14:paraId="27FD0992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316500DA" w14:textId="691FA35F" w:rsidR="00B87D21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lastRenderedPageBreak/>
        <w:t>ELEV:</w:t>
      </w:r>
    </w:p>
    <w:p w14:paraId="76609CA3" w14:textId="77777777" w:rsidR="001A5FC4" w:rsidRDefault="001A5FC4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1A5FC4">
        <w:rPr>
          <w:rFonts w:asciiTheme="majorHAnsi" w:hAnsiTheme="majorHAnsi" w:cstheme="majorHAnsi"/>
          <w:lang w:val="nb-NO"/>
        </w:rPr>
        <w:t>Tervheelistä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1A5FC4">
        <w:rPr>
          <w:rFonts w:asciiTheme="majorHAnsi" w:hAnsiTheme="majorHAnsi" w:cstheme="majorHAnsi"/>
          <w:lang w:val="nb-NO"/>
        </w:rPr>
        <w:t>ruokkaa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ja </w:t>
      </w:r>
      <w:proofErr w:type="spellStart"/>
      <w:r w:rsidRPr="001A5FC4">
        <w:rPr>
          <w:rFonts w:asciiTheme="majorHAnsi" w:hAnsiTheme="majorHAnsi" w:cstheme="majorHAnsi"/>
          <w:lang w:val="nb-NO"/>
        </w:rPr>
        <w:t>trääninkkii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. </w:t>
      </w:r>
    </w:p>
    <w:p w14:paraId="167CF21E" w14:textId="6C00D10C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Sunn mat og trening.</w:t>
      </w:r>
    </w:p>
    <w:p w14:paraId="526115A1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7187AC2F" w14:textId="79855DAF" w:rsidR="00B87D21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LÆRER:</w:t>
      </w:r>
    </w:p>
    <w:p w14:paraId="7CE57A16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 xml:space="preserve">Aha, </w:t>
      </w:r>
      <w:proofErr w:type="spellStart"/>
      <w:r w:rsidRPr="00F96788">
        <w:rPr>
          <w:rFonts w:asciiTheme="majorHAnsi" w:hAnsiTheme="majorHAnsi" w:cstheme="majorHAnsi"/>
          <w:lang w:val="nb-NO"/>
        </w:rPr>
        <w:t>joo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0A89974E" w14:textId="0C67EC74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Aha, ja.</w:t>
      </w:r>
    </w:p>
    <w:p w14:paraId="5B7E41CF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15AF7E10" w14:textId="5A24FC72" w:rsidR="00B87D21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ELEV:</w:t>
      </w:r>
    </w:p>
    <w:p w14:paraId="4A67E221" w14:textId="77777777" w:rsidR="001A5FC4" w:rsidRDefault="001A5FC4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1A5FC4">
        <w:rPr>
          <w:rFonts w:asciiTheme="majorHAnsi" w:hAnsiTheme="majorHAnsi" w:cstheme="majorHAnsi"/>
          <w:lang w:val="nb-NO"/>
        </w:rPr>
        <w:t>Fiini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1A5FC4">
        <w:rPr>
          <w:rFonts w:asciiTheme="majorHAnsi" w:hAnsiTheme="majorHAnsi" w:cstheme="majorHAnsi"/>
          <w:lang w:val="nb-NO"/>
        </w:rPr>
        <w:t>interiööri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. </w:t>
      </w:r>
    </w:p>
    <w:p w14:paraId="4A137DC6" w14:textId="485A4723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Fint interiør.</w:t>
      </w:r>
    </w:p>
    <w:p w14:paraId="68CCED45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18B74FD4" w14:textId="2FA5D8BC" w:rsidR="00B87D21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EEVA</w:t>
      </w:r>
      <w:proofErr w:type="spellEnd"/>
      <w:r w:rsidRPr="00F96788">
        <w:rPr>
          <w:rFonts w:asciiTheme="majorHAnsi" w:hAnsiTheme="majorHAnsi" w:cstheme="majorHAnsi"/>
          <w:lang w:val="nb-NO"/>
        </w:rPr>
        <w:t>:</w:t>
      </w:r>
    </w:p>
    <w:p w14:paraId="33BFCEF7" w14:textId="77777777" w:rsidR="001A5FC4" w:rsidRDefault="001A5FC4" w:rsidP="00F96788">
      <w:pPr>
        <w:spacing w:after="0"/>
        <w:rPr>
          <w:rFonts w:asciiTheme="majorHAnsi" w:hAnsiTheme="majorHAnsi" w:cstheme="majorHAnsi"/>
          <w:lang w:val="nb-NO"/>
        </w:rPr>
      </w:pPr>
      <w:proofErr w:type="gramStart"/>
      <w:r w:rsidRPr="001A5FC4">
        <w:rPr>
          <w:rFonts w:asciiTheme="majorHAnsi" w:hAnsiTheme="majorHAnsi" w:cstheme="majorHAnsi"/>
          <w:lang w:val="nb-NO"/>
        </w:rPr>
        <w:t>”Makka</w:t>
      </w:r>
      <w:proofErr w:type="gramEnd"/>
      <w:r w:rsidRPr="001A5FC4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1A5FC4">
        <w:rPr>
          <w:rFonts w:asciiTheme="majorHAnsi" w:hAnsiTheme="majorHAnsi" w:cstheme="majorHAnsi"/>
          <w:lang w:val="nb-NO"/>
        </w:rPr>
        <w:t>perfekti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1A5FC4">
        <w:rPr>
          <w:rFonts w:asciiTheme="majorHAnsi" w:hAnsiTheme="majorHAnsi" w:cstheme="majorHAnsi"/>
          <w:lang w:val="nb-NO"/>
        </w:rPr>
        <w:t>elämä</w:t>
      </w:r>
      <w:proofErr w:type="spellEnd"/>
      <w:r w:rsidRPr="001A5FC4">
        <w:rPr>
          <w:rFonts w:asciiTheme="majorHAnsi" w:hAnsiTheme="majorHAnsi" w:cstheme="majorHAnsi"/>
          <w:lang w:val="nb-NO"/>
        </w:rPr>
        <w:t>.”</w:t>
      </w:r>
    </w:p>
    <w:p w14:paraId="43208965" w14:textId="183E93FB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 xml:space="preserve">Det perfekte </w:t>
      </w:r>
      <w:proofErr w:type="gramStart"/>
      <w:r w:rsidRPr="00F96788">
        <w:rPr>
          <w:rFonts w:asciiTheme="majorHAnsi" w:hAnsiTheme="majorHAnsi" w:cstheme="majorHAnsi"/>
          <w:i/>
          <w:lang w:val="nb-NO"/>
        </w:rPr>
        <w:t>liv</w:t>
      </w:r>
      <w:r w:rsidR="00E778B6">
        <w:rPr>
          <w:rFonts w:asciiTheme="majorHAnsi" w:hAnsiTheme="majorHAnsi" w:cstheme="majorHAnsi"/>
          <w:i/>
          <w:lang w:val="nb-NO"/>
        </w:rPr>
        <w:t>et</w:t>
      </w:r>
      <w:r w:rsidRPr="00F96788">
        <w:rPr>
          <w:rFonts w:asciiTheme="majorHAnsi" w:hAnsiTheme="majorHAnsi" w:cstheme="majorHAnsi"/>
          <w:i/>
          <w:lang w:val="nb-NO"/>
        </w:rPr>
        <w:t>...</w:t>
      </w:r>
      <w:proofErr w:type="gramEnd"/>
    </w:p>
    <w:p w14:paraId="5243AD26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34246C08" w14:textId="77777777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NILS:</w:t>
      </w:r>
    </w:p>
    <w:p w14:paraId="092E9656" w14:textId="77777777" w:rsidR="001A5FC4" w:rsidRDefault="001A5FC4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1A5FC4">
        <w:rPr>
          <w:rFonts w:asciiTheme="majorHAnsi" w:hAnsiTheme="majorHAnsi" w:cstheme="majorHAnsi"/>
          <w:lang w:val="nb-NO"/>
        </w:rPr>
        <w:t>Miksi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met </w:t>
      </w:r>
      <w:proofErr w:type="spellStart"/>
      <w:r w:rsidRPr="001A5FC4">
        <w:rPr>
          <w:rFonts w:asciiTheme="majorHAnsi" w:hAnsiTheme="majorHAnsi" w:cstheme="majorHAnsi"/>
          <w:lang w:val="nb-NO"/>
        </w:rPr>
        <w:t>piđämä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panna </w:t>
      </w:r>
      <w:proofErr w:type="spellStart"/>
      <w:r w:rsidRPr="001A5FC4">
        <w:rPr>
          <w:rFonts w:asciiTheme="majorHAnsi" w:hAnsiTheme="majorHAnsi" w:cstheme="majorHAnsi"/>
          <w:lang w:val="nb-NO"/>
        </w:rPr>
        <w:t>aikkaa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1A5FC4">
        <w:rPr>
          <w:rFonts w:asciiTheme="majorHAnsi" w:hAnsiTheme="majorHAnsi" w:cstheme="majorHAnsi"/>
          <w:lang w:val="nb-NO"/>
        </w:rPr>
        <w:t>tähän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? </w:t>
      </w:r>
    </w:p>
    <w:p w14:paraId="2CC9B1AD" w14:textId="34DFCFAB" w:rsidR="00E778B6" w:rsidRDefault="00E778B6" w:rsidP="00F96788">
      <w:pPr>
        <w:spacing w:after="0"/>
        <w:rPr>
          <w:rFonts w:asciiTheme="majorHAnsi" w:hAnsiTheme="majorHAnsi" w:cstheme="majorHAnsi"/>
          <w:i/>
          <w:lang w:val="nb-NO"/>
        </w:rPr>
      </w:pPr>
      <w:proofErr w:type="spellStart"/>
      <w:r w:rsidRPr="00E778B6">
        <w:rPr>
          <w:rFonts w:asciiTheme="majorHAnsi" w:hAnsiTheme="majorHAnsi" w:cstheme="majorHAnsi"/>
          <w:i/>
          <w:lang w:val="nb-NO"/>
        </w:rPr>
        <w:t>Kvifor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skal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me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bruke tid på dette?</w:t>
      </w:r>
    </w:p>
    <w:p w14:paraId="3C72BDE1" w14:textId="77777777" w:rsidR="001A5FC4" w:rsidRDefault="001A5FC4" w:rsidP="00F96788">
      <w:pPr>
        <w:spacing w:after="0"/>
        <w:rPr>
          <w:rFonts w:asciiTheme="majorHAnsi" w:hAnsiTheme="majorHAnsi" w:cstheme="majorHAnsi"/>
          <w:lang w:val="nb-NO"/>
        </w:rPr>
      </w:pPr>
      <w:r w:rsidRPr="001A5FC4">
        <w:rPr>
          <w:rFonts w:asciiTheme="majorHAnsi" w:hAnsiTheme="majorHAnsi" w:cstheme="majorHAnsi"/>
          <w:lang w:val="nb-NO"/>
        </w:rPr>
        <w:t xml:space="preserve">Se ei </w:t>
      </w:r>
      <w:proofErr w:type="spellStart"/>
      <w:r w:rsidRPr="001A5FC4">
        <w:rPr>
          <w:rFonts w:asciiTheme="majorHAnsi" w:hAnsiTheme="majorHAnsi" w:cstheme="majorHAnsi"/>
          <w:lang w:val="nb-NO"/>
        </w:rPr>
        <w:t>merkitte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1A5FC4">
        <w:rPr>
          <w:rFonts w:asciiTheme="majorHAnsi" w:hAnsiTheme="majorHAnsi" w:cstheme="majorHAnsi"/>
          <w:lang w:val="nb-NO"/>
        </w:rPr>
        <w:t>äffääkhään</w:t>
      </w:r>
      <w:proofErr w:type="spellEnd"/>
      <w:r w:rsidRPr="001A5FC4">
        <w:rPr>
          <w:rFonts w:asciiTheme="majorHAnsi" w:hAnsiTheme="majorHAnsi" w:cstheme="majorHAnsi"/>
          <w:lang w:val="nb-NO"/>
        </w:rPr>
        <w:t>!</w:t>
      </w:r>
    </w:p>
    <w:p w14:paraId="4D904A8D" w14:textId="0061A139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Det betyr ingenting!</w:t>
      </w:r>
    </w:p>
    <w:p w14:paraId="30838888" w14:textId="0D3714FB" w:rsidR="001A5FC4" w:rsidRDefault="001A5FC4" w:rsidP="001A5FC4">
      <w:pPr>
        <w:spacing w:after="0"/>
        <w:rPr>
          <w:rFonts w:asciiTheme="majorHAnsi" w:hAnsiTheme="majorHAnsi" w:cstheme="majorHAnsi"/>
          <w:lang w:val="nb-NO"/>
        </w:rPr>
      </w:pPr>
      <w:r w:rsidRPr="001A5FC4">
        <w:rPr>
          <w:rFonts w:asciiTheme="majorHAnsi" w:hAnsiTheme="majorHAnsi" w:cstheme="majorHAnsi"/>
          <w:lang w:val="nb-NO"/>
        </w:rPr>
        <w:t xml:space="preserve">Se </w:t>
      </w:r>
      <w:proofErr w:type="spellStart"/>
      <w:r w:rsidRPr="001A5FC4">
        <w:rPr>
          <w:rFonts w:asciiTheme="majorHAnsi" w:hAnsiTheme="majorHAnsi" w:cstheme="majorHAnsi"/>
          <w:lang w:val="nb-NO"/>
        </w:rPr>
        <w:t>oon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se </w:t>
      </w:r>
      <w:proofErr w:type="spellStart"/>
      <w:r w:rsidRPr="001A5FC4">
        <w:rPr>
          <w:rFonts w:asciiTheme="majorHAnsi" w:hAnsiTheme="majorHAnsi" w:cstheme="majorHAnsi"/>
          <w:lang w:val="nb-NO"/>
        </w:rPr>
        <w:t>mitä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1A5FC4">
        <w:rPr>
          <w:rFonts w:asciiTheme="majorHAnsi" w:hAnsiTheme="majorHAnsi" w:cstheme="majorHAnsi"/>
          <w:lang w:val="nb-NO"/>
        </w:rPr>
        <w:t>tapattuu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1A5FC4">
        <w:rPr>
          <w:rFonts w:asciiTheme="majorHAnsi" w:hAnsiTheme="majorHAnsi" w:cstheme="majorHAnsi"/>
          <w:lang w:val="nb-NO"/>
        </w:rPr>
        <w:t>täälä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1A5FC4">
        <w:rPr>
          <w:rFonts w:asciiTheme="majorHAnsi" w:hAnsiTheme="majorHAnsi" w:cstheme="majorHAnsi"/>
          <w:lang w:val="nb-NO"/>
        </w:rPr>
        <w:t>missä</w:t>
      </w:r>
      <w:proofErr w:type="spellEnd"/>
      <w:r>
        <w:rPr>
          <w:rFonts w:asciiTheme="majorHAnsi" w:hAnsiTheme="majorHAnsi" w:cstheme="majorHAnsi"/>
          <w:lang w:val="nb-NO"/>
        </w:rPr>
        <w:t xml:space="preserve"> </w:t>
      </w:r>
      <w:r w:rsidRPr="001A5FC4">
        <w:rPr>
          <w:rFonts w:asciiTheme="majorHAnsi" w:hAnsiTheme="majorHAnsi" w:cstheme="majorHAnsi"/>
          <w:lang w:val="nb-NO"/>
        </w:rPr>
        <w:t xml:space="preserve">met </w:t>
      </w:r>
      <w:proofErr w:type="spellStart"/>
      <w:r w:rsidRPr="001A5FC4">
        <w:rPr>
          <w:rFonts w:asciiTheme="majorHAnsi" w:hAnsiTheme="majorHAnsi" w:cstheme="majorHAnsi"/>
          <w:lang w:val="nb-NO"/>
        </w:rPr>
        <w:t>asuma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1A5FC4">
        <w:rPr>
          <w:rFonts w:asciiTheme="majorHAnsi" w:hAnsiTheme="majorHAnsi" w:cstheme="majorHAnsi"/>
          <w:lang w:val="nb-NO"/>
        </w:rPr>
        <w:t>mikä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1A5FC4">
        <w:rPr>
          <w:rFonts w:asciiTheme="majorHAnsi" w:hAnsiTheme="majorHAnsi" w:cstheme="majorHAnsi"/>
          <w:lang w:val="nb-NO"/>
        </w:rPr>
        <w:t>merkittee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1A5FC4">
        <w:rPr>
          <w:rFonts w:asciiTheme="majorHAnsi" w:hAnsiTheme="majorHAnsi" w:cstheme="majorHAnsi"/>
          <w:lang w:val="nb-NO"/>
        </w:rPr>
        <w:t>jotaki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. </w:t>
      </w:r>
    </w:p>
    <w:p w14:paraId="1A0B41FA" w14:textId="46150C3E" w:rsidR="00B87D21" w:rsidRDefault="00E778B6" w:rsidP="001A5FC4">
      <w:pPr>
        <w:spacing w:after="0"/>
        <w:rPr>
          <w:rFonts w:asciiTheme="majorHAnsi" w:hAnsiTheme="majorHAnsi" w:cstheme="majorHAnsi"/>
          <w:i/>
          <w:lang w:val="nb-NO"/>
        </w:rPr>
      </w:pPr>
      <w:r w:rsidRPr="00E778B6">
        <w:rPr>
          <w:rFonts w:asciiTheme="majorHAnsi" w:hAnsiTheme="majorHAnsi" w:cstheme="majorHAnsi"/>
          <w:i/>
          <w:lang w:val="nb-NO"/>
        </w:rPr>
        <w:t xml:space="preserve">Det som betyr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noko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er det som skjer her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me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bur!</w:t>
      </w:r>
    </w:p>
    <w:p w14:paraId="70A0929A" w14:textId="77777777" w:rsidR="00E778B6" w:rsidRPr="00F96788" w:rsidRDefault="00E778B6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3CEEC1E7" w14:textId="7D2538D3" w:rsidR="00B87D21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EEVA</w:t>
      </w:r>
      <w:proofErr w:type="spellEnd"/>
      <w:r w:rsidRPr="00F96788">
        <w:rPr>
          <w:rFonts w:asciiTheme="majorHAnsi" w:hAnsiTheme="majorHAnsi" w:cstheme="majorHAnsi"/>
          <w:lang w:val="nb-NO"/>
        </w:rPr>
        <w:t>:</w:t>
      </w:r>
    </w:p>
    <w:p w14:paraId="2E918998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Nils..</w:t>
      </w:r>
    </w:p>
    <w:p w14:paraId="20585B6C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gramStart"/>
      <w:r w:rsidRPr="00F96788">
        <w:rPr>
          <w:rFonts w:asciiTheme="majorHAnsi" w:hAnsiTheme="majorHAnsi" w:cstheme="majorHAnsi"/>
          <w:i/>
          <w:lang w:val="nb-NO"/>
        </w:rPr>
        <w:t>Nils...</w:t>
      </w:r>
      <w:proofErr w:type="gramEnd"/>
    </w:p>
    <w:p w14:paraId="78B7F17B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4EC0E4AB" w14:textId="77777777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EEVA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: </w:t>
      </w:r>
    </w:p>
    <w:p w14:paraId="59048E25" w14:textId="77777777" w:rsidR="001A5FC4" w:rsidRDefault="001A5FC4" w:rsidP="001A5FC4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D1361">
        <w:rPr>
          <w:rFonts w:asciiTheme="majorHAnsi" w:hAnsiTheme="majorHAnsi" w:cstheme="majorHAnsi"/>
          <w:lang w:val="nb-NO"/>
        </w:rPr>
        <w:t>Tässähän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saattaa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olla </w:t>
      </w:r>
      <w:proofErr w:type="spellStart"/>
      <w:r w:rsidRPr="007D1361">
        <w:rPr>
          <w:rFonts w:asciiTheme="majorHAnsi" w:hAnsiTheme="majorHAnsi" w:cstheme="majorHAnsi"/>
          <w:lang w:val="nb-NO"/>
        </w:rPr>
        <w:t>kans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anonssiita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paikan</w:t>
      </w:r>
      <w:proofErr w:type="spellEnd"/>
      <w:r>
        <w:rPr>
          <w:rFonts w:asciiTheme="majorHAnsi" w:hAnsiTheme="majorHAnsi" w:cstheme="majorHAnsi"/>
          <w:lang w:val="nb-NO"/>
        </w:rPr>
        <w:t xml:space="preserve"> </w:t>
      </w:r>
      <w:r w:rsidRPr="007D1361">
        <w:rPr>
          <w:rFonts w:asciiTheme="majorHAnsi" w:hAnsiTheme="majorHAnsi" w:cstheme="majorHAnsi"/>
          <w:lang w:val="nb-NO"/>
        </w:rPr>
        <w:t xml:space="preserve">korruin ja </w:t>
      </w:r>
      <w:proofErr w:type="spellStart"/>
      <w:r w:rsidRPr="007D1361">
        <w:rPr>
          <w:rFonts w:asciiTheme="majorHAnsi" w:hAnsiTheme="majorHAnsi" w:cstheme="majorHAnsi"/>
          <w:lang w:val="nb-NO"/>
        </w:rPr>
        <w:t>kväänikulttuurin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ympäri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. </w:t>
      </w:r>
    </w:p>
    <w:p w14:paraId="5F58F439" w14:textId="372A4CF5" w:rsidR="00E778B6" w:rsidRDefault="00E778B6" w:rsidP="00E778B6">
      <w:pPr>
        <w:spacing w:after="0"/>
        <w:rPr>
          <w:rFonts w:asciiTheme="majorHAnsi" w:hAnsiTheme="majorHAnsi" w:cstheme="majorHAnsi"/>
          <w:i/>
          <w:lang w:val="nb-NO"/>
        </w:rPr>
      </w:pPr>
      <w:r w:rsidRPr="00E778B6">
        <w:rPr>
          <w:rFonts w:asciiTheme="majorHAnsi" w:hAnsiTheme="majorHAnsi" w:cstheme="majorHAnsi"/>
          <w:i/>
          <w:lang w:val="nb-NO"/>
        </w:rPr>
        <w:t xml:space="preserve">Det kan også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vere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annonsar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for lokale smykke</w:t>
      </w:r>
      <w:r>
        <w:rPr>
          <w:rFonts w:asciiTheme="majorHAnsi" w:hAnsiTheme="majorHAnsi" w:cstheme="majorHAnsi"/>
          <w:i/>
          <w:lang w:val="nb-NO"/>
        </w:rPr>
        <w:t xml:space="preserve"> </w:t>
      </w:r>
      <w:r w:rsidRPr="00E778B6">
        <w:rPr>
          <w:rFonts w:asciiTheme="majorHAnsi" w:hAnsiTheme="majorHAnsi" w:cstheme="majorHAnsi"/>
          <w:i/>
          <w:lang w:val="nb-NO"/>
        </w:rPr>
        <w:t xml:space="preserve">og kvensk kultur. </w:t>
      </w:r>
    </w:p>
    <w:p w14:paraId="419AB088" w14:textId="77777777" w:rsidR="001A5FC4" w:rsidRDefault="001A5FC4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1A5FC4">
        <w:rPr>
          <w:rFonts w:asciiTheme="majorHAnsi" w:hAnsiTheme="majorHAnsi" w:cstheme="majorHAnsi"/>
          <w:lang w:val="nb-NO"/>
        </w:rPr>
        <w:t>Sehän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1A5FC4">
        <w:rPr>
          <w:rFonts w:asciiTheme="majorHAnsi" w:hAnsiTheme="majorHAnsi" w:cstheme="majorHAnsi"/>
          <w:lang w:val="nb-NO"/>
        </w:rPr>
        <w:t>oon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1A5FC4">
        <w:rPr>
          <w:rFonts w:asciiTheme="majorHAnsi" w:hAnsiTheme="majorHAnsi" w:cstheme="majorHAnsi"/>
          <w:lang w:val="nb-NO"/>
        </w:rPr>
        <w:t>positiivista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, Nils. </w:t>
      </w:r>
    </w:p>
    <w:p w14:paraId="6CD56778" w14:textId="0E5DDAAC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Det er jo positivt, Nils.</w:t>
      </w:r>
    </w:p>
    <w:p w14:paraId="51EF66A5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6841B21D" w14:textId="6C25506E" w:rsidR="00B87D21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KAISA:</w:t>
      </w:r>
    </w:p>
    <w:p w14:paraId="19658527" w14:textId="77777777" w:rsidR="001A5FC4" w:rsidRDefault="001A5FC4" w:rsidP="00F96788">
      <w:pPr>
        <w:spacing w:after="0"/>
        <w:rPr>
          <w:rFonts w:asciiTheme="majorHAnsi" w:hAnsiTheme="majorHAnsi" w:cstheme="majorHAnsi"/>
          <w:lang w:val="nb-NO"/>
        </w:rPr>
      </w:pPr>
      <w:r w:rsidRPr="001A5FC4">
        <w:rPr>
          <w:rFonts w:asciiTheme="majorHAnsi" w:hAnsiTheme="majorHAnsi" w:cstheme="majorHAnsi"/>
          <w:lang w:val="nb-NO"/>
        </w:rPr>
        <w:t xml:space="preserve">Mie </w:t>
      </w:r>
      <w:proofErr w:type="spellStart"/>
      <w:r w:rsidRPr="001A5FC4">
        <w:rPr>
          <w:rFonts w:asciiTheme="majorHAnsi" w:hAnsiTheme="majorHAnsi" w:cstheme="majorHAnsi"/>
          <w:lang w:val="nb-NO"/>
        </w:rPr>
        <w:t>katton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</w:t>
      </w:r>
      <w:proofErr w:type="spellStart"/>
      <w:proofErr w:type="gramStart"/>
      <w:r w:rsidRPr="001A5FC4">
        <w:rPr>
          <w:rFonts w:asciiTheme="majorHAnsi" w:hAnsiTheme="majorHAnsi" w:cstheme="majorHAnsi"/>
          <w:lang w:val="nb-NO"/>
        </w:rPr>
        <w:t>kickboksinkkii</w:t>
      </w:r>
      <w:proofErr w:type="spellEnd"/>
      <w:r w:rsidRPr="001A5FC4">
        <w:rPr>
          <w:rFonts w:asciiTheme="majorHAnsi" w:hAnsiTheme="majorHAnsi" w:cstheme="majorHAnsi"/>
          <w:lang w:val="nb-NO"/>
        </w:rPr>
        <w:t>…</w:t>
      </w:r>
      <w:proofErr w:type="gramEnd"/>
      <w:r w:rsidRPr="001A5FC4">
        <w:rPr>
          <w:rFonts w:asciiTheme="majorHAnsi" w:hAnsiTheme="majorHAnsi" w:cstheme="majorHAnsi"/>
          <w:lang w:val="nb-NO"/>
        </w:rPr>
        <w:t xml:space="preserve"> </w:t>
      </w:r>
    </w:p>
    <w:p w14:paraId="29FB6712" w14:textId="3D4EF6F9" w:rsidR="00B87D21" w:rsidRPr="00F96788" w:rsidRDefault="00E778B6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>
        <w:rPr>
          <w:rFonts w:asciiTheme="majorHAnsi" w:hAnsiTheme="majorHAnsi" w:cstheme="majorHAnsi"/>
          <w:i/>
          <w:lang w:val="nb-NO"/>
        </w:rPr>
        <w:t>E</w:t>
      </w:r>
      <w:r w:rsidRPr="00F96788">
        <w:rPr>
          <w:rFonts w:asciiTheme="majorHAnsi" w:hAnsiTheme="majorHAnsi" w:cstheme="majorHAnsi"/>
          <w:i/>
          <w:lang w:val="nb-NO"/>
        </w:rPr>
        <w:t>g</w:t>
      </w:r>
      <w:proofErr w:type="spellEnd"/>
      <w:r w:rsidRPr="00F96788">
        <w:rPr>
          <w:rFonts w:asciiTheme="majorHAnsi" w:hAnsiTheme="majorHAnsi" w:cstheme="majorHAnsi"/>
          <w:i/>
          <w:lang w:val="nb-NO"/>
        </w:rPr>
        <w:t xml:space="preserve"> ser på </w:t>
      </w:r>
      <w:proofErr w:type="gramStart"/>
      <w:r w:rsidRPr="00F96788">
        <w:rPr>
          <w:rFonts w:asciiTheme="majorHAnsi" w:hAnsiTheme="majorHAnsi" w:cstheme="majorHAnsi"/>
          <w:i/>
          <w:lang w:val="nb-NO"/>
        </w:rPr>
        <w:t>kickboksing...</w:t>
      </w:r>
      <w:proofErr w:type="gramEnd"/>
    </w:p>
    <w:p w14:paraId="2CADF0B6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6295206F" w14:textId="77777777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EEVA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: </w:t>
      </w:r>
    </w:p>
    <w:p w14:paraId="4000E3E1" w14:textId="77777777" w:rsidR="001A5FC4" w:rsidRDefault="001A5FC4" w:rsidP="001A5FC4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D1361">
        <w:rPr>
          <w:rFonts w:asciiTheme="majorHAnsi" w:hAnsiTheme="majorHAnsi" w:cstheme="majorHAnsi"/>
          <w:lang w:val="nb-NO"/>
        </w:rPr>
        <w:t>Haje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sie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kuolheita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kalloi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, sitte </w:t>
      </w:r>
      <w:proofErr w:type="spellStart"/>
      <w:r w:rsidRPr="007D1361">
        <w:rPr>
          <w:rFonts w:asciiTheme="majorHAnsi" w:hAnsiTheme="majorHAnsi" w:cstheme="majorHAnsi"/>
          <w:lang w:val="nb-NO"/>
        </w:rPr>
        <w:t>sinun</w:t>
      </w:r>
      <w:proofErr w:type="spellEnd"/>
      <w:r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infovirta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täyttyy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siitä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mistä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sie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tykkäät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. </w:t>
      </w:r>
    </w:p>
    <w:p w14:paraId="7F986C1F" w14:textId="60250C31" w:rsidR="00B87D21" w:rsidRPr="00E778B6" w:rsidRDefault="00E778B6" w:rsidP="00E778B6">
      <w:pPr>
        <w:spacing w:after="0"/>
        <w:rPr>
          <w:rFonts w:asciiTheme="majorHAnsi" w:hAnsiTheme="majorHAnsi" w:cstheme="majorHAnsi"/>
          <w:i/>
          <w:lang w:val="nb-NO"/>
        </w:rPr>
      </w:pPr>
      <w:r w:rsidRPr="00E778B6">
        <w:rPr>
          <w:rFonts w:asciiTheme="majorHAnsi" w:hAnsiTheme="majorHAnsi" w:cstheme="majorHAnsi"/>
          <w:i/>
          <w:lang w:val="nb-NO"/>
        </w:rPr>
        <w:t xml:space="preserve">Nils, søk på død fisk, då blir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infostraumen</w:t>
      </w:r>
      <w:proofErr w:type="spellEnd"/>
      <w:r>
        <w:rPr>
          <w:rFonts w:asciiTheme="majorHAnsi" w:hAnsiTheme="majorHAnsi" w:cstheme="majorHAnsi"/>
          <w:i/>
          <w:lang w:val="nb-NO"/>
        </w:rPr>
        <w:t xml:space="preserve"> </w:t>
      </w:r>
      <w:r w:rsidRPr="00E778B6">
        <w:rPr>
          <w:rFonts w:asciiTheme="majorHAnsi" w:hAnsiTheme="majorHAnsi" w:cstheme="majorHAnsi"/>
          <w:i/>
          <w:lang w:val="nb-NO"/>
        </w:rPr>
        <w:t>din full av det du bryr deg om.</w:t>
      </w:r>
    </w:p>
    <w:p w14:paraId="3BE47C0D" w14:textId="77777777" w:rsidR="00E778B6" w:rsidRDefault="00E778B6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67F9DB89" w14:textId="08518EEB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lastRenderedPageBreak/>
        <w:t xml:space="preserve">NILS: </w:t>
      </w:r>
    </w:p>
    <w:p w14:paraId="72244B3F" w14:textId="77777777" w:rsidR="001A5FC4" w:rsidRDefault="001A5FC4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1A5FC4">
        <w:rPr>
          <w:rFonts w:asciiTheme="majorHAnsi" w:hAnsiTheme="majorHAnsi" w:cstheme="majorHAnsi"/>
          <w:lang w:val="nb-NO"/>
        </w:rPr>
        <w:t>Justhiin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1A5FC4">
        <w:rPr>
          <w:rFonts w:asciiTheme="majorHAnsi" w:hAnsiTheme="majorHAnsi" w:cstheme="majorHAnsi"/>
          <w:lang w:val="nb-NO"/>
        </w:rPr>
        <w:t>kaikki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1A5FC4">
        <w:rPr>
          <w:rFonts w:asciiTheme="majorHAnsi" w:hAnsiTheme="majorHAnsi" w:cstheme="majorHAnsi"/>
          <w:lang w:val="nb-NO"/>
        </w:rPr>
        <w:t>negatiivinen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1A5FC4">
        <w:rPr>
          <w:rFonts w:asciiTheme="majorHAnsi" w:hAnsiTheme="majorHAnsi" w:cstheme="majorHAnsi"/>
          <w:lang w:val="nb-NO"/>
        </w:rPr>
        <w:t>kassuu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. </w:t>
      </w:r>
    </w:p>
    <w:p w14:paraId="3173DFE3" w14:textId="1DA23051" w:rsidR="00E778B6" w:rsidRDefault="00E778B6" w:rsidP="00F96788">
      <w:pPr>
        <w:spacing w:after="0"/>
        <w:rPr>
          <w:rFonts w:asciiTheme="majorHAnsi" w:hAnsiTheme="majorHAnsi" w:cstheme="majorHAnsi"/>
          <w:i/>
          <w:lang w:val="nb-NO"/>
        </w:rPr>
      </w:pPr>
      <w:r w:rsidRPr="00E778B6">
        <w:rPr>
          <w:rFonts w:asciiTheme="majorHAnsi" w:hAnsiTheme="majorHAnsi" w:cstheme="majorHAnsi"/>
          <w:i/>
          <w:lang w:val="nb-NO"/>
        </w:rPr>
        <w:t xml:space="preserve">Nettopp, alt som er negativt blir det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meir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av. </w:t>
      </w:r>
    </w:p>
    <w:p w14:paraId="222CB8E8" w14:textId="77777777" w:rsidR="001A5FC4" w:rsidRDefault="001A5FC4" w:rsidP="001A5FC4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D1361">
        <w:rPr>
          <w:rFonts w:asciiTheme="majorHAnsi" w:hAnsiTheme="majorHAnsi" w:cstheme="majorHAnsi"/>
          <w:lang w:val="nb-NO"/>
        </w:rPr>
        <w:t>Algoritmit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halluuvat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ette met</w:t>
      </w:r>
      <w:r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emmä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luota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toinen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toisen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pääle</w:t>
      </w:r>
      <w:proofErr w:type="spellEnd"/>
      <w:r w:rsidRPr="007D1361">
        <w:rPr>
          <w:rFonts w:asciiTheme="majorHAnsi" w:hAnsiTheme="majorHAnsi" w:cstheme="majorHAnsi"/>
          <w:lang w:val="nb-NO"/>
        </w:rPr>
        <w:t>.</w:t>
      </w:r>
    </w:p>
    <w:p w14:paraId="14468778" w14:textId="60AE71D6" w:rsidR="00B87D21" w:rsidRDefault="00E778B6" w:rsidP="00F96788">
      <w:pPr>
        <w:spacing w:after="0"/>
        <w:rPr>
          <w:rFonts w:asciiTheme="majorHAnsi" w:hAnsiTheme="majorHAnsi" w:cstheme="majorHAnsi"/>
          <w:i/>
          <w:lang w:val="nb-NO"/>
        </w:rPr>
      </w:pPr>
      <w:proofErr w:type="spellStart"/>
      <w:r w:rsidRPr="00E778B6">
        <w:rPr>
          <w:rFonts w:asciiTheme="majorHAnsi" w:hAnsiTheme="majorHAnsi" w:cstheme="majorHAnsi"/>
          <w:i/>
          <w:lang w:val="nb-NO"/>
        </w:rPr>
        <w:t>Algoritmane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vil jo at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me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skal miste trua på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kvarandre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>.</w:t>
      </w:r>
    </w:p>
    <w:p w14:paraId="26ABDE73" w14:textId="77777777" w:rsidR="00E778B6" w:rsidRPr="00F96788" w:rsidRDefault="00E778B6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70C7D2DE" w14:textId="4FC0FA61" w:rsidR="00B87D21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ELEV</w:t>
      </w:r>
      <w:r w:rsidR="00242F62" w:rsidRPr="00F96788">
        <w:rPr>
          <w:rFonts w:asciiTheme="majorHAnsi" w:hAnsiTheme="majorHAnsi" w:cstheme="majorHAnsi"/>
          <w:lang w:val="nb-NO"/>
        </w:rPr>
        <w:t>ER</w:t>
      </w:r>
      <w:r w:rsidRPr="00F96788">
        <w:rPr>
          <w:rFonts w:asciiTheme="majorHAnsi" w:hAnsiTheme="majorHAnsi" w:cstheme="majorHAnsi"/>
          <w:lang w:val="nb-NO"/>
        </w:rPr>
        <w:t>:</w:t>
      </w:r>
    </w:p>
    <w:p w14:paraId="350F0437" w14:textId="77777777" w:rsidR="001A5FC4" w:rsidRDefault="001A5FC4" w:rsidP="00F96788">
      <w:pPr>
        <w:spacing w:after="0"/>
        <w:rPr>
          <w:rFonts w:asciiTheme="majorHAnsi" w:hAnsiTheme="majorHAnsi" w:cstheme="majorHAnsi"/>
          <w:lang w:val="nb-NO"/>
        </w:rPr>
      </w:pPr>
      <w:r w:rsidRPr="001A5FC4">
        <w:rPr>
          <w:rFonts w:asciiTheme="majorHAnsi" w:hAnsiTheme="majorHAnsi" w:cstheme="majorHAnsi"/>
          <w:lang w:val="nb-NO"/>
        </w:rPr>
        <w:t xml:space="preserve">Nils </w:t>
      </w:r>
      <w:proofErr w:type="spellStart"/>
      <w:r w:rsidRPr="001A5FC4">
        <w:rPr>
          <w:rFonts w:asciiTheme="majorHAnsi" w:hAnsiTheme="majorHAnsi" w:cstheme="majorHAnsi"/>
          <w:lang w:val="nb-NO"/>
        </w:rPr>
        <w:t>oon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1A5FC4">
        <w:rPr>
          <w:rFonts w:asciiTheme="majorHAnsi" w:hAnsiTheme="majorHAnsi" w:cstheme="majorHAnsi"/>
          <w:lang w:val="nb-NO"/>
        </w:rPr>
        <w:t>oikkeessa</w:t>
      </w:r>
      <w:proofErr w:type="spellEnd"/>
      <w:r w:rsidRPr="001A5FC4">
        <w:rPr>
          <w:rFonts w:asciiTheme="majorHAnsi" w:hAnsiTheme="majorHAnsi" w:cstheme="majorHAnsi"/>
          <w:lang w:val="nb-NO"/>
        </w:rPr>
        <w:t>!</w:t>
      </w:r>
    </w:p>
    <w:p w14:paraId="0BF680F1" w14:textId="3BF8061B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Nils har rett!</w:t>
      </w:r>
    </w:p>
    <w:p w14:paraId="011D8F91" w14:textId="77777777" w:rsidR="001A5FC4" w:rsidRDefault="001A5FC4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1A5FC4">
        <w:rPr>
          <w:rFonts w:asciiTheme="majorHAnsi" w:hAnsiTheme="majorHAnsi" w:cstheme="majorHAnsi"/>
          <w:lang w:val="nb-NO"/>
        </w:rPr>
        <w:t>Meitä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1A5FC4">
        <w:rPr>
          <w:rFonts w:asciiTheme="majorHAnsi" w:hAnsiTheme="majorHAnsi" w:cstheme="majorHAnsi"/>
          <w:lang w:val="nb-NO"/>
        </w:rPr>
        <w:t>juksathaan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ja </w:t>
      </w:r>
      <w:proofErr w:type="spellStart"/>
      <w:r w:rsidRPr="001A5FC4">
        <w:rPr>
          <w:rFonts w:asciiTheme="majorHAnsi" w:hAnsiTheme="majorHAnsi" w:cstheme="majorHAnsi"/>
          <w:lang w:val="nb-NO"/>
        </w:rPr>
        <w:t>meihin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1A5FC4">
        <w:rPr>
          <w:rFonts w:asciiTheme="majorHAnsi" w:hAnsiTheme="majorHAnsi" w:cstheme="majorHAnsi"/>
          <w:lang w:val="nb-NO"/>
        </w:rPr>
        <w:t>vaikutethaan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. </w:t>
      </w:r>
    </w:p>
    <w:p w14:paraId="4ECE9E06" w14:textId="4089CA2A" w:rsidR="00E778B6" w:rsidRDefault="00E778B6" w:rsidP="00F96788">
      <w:pPr>
        <w:spacing w:after="0"/>
        <w:rPr>
          <w:rFonts w:asciiTheme="majorHAnsi" w:hAnsiTheme="majorHAnsi" w:cstheme="majorHAnsi"/>
          <w:i/>
          <w:lang w:val="nb-NO"/>
        </w:rPr>
      </w:pPr>
      <w:r w:rsidRPr="00E778B6">
        <w:rPr>
          <w:rFonts w:asciiTheme="majorHAnsi" w:hAnsiTheme="majorHAnsi" w:cstheme="majorHAnsi"/>
          <w:i/>
          <w:lang w:val="nb-NO"/>
        </w:rPr>
        <w:t xml:space="preserve">Me blir lurte og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påverka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. </w:t>
      </w:r>
    </w:p>
    <w:p w14:paraId="0F069255" w14:textId="77777777" w:rsidR="001A5FC4" w:rsidRDefault="001A5FC4" w:rsidP="00F96788">
      <w:pPr>
        <w:spacing w:after="0"/>
        <w:rPr>
          <w:rFonts w:asciiTheme="majorHAnsi" w:hAnsiTheme="majorHAnsi" w:cstheme="majorHAnsi"/>
          <w:lang w:val="nb-NO"/>
        </w:rPr>
      </w:pPr>
      <w:r w:rsidRPr="001A5FC4">
        <w:rPr>
          <w:rFonts w:asciiTheme="majorHAnsi" w:hAnsiTheme="majorHAnsi" w:cstheme="majorHAnsi"/>
          <w:lang w:val="nb-NO"/>
        </w:rPr>
        <w:t xml:space="preserve">Met </w:t>
      </w:r>
      <w:proofErr w:type="spellStart"/>
      <w:r w:rsidRPr="001A5FC4">
        <w:rPr>
          <w:rFonts w:asciiTheme="majorHAnsi" w:hAnsiTheme="majorHAnsi" w:cstheme="majorHAnsi"/>
          <w:lang w:val="nb-NO"/>
        </w:rPr>
        <w:t>olema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1A5FC4">
        <w:rPr>
          <w:rFonts w:asciiTheme="majorHAnsi" w:hAnsiTheme="majorHAnsi" w:cstheme="majorHAnsi"/>
          <w:lang w:val="nb-NO"/>
        </w:rPr>
        <w:t>kaikukamarissa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. </w:t>
      </w:r>
    </w:p>
    <w:p w14:paraId="54A18CEB" w14:textId="67CBC30C" w:rsidR="00B87D21" w:rsidRPr="00F96788" w:rsidRDefault="00E778B6" w:rsidP="00F96788">
      <w:pPr>
        <w:spacing w:after="0"/>
        <w:rPr>
          <w:rFonts w:asciiTheme="majorHAnsi" w:hAnsiTheme="majorHAnsi" w:cstheme="majorHAnsi"/>
          <w:lang w:val="nb-NO"/>
        </w:rPr>
      </w:pPr>
      <w:r>
        <w:rPr>
          <w:rFonts w:asciiTheme="majorHAnsi" w:hAnsiTheme="majorHAnsi" w:cstheme="majorHAnsi"/>
          <w:i/>
          <w:lang w:val="nb-NO"/>
        </w:rPr>
        <w:t>Me</w:t>
      </w:r>
      <w:r w:rsidRPr="00F96788">
        <w:rPr>
          <w:rFonts w:asciiTheme="majorHAnsi" w:hAnsiTheme="majorHAnsi" w:cstheme="majorHAnsi"/>
          <w:i/>
          <w:lang w:val="nb-NO"/>
        </w:rPr>
        <w:t xml:space="preserve"> er i ekkokamre.</w:t>
      </w:r>
    </w:p>
    <w:p w14:paraId="54A80855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sectPr w:rsidR="00B87D21" w:rsidRPr="00F96788" w:rsidSect="00034616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DED52B" w14:textId="77777777" w:rsidR="00E55E38" w:rsidRDefault="00E55E38" w:rsidP="00242F62">
      <w:pPr>
        <w:spacing w:after="0" w:line="240" w:lineRule="auto"/>
      </w:pPr>
      <w:r>
        <w:separator/>
      </w:r>
    </w:p>
  </w:endnote>
  <w:endnote w:type="continuationSeparator" w:id="0">
    <w:p w14:paraId="1605AAB2" w14:textId="77777777" w:rsidR="00E55E38" w:rsidRDefault="00E55E38" w:rsidP="00242F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333686389"/>
      <w:docPartObj>
        <w:docPartGallery w:val="Page Numbers (Bottom of Page)"/>
        <w:docPartUnique/>
      </w:docPartObj>
    </w:sdtPr>
    <w:sdtContent>
      <w:p w14:paraId="49623D3C" w14:textId="5B0BFDA6" w:rsidR="00242F62" w:rsidRDefault="00242F62" w:rsidP="001D7E51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end"/>
        </w:r>
      </w:p>
    </w:sdtContent>
  </w:sdt>
  <w:p w14:paraId="66DC528F" w14:textId="77777777" w:rsidR="00242F62" w:rsidRDefault="00242F62" w:rsidP="00242F62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273087250"/>
      <w:docPartObj>
        <w:docPartGallery w:val="Page Numbers (Bottom of Page)"/>
        <w:docPartUnique/>
      </w:docPartObj>
    </w:sdtPr>
    <w:sdtContent>
      <w:p w14:paraId="47029EAE" w14:textId="439B616D" w:rsidR="00242F62" w:rsidRDefault="00242F62" w:rsidP="001D7E51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7</w:t>
        </w:r>
        <w:r>
          <w:rPr>
            <w:rStyle w:val="Sidetall"/>
          </w:rPr>
          <w:fldChar w:fldCharType="end"/>
        </w:r>
      </w:p>
    </w:sdtContent>
  </w:sdt>
  <w:p w14:paraId="2744BD55" w14:textId="77777777" w:rsidR="00242F62" w:rsidRDefault="00242F62" w:rsidP="00242F62">
    <w:pPr>
      <w:pStyle w:val="Bunn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1ACB07" w14:textId="77777777" w:rsidR="00E55E38" w:rsidRDefault="00E55E38" w:rsidP="00242F62">
      <w:pPr>
        <w:spacing w:after="0" w:line="240" w:lineRule="auto"/>
      </w:pPr>
      <w:r>
        <w:separator/>
      </w:r>
    </w:p>
  </w:footnote>
  <w:footnote w:type="continuationSeparator" w:id="0">
    <w:p w14:paraId="21ACAA50" w14:textId="77777777" w:rsidR="00E55E38" w:rsidRDefault="00E55E38" w:rsidP="00242F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757047533">
    <w:abstractNumId w:val="8"/>
  </w:num>
  <w:num w:numId="2" w16cid:durableId="165022191">
    <w:abstractNumId w:val="6"/>
  </w:num>
  <w:num w:numId="3" w16cid:durableId="1098409677">
    <w:abstractNumId w:val="5"/>
  </w:num>
  <w:num w:numId="4" w16cid:durableId="531192333">
    <w:abstractNumId w:val="4"/>
  </w:num>
  <w:num w:numId="5" w16cid:durableId="386953035">
    <w:abstractNumId w:val="7"/>
  </w:num>
  <w:num w:numId="6" w16cid:durableId="1327173428">
    <w:abstractNumId w:val="3"/>
  </w:num>
  <w:num w:numId="7" w16cid:durableId="1012613673">
    <w:abstractNumId w:val="2"/>
  </w:num>
  <w:num w:numId="8" w16cid:durableId="948121835">
    <w:abstractNumId w:val="1"/>
  </w:num>
  <w:num w:numId="9" w16cid:durableId="11230384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17F6"/>
    <w:rsid w:val="00034616"/>
    <w:rsid w:val="0006063C"/>
    <w:rsid w:val="0015074B"/>
    <w:rsid w:val="001A5162"/>
    <w:rsid w:val="001A5FC4"/>
    <w:rsid w:val="00242F62"/>
    <w:rsid w:val="0029639D"/>
    <w:rsid w:val="00326F90"/>
    <w:rsid w:val="00401BCA"/>
    <w:rsid w:val="00550739"/>
    <w:rsid w:val="005C33CF"/>
    <w:rsid w:val="005F6D7C"/>
    <w:rsid w:val="007368A0"/>
    <w:rsid w:val="0085094C"/>
    <w:rsid w:val="008D564D"/>
    <w:rsid w:val="00980826"/>
    <w:rsid w:val="00AA1D8D"/>
    <w:rsid w:val="00B47730"/>
    <w:rsid w:val="00B87D21"/>
    <w:rsid w:val="00CB0664"/>
    <w:rsid w:val="00D11B15"/>
    <w:rsid w:val="00E55E38"/>
    <w:rsid w:val="00E778B6"/>
    <w:rsid w:val="00F9678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0AA66B1"/>
  <w14:defaultImageDpi w14:val="300"/>
  <w15:docId w15:val="{265DC7F1-2168-5640-B8A0-12079DBC3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Sidetall">
    <w:name w:val="page number"/>
    <w:basedOn w:val="Standardskriftforavsnitt"/>
    <w:uiPriority w:val="99"/>
    <w:semiHidden/>
    <w:unhideWhenUsed/>
    <w:rsid w:val="00242F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209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34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52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4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702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468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38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886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65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569</Words>
  <Characters>3021</Characters>
  <Application>Microsoft Office Word</Application>
  <DocSecurity>0</DocSecurity>
  <Lines>25</Lines>
  <Paragraphs>7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3583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Marianne Kleven</cp:lastModifiedBy>
  <cp:revision>3</cp:revision>
  <dcterms:created xsi:type="dcterms:W3CDTF">2025-12-01T14:09:00Z</dcterms:created>
  <dcterms:modified xsi:type="dcterms:W3CDTF">2025-12-01T14:28:00Z</dcterms:modified>
  <cp:category/>
</cp:coreProperties>
</file>