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77A94" w14:textId="1CE727C4" w:rsidR="009B2D51" w:rsidRPr="004A015F" w:rsidRDefault="00BC2D04" w:rsidP="004A015F">
      <w:pPr>
        <w:spacing w:after="0" w:line="276" w:lineRule="auto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Nynorsk</w:t>
      </w:r>
      <w:r w:rsidR="009B2D51" w:rsidRPr="004A015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 og </w:t>
      </w:r>
      <w:r w:rsidR="00261BC9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kvensk </w:t>
      </w:r>
      <w:r w:rsidR="009B2D51" w:rsidRPr="004A015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dialogmanus, episode 4</w:t>
      </w:r>
    </w:p>
    <w:p w14:paraId="7F2A31D0" w14:textId="65BFC64E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b/>
          <w:bCs/>
          <w:color w:val="000000" w:themeColor="text1"/>
          <w:lang w:val="nb-NO"/>
        </w:rPr>
      </w:pPr>
      <w:proofErr w:type="spellStart"/>
      <w:r w:rsidRPr="004A015F">
        <w:rPr>
          <w:rFonts w:asciiTheme="majorHAnsi" w:hAnsiTheme="majorHAnsi" w:cstheme="majorHAnsi"/>
          <w:b/>
          <w:bCs/>
          <w:color w:val="000000" w:themeColor="text1"/>
          <w:lang w:val="nb-NO"/>
        </w:rPr>
        <w:t>Äänestys</w:t>
      </w:r>
      <w:proofErr w:type="spellEnd"/>
    </w:p>
    <w:p w14:paraId="10C5F8EB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b/>
          <w:bCs/>
          <w:color w:val="000000" w:themeColor="text1"/>
          <w:lang w:val="nb-NO"/>
        </w:rPr>
      </w:pPr>
      <w:r w:rsidRPr="004A015F">
        <w:rPr>
          <w:rFonts w:asciiTheme="majorHAnsi" w:hAnsiTheme="majorHAnsi" w:cstheme="majorHAnsi"/>
          <w:b/>
          <w:bCs/>
          <w:i/>
          <w:color w:val="000000" w:themeColor="text1"/>
          <w:lang w:val="nb-NO"/>
        </w:rPr>
        <w:t>Avstemming</w:t>
      </w:r>
    </w:p>
    <w:p w14:paraId="15EB08B2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B992CC5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LÆRER: </w:t>
      </w:r>
    </w:p>
    <w:p w14:paraId="18398B56" w14:textId="228FF60B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6600B8">
        <w:rPr>
          <w:rFonts w:asciiTheme="majorHAnsi" w:hAnsiTheme="majorHAnsi" w:cstheme="majorHAnsi"/>
          <w:lang w:val="nb-NO"/>
        </w:rPr>
        <w:t xml:space="preserve">Hei </w:t>
      </w:r>
      <w:proofErr w:type="spellStart"/>
      <w:r w:rsidRPr="006600B8">
        <w:rPr>
          <w:rFonts w:asciiTheme="majorHAnsi" w:hAnsiTheme="majorHAnsi" w:cstheme="majorHAnsi"/>
          <w:lang w:val="nb-NO"/>
        </w:rPr>
        <w:t>oppilhaat</w:t>
      </w:r>
      <w:proofErr w:type="spellEnd"/>
      <w:r w:rsidR="00895D4B">
        <w:rPr>
          <w:rFonts w:asciiTheme="majorHAnsi" w:hAnsiTheme="majorHAnsi" w:cstheme="majorHAnsi"/>
          <w:lang w:val="nb-NO"/>
        </w:rPr>
        <w:t>!</w:t>
      </w:r>
    </w:p>
    <w:p w14:paraId="464C53A3" w14:textId="2DE729C1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Hei, folkens!</w:t>
      </w:r>
    </w:p>
    <w:p w14:paraId="1DF29959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Uukoo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6600B8">
        <w:rPr>
          <w:rFonts w:asciiTheme="majorHAnsi" w:hAnsiTheme="majorHAnsi" w:cstheme="majorHAnsi"/>
          <w:lang w:val="nb-NO"/>
        </w:rPr>
        <w:t>olettako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puhunheet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tästä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kotona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? </w:t>
      </w:r>
    </w:p>
    <w:p w14:paraId="63DF8DF1" w14:textId="4A6BA054" w:rsidR="00BC2D04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Ok, har de snakka om det heime? </w:t>
      </w:r>
    </w:p>
    <w:p w14:paraId="525046D2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Oonko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teiđän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vanhemat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myötä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tässä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? </w:t>
      </w:r>
    </w:p>
    <w:p w14:paraId="48D82BE1" w14:textId="588A7250" w:rsidR="00BC2D04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Er foreldra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deira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med på dette? </w:t>
      </w:r>
    </w:p>
    <w:p w14:paraId="20F62BF5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Selvä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6600B8">
        <w:rPr>
          <w:rFonts w:asciiTheme="majorHAnsi" w:hAnsiTheme="majorHAnsi" w:cstheme="majorHAnsi"/>
          <w:lang w:val="nb-NO"/>
        </w:rPr>
        <w:t>äänestämmä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sitte. </w:t>
      </w:r>
    </w:p>
    <w:p w14:paraId="663DD0FB" w14:textId="0A19F5C5" w:rsidR="006622A0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Ok, då skal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stemme.</w:t>
      </w:r>
    </w:p>
    <w:p w14:paraId="6F6082C8" w14:textId="77777777" w:rsidR="00BC2D04" w:rsidRPr="004A015F" w:rsidRDefault="00BC2D04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C870AD7" w14:textId="72E5B152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248C2D32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Oliko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6600B8">
        <w:rPr>
          <w:rFonts w:asciiTheme="majorHAnsi" w:hAnsiTheme="majorHAnsi" w:cstheme="majorHAnsi"/>
          <w:lang w:val="nb-NO"/>
        </w:rPr>
        <w:t>meininki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ette met </w:t>
      </w:r>
      <w:proofErr w:type="spellStart"/>
      <w:r w:rsidRPr="006600B8">
        <w:rPr>
          <w:rFonts w:asciiTheme="majorHAnsi" w:hAnsiTheme="majorHAnsi" w:cstheme="majorHAnsi"/>
          <w:lang w:val="nb-NO"/>
        </w:rPr>
        <w:t>tekisimmä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sen jo nyt? </w:t>
      </w:r>
    </w:p>
    <w:p w14:paraId="2C75E8EE" w14:textId="1D1E0AAC" w:rsidR="006622A0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Skulle me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gjere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det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allereie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no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>?</w:t>
      </w:r>
    </w:p>
    <w:p w14:paraId="2228474B" w14:textId="77777777" w:rsidR="00BC2D04" w:rsidRPr="004A015F" w:rsidRDefault="00BC2D04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275C64E" w14:textId="211006A2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NILS: </w:t>
      </w:r>
    </w:p>
    <w:p w14:paraId="04D73C27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Olemahan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tienheet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sen jo </w:t>
      </w:r>
      <w:proofErr w:type="spellStart"/>
      <w:r w:rsidRPr="006600B8">
        <w:rPr>
          <w:rFonts w:asciiTheme="majorHAnsi" w:hAnsiTheme="majorHAnsi" w:cstheme="majorHAnsi"/>
          <w:lang w:val="nb-NO"/>
        </w:rPr>
        <w:t>hyvän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aikkaa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. </w:t>
      </w:r>
    </w:p>
    <w:p w14:paraId="21B450E3" w14:textId="60ADC123" w:rsidR="006622A0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Det har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visst ei </w:t>
      </w:r>
      <w:proofErr w:type="gramStart"/>
      <w:r w:rsidRPr="00BC2D04">
        <w:rPr>
          <w:rFonts w:asciiTheme="majorHAnsi" w:hAnsiTheme="majorHAnsi" w:cstheme="majorHAnsi"/>
          <w:i/>
          <w:lang w:val="nb-NO"/>
        </w:rPr>
        <w:t>stund...</w:t>
      </w:r>
      <w:proofErr w:type="gramEnd"/>
    </w:p>
    <w:p w14:paraId="47A0FCFA" w14:textId="77777777" w:rsidR="00BC2D04" w:rsidRPr="004A015F" w:rsidRDefault="00BC2D04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36FE349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LÆRER:</w:t>
      </w:r>
    </w:p>
    <w:p w14:paraId="204BB001" w14:textId="77777777" w:rsidR="006600B8" w:rsidRDefault="006600B8" w:rsidP="006600B8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Nostakkaa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käđen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net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jokka </w:t>
      </w:r>
      <w:proofErr w:type="spellStart"/>
      <w:r w:rsidRPr="00B6058C">
        <w:rPr>
          <w:rFonts w:asciiTheme="majorHAnsi" w:hAnsiTheme="majorHAnsi" w:cstheme="majorHAnsi"/>
          <w:lang w:val="nb-NO"/>
        </w:rPr>
        <w:t>aikkoovat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r w:rsidRPr="00B6058C">
        <w:rPr>
          <w:rFonts w:asciiTheme="majorHAnsi" w:hAnsiTheme="majorHAnsi" w:cstheme="majorHAnsi"/>
          <w:lang w:val="nb-NO"/>
        </w:rPr>
        <w:t xml:space="preserve">olla </w:t>
      </w:r>
      <w:proofErr w:type="spellStart"/>
      <w:r w:rsidRPr="00B6058C">
        <w:rPr>
          <w:rFonts w:asciiTheme="majorHAnsi" w:hAnsiTheme="majorHAnsi" w:cstheme="majorHAnsi"/>
          <w:lang w:val="nb-NO"/>
        </w:rPr>
        <w:t>viikon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ilman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sosiaalisitta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meedioitta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2E3FA8E0" w14:textId="70013C2D" w:rsidR="006622A0" w:rsidRDefault="00BC2D04" w:rsidP="00BC2D04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Rekk opp handa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dei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som vil gjennomføre</w:t>
      </w:r>
      <w:r>
        <w:rPr>
          <w:rFonts w:asciiTheme="majorHAnsi" w:hAnsiTheme="majorHAnsi" w:cstheme="majorHAnsi"/>
          <w:i/>
          <w:lang w:val="nb-NO"/>
        </w:rPr>
        <w:t xml:space="preserve"> </w:t>
      </w:r>
      <w:proofErr w:type="gramStart"/>
      <w:r w:rsidRPr="00BC2D04">
        <w:rPr>
          <w:rFonts w:asciiTheme="majorHAnsi" w:hAnsiTheme="majorHAnsi" w:cstheme="majorHAnsi"/>
          <w:i/>
          <w:lang w:val="nb-NO"/>
        </w:rPr>
        <w:t>ei veke</w:t>
      </w:r>
      <w:proofErr w:type="gramEnd"/>
      <w:r w:rsidRPr="00BC2D04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utan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sosiale medium.</w:t>
      </w:r>
    </w:p>
    <w:p w14:paraId="47D22BDD" w14:textId="77777777" w:rsidR="00BC2D04" w:rsidRPr="004A015F" w:rsidRDefault="00BC2D04" w:rsidP="00BC2D04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5C24987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3FF0A428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Mitä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jos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meilä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oon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pakko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muistela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jolleki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jotaki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tärkkeetä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? </w:t>
      </w:r>
    </w:p>
    <w:p w14:paraId="3232D819" w14:textId="36679CA1" w:rsidR="006622A0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Kva om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må gi beskjed til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nokon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om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noko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viktig?</w:t>
      </w:r>
    </w:p>
    <w:p w14:paraId="5A33DFB3" w14:textId="77777777" w:rsidR="00BC2D04" w:rsidRPr="004A015F" w:rsidRDefault="00BC2D04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399156A" w14:textId="18C47AE3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LÆRER:</w:t>
      </w:r>
    </w:p>
    <w:p w14:paraId="5FA93A8B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6600B8">
        <w:rPr>
          <w:rFonts w:asciiTheme="majorHAnsi" w:hAnsiTheme="majorHAnsi" w:cstheme="majorHAnsi"/>
          <w:lang w:val="nb-NO"/>
        </w:rPr>
        <w:t xml:space="preserve">Se </w:t>
      </w:r>
      <w:proofErr w:type="spellStart"/>
      <w:r w:rsidRPr="006600B8">
        <w:rPr>
          <w:rFonts w:asciiTheme="majorHAnsi" w:hAnsiTheme="majorHAnsi" w:cstheme="majorHAnsi"/>
          <w:lang w:val="nb-NO"/>
        </w:rPr>
        <w:t>oon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tyhä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ringata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toinen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toisele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niin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ko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ennen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aikhaan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. </w:t>
      </w:r>
    </w:p>
    <w:p w14:paraId="22CD5656" w14:textId="08C3EEB5" w:rsidR="00BC2D04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Berre ring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kvarandre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som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gjorde før i tida.</w:t>
      </w:r>
    </w:p>
    <w:p w14:paraId="3FF57D29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6600B8">
        <w:rPr>
          <w:rFonts w:asciiTheme="majorHAnsi" w:hAnsiTheme="majorHAnsi" w:cstheme="majorHAnsi"/>
          <w:lang w:val="nb-NO"/>
        </w:rPr>
        <w:t xml:space="preserve">Eli </w:t>
      </w:r>
      <w:proofErr w:type="spellStart"/>
      <w:r w:rsidRPr="006600B8">
        <w:rPr>
          <w:rFonts w:asciiTheme="majorHAnsi" w:hAnsiTheme="majorHAnsi" w:cstheme="majorHAnsi"/>
          <w:lang w:val="nb-NO"/>
        </w:rPr>
        <w:t>lähättäkkää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tavalisen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tekstimellingin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. </w:t>
      </w:r>
    </w:p>
    <w:p w14:paraId="4D298784" w14:textId="7F64253C" w:rsidR="00BC2D04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Eller send ei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vanleg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tekstmelding. </w:t>
      </w:r>
    </w:p>
    <w:p w14:paraId="64A84826" w14:textId="77777777" w:rsidR="006600B8" w:rsidRDefault="006600B8" w:rsidP="00BC2D04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6600B8">
        <w:rPr>
          <w:rFonts w:asciiTheme="majorHAnsi" w:hAnsiTheme="majorHAnsi" w:cstheme="majorHAnsi"/>
          <w:lang w:val="nb-NO"/>
        </w:rPr>
        <w:t xml:space="preserve">Ja </w:t>
      </w:r>
      <w:proofErr w:type="spellStart"/>
      <w:r w:rsidRPr="006600B8">
        <w:rPr>
          <w:rFonts w:asciiTheme="majorHAnsi" w:hAnsiTheme="majorHAnsi" w:cstheme="majorHAnsi"/>
          <w:lang w:val="nb-NO"/>
        </w:rPr>
        <w:t>harjoitelkkaa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sopimhaan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etukätheen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ja sitte </w:t>
      </w:r>
      <w:proofErr w:type="spellStart"/>
      <w:r w:rsidRPr="006600B8">
        <w:rPr>
          <w:rFonts w:asciiTheme="majorHAnsi" w:hAnsiTheme="majorHAnsi" w:cstheme="majorHAnsi"/>
          <w:lang w:val="nb-NO"/>
        </w:rPr>
        <w:t>pitämhään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sopimukset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! </w:t>
      </w:r>
    </w:p>
    <w:p w14:paraId="5796F3DF" w14:textId="6989C06F" w:rsidR="00BC2D04" w:rsidRDefault="00BC2D04" w:rsidP="00BC2D04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Øv på å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gjere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avtalar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på førehand</w:t>
      </w:r>
      <w:r>
        <w:rPr>
          <w:rFonts w:asciiTheme="majorHAnsi" w:hAnsiTheme="majorHAnsi" w:cstheme="majorHAnsi"/>
          <w:i/>
          <w:lang w:val="nb-NO"/>
        </w:rPr>
        <w:t xml:space="preserve"> </w:t>
      </w:r>
      <w:r w:rsidRPr="00BC2D04">
        <w:rPr>
          <w:rFonts w:asciiTheme="majorHAnsi" w:hAnsiTheme="majorHAnsi" w:cstheme="majorHAnsi"/>
          <w:i/>
          <w:lang w:val="nb-NO"/>
        </w:rPr>
        <w:t xml:space="preserve">og å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halde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avtalar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>!</w:t>
      </w:r>
    </w:p>
    <w:p w14:paraId="15C7770C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Selvä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! </w:t>
      </w:r>
      <w:proofErr w:type="spellStart"/>
      <w:r w:rsidRPr="006600B8">
        <w:rPr>
          <w:rFonts w:asciiTheme="majorHAnsi" w:hAnsiTheme="majorHAnsi" w:cstheme="majorHAnsi"/>
          <w:lang w:val="nb-NO"/>
        </w:rPr>
        <w:t>Kaikki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oon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yhtä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mieltä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. </w:t>
      </w:r>
    </w:p>
    <w:p w14:paraId="0DDF102D" w14:textId="30AA7140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 xml:space="preserve">Ok! </w:t>
      </w:r>
      <w:proofErr w:type="spellStart"/>
      <w:r w:rsidR="00BC2D04" w:rsidRPr="00BC2D04">
        <w:rPr>
          <w:rFonts w:asciiTheme="majorHAnsi" w:hAnsiTheme="majorHAnsi" w:cstheme="majorHAnsi"/>
          <w:i/>
          <w:lang w:val="nb-NO"/>
        </w:rPr>
        <w:t>Einstemmig</w:t>
      </w:r>
      <w:proofErr w:type="spellEnd"/>
      <w:r w:rsidRPr="004A015F">
        <w:rPr>
          <w:rFonts w:asciiTheme="majorHAnsi" w:hAnsiTheme="majorHAnsi" w:cstheme="majorHAnsi"/>
          <w:i/>
          <w:lang w:val="nb-NO"/>
        </w:rPr>
        <w:t>.</w:t>
      </w:r>
    </w:p>
    <w:p w14:paraId="153F78E6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6600B8">
        <w:rPr>
          <w:rFonts w:asciiTheme="majorHAnsi" w:hAnsiTheme="majorHAnsi" w:cstheme="majorHAnsi"/>
          <w:lang w:val="nb-NO"/>
        </w:rPr>
        <w:t xml:space="preserve">Sitte </w:t>
      </w:r>
      <w:proofErr w:type="spellStart"/>
      <w:r w:rsidRPr="006600B8">
        <w:rPr>
          <w:rFonts w:asciiTheme="majorHAnsi" w:hAnsiTheme="majorHAnsi" w:cstheme="majorHAnsi"/>
          <w:lang w:val="nb-NO"/>
        </w:rPr>
        <w:t>lastaatta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pois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teiđän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sosiaalisen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meedian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äpit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. </w:t>
      </w:r>
    </w:p>
    <w:p w14:paraId="0E663B42" w14:textId="2232E31C" w:rsidR="00BC2D04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Då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slettar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de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dei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sosiale media-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appane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>.</w:t>
      </w:r>
    </w:p>
    <w:p w14:paraId="217309D3" w14:textId="77777777" w:rsidR="006600B8" w:rsidRDefault="006600B8" w:rsidP="006600B8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B6058C">
        <w:rPr>
          <w:rFonts w:asciiTheme="majorHAnsi" w:hAnsiTheme="majorHAnsi" w:cstheme="majorHAnsi"/>
          <w:lang w:val="nb-NO"/>
        </w:rPr>
        <w:t>Yksi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konsti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oon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B6058C">
        <w:rPr>
          <w:rFonts w:asciiTheme="majorHAnsi" w:hAnsiTheme="majorHAnsi" w:cstheme="majorHAnsi"/>
          <w:lang w:val="nb-NO"/>
        </w:rPr>
        <w:t>siirättä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äpit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pois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etulaiđalta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B6058C">
        <w:rPr>
          <w:rFonts w:asciiTheme="majorHAnsi" w:hAnsiTheme="majorHAnsi" w:cstheme="majorHAnsi"/>
          <w:lang w:val="nb-NO"/>
        </w:rPr>
        <w:t>että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paina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niitä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vahingossa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59B90A69" w14:textId="6051ACD3" w:rsidR="006622A0" w:rsidRPr="00BC2D04" w:rsidRDefault="00BC2D04" w:rsidP="00BC2D04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proofErr w:type="spellStart"/>
      <w:r w:rsidRPr="00BC2D04">
        <w:rPr>
          <w:rFonts w:asciiTheme="majorHAnsi" w:hAnsiTheme="majorHAnsi" w:cstheme="majorHAnsi"/>
          <w:i/>
          <w:lang w:val="nb-NO"/>
        </w:rPr>
        <w:lastRenderedPageBreak/>
        <w:t>Eit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tips er å flytte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appane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vekk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frå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framsida,</w:t>
      </w:r>
      <w:r>
        <w:rPr>
          <w:rFonts w:asciiTheme="majorHAnsi" w:hAnsiTheme="majorHAnsi" w:cstheme="majorHAnsi"/>
          <w:i/>
          <w:lang w:val="nb-NO"/>
        </w:rPr>
        <w:t xml:space="preserve"> </w:t>
      </w:r>
      <w:r w:rsidRPr="00BC2D04">
        <w:rPr>
          <w:rFonts w:asciiTheme="majorHAnsi" w:hAnsiTheme="majorHAnsi" w:cstheme="majorHAnsi"/>
          <w:i/>
          <w:lang w:val="nb-NO"/>
        </w:rPr>
        <w:t xml:space="preserve">så du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ikkje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trykkjer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på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dei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av gammal vane.</w:t>
      </w:r>
    </w:p>
    <w:p w14:paraId="11973424" w14:textId="77777777" w:rsidR="00BC2D04" w:rsidRDefault="00BC2D04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AD140FA" w14:textId="27C37CCB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1800ED2C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Saanko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ođottaat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ilthaan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? </w:t>
      </w:r>
    </w:p>
    <w:p w14:paraId="2079CBDB" w14:textId="072B0239" w:rsidR="006622A0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Kan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eg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gjere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det i kveld?</w:t>
      </w:r>
    </w:p>
    <w:p w14:paraId="2B53EEA4" w14:textId="77777777" w:rsidR="00BC2D04" w:rsidRPr="004A015F" w:rsidRDefault="00BC2D04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B8E5BB5" w14:textId="38816651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LÆRER:</w:t>
      </w:r>
    </w:p>
    <w:p w14:paraId="09C8110E" w14:textId="77777777" w:rsidR="006600B8" w:rsidRDefault="006600B8" w:rsidP="006600B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B6058C">
        <w:rPr>
          <w:rFonts w:asciiTheme="majorHAnsi" w:hAnsiTheme="majorHAnsi" w:cstheme="majorHAnsi"/>
          <w:lang w:val="nb-NO"/>
        </w:rPr>
        <w:t xml:space="preserve">Se </w:t>
      </w:r>
      <w:proofErr w:type="spellStart"/>
      <w:r w:rsidRPr="00B6058C">
        <w:rPr>
          <w:rFonts w:asciiTheme="majorHAnsi" w:hAnsiTheme="majorHAnsi" w:cstheme="majorHAnsi"/>
          <w:lang w:val="nb-NO"/>
        </w:rPr>
        <w:t>oon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tärkee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B6058C">
        <w:rPr>
          <w:rFonts w:asciiTheme="majorHAnsi" w:hAnsiTheme="majorHAnsi" w:cstheme="majorHAnsi"/>
          <w:lang w:val="nb-NO"/>
        </w:rPr>
        <w:t>tehemä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sen </w:t>
      </w:r>
      <w:proofErr w:type="spellStart"/>
      <w:r w:rsidRPr="00B6058C">
        <w:rPr>
          <w:rFonts w:asciiTheme="majorHAnsi" w:hAnsiTheme="majorHAnsi" w:cstheme="majorHAnsi"/>
          <w:lang w:val="nb-NO"/>
        </w:rPr>
        <w:t>yhđessä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B6058C">
        <w:rPr>
          <w:rFonts w:asciiTheme="majorHAnsi" w:hAnsiTheme="majorHAnsi" w:cstheme="majorHAnsi"/>
          <w:lang w:val="nb-NO"/>
        </w:rPr>
        <w:t>samhaan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aikhaan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B6058C">
        <w:rPr>
          <w:rFonts w:asciiTheme="majorHAnsi" w:hAnsiTheme="majorHAnsi" w:cstheme="majorHAnsi"/>
          <w:lang w:val="nb-NO"/>
        </w:rPr>
        <w:t>niin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ko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olema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6058C">
        <w:rPr>
          <w:rFonts w:asciiTheme="majorHAnsi" w:hAnsiTheme="majorHAnsi" w:cstheme="majorHAnsi"/>
          <w:lang w:val="nb-NO"/>
        </w:rPr>
        <w:t>sopinheet</w:t>
      </w:r>
      <w:proofErr w:type="spellEnd"/>
      <w:r w:rsidRPr="00B6058C">
        <w:rPr>
          <w:rFonts w:asciiTheme="majorHAnsi" w:hAnsiTheme="majorHAnsi" w:cstheme="majorHAnsi"/>
          <w:lang w:val="nb-NO"/>
        </w:rPr>
        <w:t xml:space="preserve">. </w:t>
      </w:r>
    </w:p>
    <w:p w14:paraId="5B0EED3B" w14:textId="024E6154" w:rsidR="00BC2D04" w:rsidRDefault="00BC2D04" w:rsidP="00BC2D04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Det er viktig å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gjere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dette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saman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og samtidig,</w:t>
      </w:r>
      <w:r>
        <w:rPr>
          <w:rFonts w:asciiTheme="majorHAnsi" w:hAnsiTheme="majorHAnsi" w:cstheme="majorHAnsi"/>
          <w:i/>
          <w:lang w:val="nb-NO"/>
        </w:rPr>
        <w:t xml:space="preserve"> </w:t>
      </w:r>
      <w:r w:rsidRPr="00BC2D04">
        <w:rPr>
          <w:rFonts w:asciiTheme="majorHAnsi" w:hAnsiTheme="majorHAnsi" w:cstheme="majorHAnsi"/>
          <w:i/>
          <w:lang w:val="nb-NO"/>
        </w:rPr>
        <w:t xml:space="preserve">slik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har snakka om. </w:t>
      </w:r>
    </w:p>
    <w:p w14:paraId="185E068A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6600B8">
        <w:rPr>
          <w:rFonts w:asciiTheme="majorHAnsi" w:hAnsiTheme="majorHAnsi" w:cstheme="majorHAnsi"/>
          <w:lang w:val="nb-NO"/>
        </w:rPr>
        <w:t xml:space="preserve">Ei se </w:t>
      </w:r>
      <w:proofErr w:type="spellStart"/>
      <w:r w:rsidRPr="006600B8">
        <w:rPr>
          <w:rFonts w:asciiTheme="majorHAnsi" w:hAnsiTheme="majorHAnsi" w:cstheme="majorHAnsi"/>
          <w:lang w:val="nb-NO"/>
        </w:rPr>
        <w:t>tule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olemhaan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vähhääkhään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kevveempi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illala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. </w:t>
      </w:r>
    </w:p>
    <w:p w14:paraId="4C09385C" w14:textId="08AAB7E8" w:rsidR="00BC2D04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Det blir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ikkje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noko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lettare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i kveld. </w:t>
      </w:r>
    </w:p>
    <w:p w14:paraId="5F3D8C24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6600B8">
        <w:rPr>
          <w:rFonts w:asciiTheme="majorHAnsi" w:hAnsiTheme="majorHAnsi" w:cstheme="majorHAnsi"/>
          <w:lang w:val="nb-NO"/>
        </w:rPr>
        <w:t xml:space="preserve">Ja </w:t>
      </w:r>
      <w:proofErr w:type="spellStart"/>
      <w:r w:rsidRPr="006600B8">
        <w:rPr>
          <w:rFonts w:asciiTheme="majorHAnsi" w:hAnsiTheme="majorHAnsi" w:cstheme="majorHAnsi"/>
          <w:lang w:val="nb-NO"/>
        </w:rPr>
        <w:t>jos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met </w:t>
      </w:r>
      <w:proofErr w:type="spellStart"/>
      <w:r w:rsidRPr="006600B8">
        <w:rPr>
          <w:rFonts w:asciiTheme="majorHAnsi" w:hAnsiTheme="majorHAnsi" w:cstheme="majorHAnsi"/>
          <w:lang w:val="nb-NO"/>
        </w:rPr>
        <w:t>kaikki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jaksama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tehđä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sen, sitte tet </w:t>
      </w:r>
      <w:proofErr w:type="spellStart"/>
      <w:r w:rsidRPr="006600B8">
        <w:rPr>
          <w:rFonts w:asciiTheme="majorHAnsi" w:hAnsiTheme="majorHAnsi" w:cstheme="majorHAnsi"/>
          <w:lang w:val="nb-NO"/>
        </w:rPr>
        <w:t>saatta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palkinon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. </w:t>
      </w:r>
    </w:p>
    <w:p w14:paraId="6483D6DC" w14:textId="7A490B25" w:rsidR="006622A0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Og om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alle klarer det, blir det premie.</w:t>
      </w:r>
    </w:p>
    <w:p w14:paraId="34518192" w14:textId="77777777" w:rsidR="00BC2D04" w:rsidRPr="004A015F" w:rsidRDefault="00BC2D04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A23A202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iCs/>
          <w:lang w:val="nb-NO"/>
        </w:rPr>
      </w:pPr>
      <w:r w:rsidRPr="004A015F">
        <w:rPr>
          <w:rFonts w:asciiTheme="majorHAnsi" w:hAnsiTheme="majorHAnsi" w:cstheme="majorHAnsi"/>
          <w:iCs/>
          <w:lang w:val="nb-NO"/>
        </w:rPr>
        <w:t>KAISA:</w:t>
      </w:r>
    </w:p>
    <w:p w14:paraId="5052881C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6600B8">
        <w:rPr>
          <w:rFonts w:asciiTheme="majorHAnsi" w:hAnsiTheme="majorHAnsi" w:cstheme="majorHAnsi"/>
          <w:lang w:val="nb-NO"/>
        </w:rPr>
        <w:t xml:space="preserve">Mie </w:t>
      </w:r>
      <w:proofErr w:type="spellStart"/>
      <w:r w:rsidRPr="006600B8">
        <w:rPr>
          <w:rFonts w:asciiTheme="majorHAnsi" w:hAnsiTheme="majorHAnsi" w:cstheme="majorHAnsi"/>
          <w:lang w:val="nb-NO"/>
        </w:rPr>
        <w:t>tehin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sen!</w:t>
      </w:r>
    </w:p>
    <w:p w14:paraId="7E06E31C" w14:textId="4CDCDE8C" w:rsidR="00BC2D04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>Eg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gjorde det! </w:t>
      </w:r>
    </w:p>
    <w:p w14:paraId="5975323F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6600B8">
        <w:rPr>
          <w:rFonts w:asciiTheme="majorHAnsi" w:hAnsiTheme="majorHAnsi" w:cstheme="majorHAnsi"/>
          <w:lang w:val="nb-NO"/>
        </w:rPr>
        <w:t xml:space="preserve">Mie olen </w:t>
      </w:r>
      <w:proofErr w:type="spellStart"/>
      <w:r w:rsidRPr="006600B8">
        <w:rPr>
          <w:rFonts w:asciiTheme="majorHAnsi" w:hAnsiTheme="majorHAnsi" w:cstheme="majorHAnsi"/>
          <w:lang w:val="nb-NO"/>
        </w:rPr>
        <w:t>poistanu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net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. </w:t>
      </w:r>
    </w:p>
    <w:p w14:paraId="50B66431" w14:textId="67DE627D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Slett</w:t>
      </w:r>
      <w:r w:rsidR="00BC2D04">
        <w:rPr>
          <w:rFonts w:asciiTheme="majorHAnsi" w:hAnsiTheme="majorHAnsi" w:cstheme="majorHAnsi"/>
          <w:i/>
          <w:lang w:val="nb-NO"/>
        </w:rPr>
        <w:t>a</w:t>
      </w:r>
      <w:r w:rsidRPr="004A015F">
        <w:rPr>
          <w:rFonts w:asciiTheme="majorHAnsi" w:hAnsiTheme="majorHAnsi" w:cstheme="majorHAnsi"/>
          <w:i/>
          <w:lang w:val="nb-NO"/>
        </w:rPr>
        <w:t>!</w:t>
      </w:r>
    </w:p>
    <w:p w14:paraId="002E93F5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15EEBD8D" w14:textId="5FF4B60A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3BA040A6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Hyvästi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6600B8">
        <w:rPr>
          <w:rFonts w:asciiTheme="majorHAnsi" w:hAnsiTheme="majorHAnsi" w:cstheme="majorHAnsi"/>
          <w:lang w:val="nb-NO"/>
        </w:rPr>
        <w:t>mailma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! </w:t>
      </w:r>
    </w:p>
    <w:p w14:paraId="7B99DCE5" w14:textId="297654CF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Adjø, verd</w:t>
      </w:r>
      <w:r w:rsidR="00BC2D04">
        <w:rPr>
          <w:rFonts w:asciiTheme="majorHAnsi" w:hAnsiTheme="majorHAnsi" w:cstheme="majorHAnsi"/>
          <w:i/>
          <w:lang w:val="nb-NO"/>
        </w:rPr>
        <w:t>a</w:t>
      </w:r>
      <w:r w:rsidRPr="004A015F">
        <w:rPr>
          <w:rFonts w:asciiTheme="majorHAnsi" w:hAnsiTheme="majorHAnsi" w:cstheme="majorHAnsi"/>
          <w:i/>
          <w:lang w:val="nb-NO"/>
        </w:rPr>
        <w:t>!</w:t>
      </w:r>
    </w:p>
    <w:p w14:paraId="0DDE4562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31872CE" w14:textId="7DBB5D50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6C0F3F11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6600B8">
        <w:rPr>
          <w:rFonts w:asciiTheme="majorHAnsi" w:hAnsiTheme="majorHAnsi" w:cstheme="majorHAnsi"/>
          <w:lang w:val="nb-NO"/>
        </w:rPr>
        <w:t xml:space="preserve">Mie </w:t>
      </w:r>
      <w:proofErr w:type="spellStart"/>
      <w:r w:rsidRPr="006600B8">
        <w:rPr>
          <w:rFonts w:asciiTheme="majorHAnsi" w:hAnsiTheme="majorHAnsi" w:cstheme="majorHAnsi"/>
          <w:lang w:val="nb-NO"/>
        </w:rPr>
        <w:t>näjen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lissää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kuolheita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kalloi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! </w:t>
      </w:r>
    </w:p>
    <w:p w14:paraId="0E8BF1F4" w14:textId="4D1CFC7E" w:rsidR="00BC2D04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proofErr w:type="spellStart"/>
      <w:r w:rsidRPr="00BC2D04">
        <w:rPr>
          <w:rFonts w:asciiTheme="majorHAnsi" w:hAnsiTheme="majorHAnsi" w:cstheme="majorHAnsi"/>
          <w:i/>
          <w:lang w:val="nb-NO"/>
        </w:rPr>
        <w:t>Eg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ser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fleire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døde fisk! </w:t>
      </w:r>
    </w:p>
    <w:p w14:paraId="2F5EC028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6600B8">
        <w:rPr>
          <w:rFonts w:asciiTheme="majorHAnsi" w:hAnsiTheme="majorHAnsi" w:cstheme="majorHAnsi"/>
          <w:lang w:val="nb-NO"/>
        </w:rPr>
        <w:t xml:space="preserve">Mie unistelen ette </w:t>
      </w:r>
      <w:proofErr w:type="spellStart"/>
      <w:r w:rsidRPr="006600B8">
        <w:rPr>
          <w:rFonts w:asciiTheme="majorHAnsi" w:hAnsiTheme="majorHAnsi" w:cstheme="majorHAnsi"/>
          <w:lang w:val="nb-NO"/>
        </w:rPr>
        <w:t>saisin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pyyttäät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jovessa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. </w:t>
      </w:r>
    </w:p>
    <w:p w14:paraId="08B9635B" w14:textId="4B30EF72" w:rsidR="006622A0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proofErr w:type="spellStart"/>
      <w:r w:rsidRPr="00BC2D04">
        <w:rPr>
          <w:rFonts w:asciiTheme="majorHAnsi" w:hAnsiTheme="majorHAnsi" w:cstheme="majorHAnsi"/>
          <w:i/>
          <w:lang w:val="nb-NO"/>
        </w:rPr>
        <w:t>Eg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drøymer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om å kunne fiske i elva.</w:t>
      </w:r>
    </w:p>
    <w:p w14:paraId="3124DDDD" w14:textId="77777777" w:rsidR="00BC2D04" w:rsidRPr="004A015F" w:rsidRDefault="00BC2D04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E6E66BA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442B3E87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proofErr w:type="gramStart"/>
      <w:r w:rsidRPr="006600B8">
        <w:rPr>
          <w:rFonts w:asciiTheme="majorHAnsi" w:hAnsiTheme="majorHAnsi" w:cstheme="majorHAnsi"/>
          <w:lang w:val="nb-NO"/>
        </w:rPr>
        <w:t>Mieki</w:t>
      </w:r>
      <w:proofErr w:type="spellEnd"/>
      <w:r w:rsidRPr="006600B8">
        <w:rPr>
          <w:rFonts w:asciiTheme="majorHAnsi" w:hAnsiTheme="majorHAnsi" w:cstheme="majorHAnsi"/>
          <w:lang w:val="nb-NO"/>
        </w:rPr>
        <w:t>…</w:t>
      </w:r>
      <w:proofErr w:type="gramEnd"/>
      <w:r w:rsidRPr="006600B8">
        <w:rPr>
          <w:rFonts w:asciiTheme="majorHAnsi" w:hAnsiTheme="majorHAnsi" w:cstheme="majorHAnsi"/>
          <w:lang w:val="nb-NO"/>
        </w:rPr>
        <w:t xml:space="preserve"> </w:t>
      </w:r>
    </w:p>
    <w:p w14:paraId="736548F3" w14:textId="1780D2FF" w:rsidR="006622A0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proofErr w:type="spellStart"/>
      <w:r w:rsidRPr="00BC2D04">
        <w:rPr>
          <w:rFonts w:asciiTheme="majorHAnsi" w:hAnsiTheme="majorHAnsi" w:cstheme="majorHAnsi"/>
          <w:i/>
          <w:lang w:val="nb-NO"/>
        </w:rPr>
        <w:t>Eg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</w:t>
      </w:r>
      <w:proofErr w:type="gramStart"/>
      <w:r w:rsidRPr="00BC2D04">
        <w:rPr>
          <w:rFonts w:asciiTheme="majorHAnsi" w:hAnsiTheme="majorHAnsi" w:cstheme="majorHAnsi"/>
          <w:i/>
          <w:lang w:val="nb-NO"/>
        </w:rPr>
        <w:t>òg...</w:t>
      </w:r>
      <w:proofErr w:type="gramEnd"/>
    </w:p>
    <w:p w14:paraId="12181FCA" w14:textId="77777777" w:rsidR="00BC2D04" w:rsidRPr="004A015F" w:rsidRDefault="00BC2D04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FAC7DA7" w14:textId="3D04EC54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1E2CEB19" w14:textId="77777777" w:rsidR="006600B8" w:rsidRDefault="006600B8" w:rsidP="006600B8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2B3410">
        <w:rPr>
          <w:rFonts w:asciiTheme="majorHAnsi" w:hAnsiTheme="majorHAnsi" w:cstheme="majorHAnsi"/>
          <w:lang w:val="nb-NO"/>
        </w:rPr>
        <w:t xml:space="preserve">Met </w:t>
      </w:r>
      <w:proofErr w:type="spellStart"/>
      <w:r w:rsidRPr="002B3410">
        <w:rPr>
          <w:rFonts w:asciiTheme="majorHAnsi" w:hAnsiTheme="majorHAnsi" w:cstheme="majorHAnsi"/>
          <w:lang w:val="nb-NO"/>
        </w:rPr>
        <w:t>päätimä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assuut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täälä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justhiin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sillä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r w:rsidRPr="002B3410">
        <w:rPr>
          <w:rFonts w:asciiTheme="majorHAnsi" w:hAnsiTheme="majorHAnsi" w:cstheme="majorHAnsi"/>
          <w:lang w:val="nb-NO"/>
        </w:rPr>
        <w:t xml:space="preserve">ette </w:t>
      </w:r>
      <w:proofErr w:type="spellStart"/>
      <w:r w:rsidRPr="002B3410">
        <w:rPr>
          <w:rFonts w:asciiTheme="majorHAnsi" w:hAnsiTheme="majorHAnsi" w:cstheme="majorHAnsi"/>
          <w:lang w:val="nb-NO"/>
        </w:rPr>
        <w:t>paikan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asukkhaila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oli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lupa </w:t>
      </w:r>
      <w:proofErr w:type="spellStart"/>
      <w:r w:rsidRPr="002B3410">
        <w:rPr>
          <w:rFonts w:asciiTheme="majorHAnsi" w:hAnsiTheme="majorHAnsi" w:cstheme="majorHAnsi"/>
          <w:lang w:val="nb-NO"/>
        </w:rPr>
        <w:t>pyyttäät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jovessa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. </w:t>
      </w:r>
    </w:p>
    <w:p w14:paraId="4FC48186" w14:textId="0CD4CB1D" w:rsidR="006622A0" w:rsidRDefault="00BC2D04" w:rsidP="00BC2D04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Me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valde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å bu akkurat her fordi</w:t>
      </w:r>
      <w:r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innbyggjarane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hadde rett til å fiske i elva.</w:t>
      </w:r>
    </w:p>
    <w:p w14:paraId="23A27BDF" w14:textId="77777777" w:rsidR="00BC2D04" w:rsidRPr="004A015F" w:rsidRDefault="00BC2D04" w:rsidP="00BC2D04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1E1DD4CE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6356E4E8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Eikö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meilä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ennää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ole lupa </w:t>
      </w:r>
      <w:proofErr w:type="spellStart"/>
      <w:r w:rsidRPr="006600B8">
        <w:rPr>
          <w:rFonts w:asciiTheme="majorHAnsi" w:hAnsiTheme="majorHAnsi" w:cstheme="majorHAnsi"/>
          <w:lang w:val="nb-NO"/>
        </w:rPr>
        <w:t>pyyttäät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jovessa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? </w:t>
      </w:r>
    </w:p>
    <w:p w14:paraId="50276E3B" w14:textId="5C69D680" w:rsidR="006622A0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Har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ikkje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rett til å fiske i elva lenger?</w:t>
      </w:r>
    </w:p>
    <w:p w14:paraId="0C49EFE3" w14:textId="77777777" w:rsidR="00BC2D04" w:rsidRPr="004A015F" w:rsidRDefault="00BC2D04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9EC757F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</w:rPr>
      </w:pPr>
      <w:proofErr w:type="spellStart"/>
      <w:r w:rsidRPr="004A015F">
        <w:rPr>
          <w:rFonts w:asciiTheme="majorHAnsi" w:hAnsiTheme="majorHAnsi" w:cstheme="majorHAnsi"/>
        </w:rPr>
        <w:lastRenderedPageBreak/>
        <w:t>BESSA</w:t>
      </w:r>
      <w:proofErr w:type="spellEnd"/>
      <w:r w:rsidRPr="004A015F">
        <w:rPr>
          <w:rFonts w:asciiTheme="majorHAnsi" w:hAnsiTheme="majorHAnsi" w:cstheme="majorHAnsi"/>
        </w:rPr>
        <w:t>:</w:t>
      </w:r>
    </w:p>
    <w:p w14:paraId="67FD2B1A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</w:rPr>
      </w:pPr>
      <w:proofErr w:type="spellStart"/>
      <w:r w:rsidRPr="006600B8">
        <w:rPr>
          <w:rFonts w:asciiTheme="majorHAnsi" w:hAnsiTheme="majorHAnsi" w:cstheme="majorHAnsi"/>
        </w:rPr>
        <w:t>Joo</w:t>
      </w:r>
      <w:proofErr w:type="spellEnd"/>
      <w:r w:rsidRPr="006600B8">
        <w:rPr>
          <w:rFonts w:asciiTheme="majorHAnsi" w:hAnsiTheme="majorHAnsi" w:cstheme="majorHAnsi"/>
        </w:rPr>
        <w:t xml:space="preserve">, </w:t>
      </w:r>
      <w:proofErr w:type="spellStart"/>
      <w:r w:rsidRPr="006600B8">
        <w:rPr>
          <w:rFonts w:asciiTheme="majorHAnsi" w:hAnsiTheme="majorHAnsi" w:cstheme="majorHAnsi"/>
        </w:rPr>
        <w:t>oon</w:t>
      </w:r>
      <w:proofErr w:type="spellEnd"/>
      <w:r w:rsidRPr="006600B8">
        <w:rPr>
          <w:rFonts w:asciiTheme="majorHAnsi" w:hAnsiTheme="majorHAnsi" w:cstheme="majorHAnsi"/>
        </w:rPr>
        <w:t xml:space="preserve">, </w:t>
      </w:r>
      <w:proofErr w:type="spellStart"/>
      <w:r w:rsidRPr="006600B8">
        <w:rPr>
          <w:rFonts w:asciiTheme="majorHAnsi" w:hAnsiTheme="majorHAnsi" w:cstheme="majorHAnsi"/>
        </w:rPr>
        <w:t>mutta</w:t>
      </w:r>
      <w:proofErr w:type="spellEnd"/>
      <w:r w:rsidRPr="006600B8">
        <w:rPr>
          <w:rFonts w:asciiTheme="majorHAnsi" w:hAnsiTheme="majorHAnsi" w:cstheme="majorHAnsi"/>
        </w:rPr>
        <w:t xml:space="preserve"> </w:t>
      </w:r>
      <w:proofErr w:type="spellStart"/>
      <w:r w:rsidRPr="006600B8">
        <w:rPr>
          <w:rFonts w:asciiTheme="majorHAnsi" w:hAnsiTheme="majorHAnsi" w:cstheme="majorHAnsi"/>
        </w:rPr>
        <w:t>nyt</w:t>
      </w:r>
      <w:proofErr w:type="spellEnd"/>
      <w:r w:rsidRPr="006600B8">
        <w:rPr>
          <w:rFonts w:asciiTheme="majorHAnsi" w:hAnsiTheme="majorHAnsi" w:cstheme="majorHAnsi"/>
        </w:rPr>
        <w:t xml:space="preserve"> </w:t>
      </w:r>
      <w:proofErr w:type="spellStart"/>
      <w:r w:rsidRPr="006600B8">
        <w:rPr>
          <w:rFonts w:asciiTheme="majorHAnsi" w:hAnsiTheme="majorHAnsi" w:cstheme="majorHAnsi"/>
        </w:rPr>
        <w:t>oon</w:t>
      </w:r>
      <w:proofErr w:type="spellEnd"/>
      <w:r w:rsidRPr="006600B8">
        <w:rPr>
          <w:rFonts w:asciiTheme="majorHAnsi" w:hAnsiTheme="majorHAnsi" w:cstheme="majorHAnsi"/>
        </w:rPr>
        <w:t xml:space="preserve"> </w:t>
      </w:r>
      <w:proofErr w:type="spellStart"/>
      <w:r w:rsidRPr="006600B8">
        <w:rPr>
          <w:rFonts w:asciiTheme="majorHAnsi" w:hAnsiTheme="majorHAnsi" w:cstheme="majorHAnsi"/>
        </w:rPr>
        <w:t>liijan</w:t>
      </w:r>
      <w:proofErr w:type="spellEnd"/>
      <w:r w:rsidRPr="006600B8">
        <w:rPr>
          <w:rFonts w:asciiTheme="majorHAnsi" w:hAnsiTheme="majorHAnsi" w:cstheme="majorHAnsi"/>
        </w:rPr>
        <w:t xml:space="preserve"> </w:t>
      </w:r>
      <w:proofErr w:type="spellStart"/>
      <w:r w:rsidRPr="006600B8">
        <w:rPr>
          <w:rFonts w:asciiTheme="majorHAnsi" w:hAnsiTheme="majorHAnsi" w:cstheme="majorHAnsi"/>
        </w:rPr>
        <w:t>vähä</w:t>
      </w:r>
      <w:proofErr w:type="spellEnd"/>
      <w:r w:rsidRPr="006600B8">
        <w:rPr>
          <w:rFonts w:asciiTheme="majorHAnsi" w:hAnsiTheme="majorHAnsi" w:cstheme="majorHAnsi"/>
        </w:rPr>
        <w:t xml:space="preserve"> </w:t>
      </w:r>
      <w:proofErr w:type="spellStart"/>
      <w:r w:rsidRPr="006600B8">
        <w:rPr>
          <w:rFonts w:asciiTheme="majorHAnsi" w:hAnsiTheme="majorHAnsi" w:cstheme="majorHAnsi"/>
        </w:rPr>
        <w:t>kallaa</w:t>
      </w:r>
      <w:proofErr w:type="spellEnd"/>
      <w:r w:rsidRPr="006600B8">
        <w:rPr>
          <w:rFonts w:asciiTheme="majorHAnsi" w:hAnsiTheme="majorHAnsi" w:cstheme="majorHAnsi"/>
        </w:rPr>
        <w:t xml:space="preserve">. </w:t>
      </w:r>
    </w:p>
    <w:p w14:paraId="45A995D5" w14:textId="018BB721" w:rsidR="00BC2D04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Jo, men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no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er det for lite fisk. </w:t>
      </w:r>
    </w:p>
    <w:p w14:paraId="5D35B079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Ennen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kallaa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oli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paljo</w:t>
      </w:r>
      <w:proofErr w:type="spellEnd"/>
      <w:r w:rsidRPr="006600B8">
        <w:rPr>
          <w:rFonts w:asciiTheme="majorHAnsi" w:hAnsiTheme="majorHAnsi" w:cstheme="majorHAnsi"/>
          <w:lang w:val="nb-NO"/>
        </w:rPr>
        <w:t>.</w:t>
      </w:r>
    </w:p>
    <w:p w14:paraId="4355704D" w14:textId="3DA77B65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 xml:space="preserve">Før var det store </w:t>
      </w:r>
      <w:proofErr w:type="spellStart"/>
      <w:r w:rsidRPr="004A015F">
        <w:rPr>
          <w:rFonts w:asciiTheme="majorHAnsi" w:hAnsiTheme="majorHAnsi" w:cstheme="majorHAnsi"/>
          <w:i/>
          <w:lang w:val="nb-NO"/>
        </w:rPr>
        <w:t>stamm</w:t>
      </w:r>
      <w:r w:rsidR="00BC2D04">
        <w:rPr>
          <w:rFonts w:asciiTheme="majorHAnsi" w:hAnsiTheme="majorHAnsi" w:cstheme="majorHAnsi"/>
          <w:i/>
          <w:lang w:val="nb-NO"/>
        </w:rPr>
        <w:t>a</w:t>
      </w:r>
      <w:r w:rsidRPr="004A015F">
        <w:rPr>
          <w:rFonts w:asciiTheme="majorHAnsi" w:hAnsiTheme="majorHAnsi" w:cstheme="majorHAnsi"/>
          <w:i/>
          <w:lang w:val="nb-NO"/>
        </w:rPr>
        <w:t>r</w:t>
      </w:r>
      <w:proofErr w:type="spellEnd"/>
      <w:r w:rsidRPr="004A015F">
        <w:rPr>
          <w:rFonts w:asciiTheme="majorHAnsi" w:hAnsiTheme="majorHAnsi" w:cstheme="majorHAnsi"/>
          <w:i/>
          <w:lang w:val="nb-NO"/>
        </w:rPr>
        <w:t>.</w:t>
      </w:r>
    </w:p>
    <w:p w14:paraId="07291444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Villilohta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6600B8">
        <w:rPr>
          <w:rFonts w:asciiTheme="majorHAnsi" w:hAnsiTheme="majorHAnsi" w:cstheme="majorHAnsi"/>
          <w:lang w:val="nb-NO"/>
        </w:rPr>
        <w:t>merirauttuu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6600B8">
        <w:rPr>
          <w:rFonts w:asciiTheme="majorHAnsi" w:hAnsiTheme="majorHAnsi" w:cstheme="majorHAnsi"/>
          <w:lang w:val="nb-NO"/>
        </w:rPr>
        <w:t>merikuujaa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. </w:t>
      </w:r>
    </w:p>
    <w:p w14:paraId="02D419D6" w14:textId="190F9DE5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Villaks, sjørøye og sjø</w:t>
      </w:r>
      <w:r w:rsidR="00BC2D04">
        <w:rPr>
          <w:rFonts w:asciiTheme="majorHAnsi" w:hAnsiTheme="majorHAnsi" w:cstheme="majorHAnsi"/>
          <w:i/>
          <w:lang w:val="nb-NO"/>
        </w:rPr>
        <w:t>aure</w:t>
      </w:r>
      <w:r w:rsidRPr="004A015F">
        <w:rPr>
          <w:rFonts w:asciiTheme="majorHAnsi" w:hAnsiTheme="majorHAnsi" w:cstheme="majorHAnsi"/>
          <w:i/>
          <w:lang w:val="nb-NO"/>
        </w:rPr>
        <w:t>.</w:t>
      </w:r>
    </w:p>
    <w:p w14:paraId="3A1D67FA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569C5E8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0DBA6204" w14:textId="77777777" w:rsidR="006600B8" w:rsidRDefault="006600B8" w:rsidP="006600B8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Ilman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kala </w:t>
      </w:r>
      <w:proofErr w:type="spellStart"/>
      <w:r w:rsidRPr="002B3410">
        <w:rPr>
          <w:rFonts w:asciiTheme="majorHAnsi" w:hAnsiTheme="majorHAnsi" w:cstheme="majorHAnsi"/>
          <w:lang w:val="nb-NO"/>
        </w:rPr>
        <w:t>tullee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takaisin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nyt </w:t>
      </w:r>
      <w:proofErr w:type="spellStart"/>
      <w:r w:rsidRPr="002B3410">
        <w:rPr>
          <w:rFonts w:asciiTheme="majorHAnsi" w:hAnsiTheme="majorHAnsi" w:cstheme="majorHAnsi"/>
          <w:lang w:val="nb-NO"/>
        </w:rPr>
        <w:t>ko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jokifiskun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oon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kielletty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? </w:t>
      </w:r>
    </w:p>
    <w:p w14:paraId="7B4B1C09" w14:textId="4A480361" w:rsidR="009B2D51" w:rsidRDefault="00BC2D04" w:rsidP="00BC2D04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Fisken kjem vel tilbake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no</w:t>
      </w:r>
      <w:proofErr w:type="spellEnd"/>
      <w:r>
        <w:rPr>
          <w:rFonts w:asciiTheme="majorHAnsi" w:hAnsiTheme="majorHAnsi" w:cstheme="majorHAnsi"/>
          <w:i/>
          <w:lang w:val="nb-NO"/>
        </w:rPr>
        <w:t xml:space="preserve"> </w:t>
      </w:r>
      <w:r w:rsidRPr="00BC2D04">
        <w:rPr>
          <w:rFonts w:asciiTheme="majorHAnsi" w:hAnsiTheme="majorHAnsi" w:cstheme="majorHAnsi"/>
          <w:i/>
          <w:lang w:val="nb-NO"/>
        </w:rPr>
        <w:t xml:space="preserve">som elva er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stengd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for fiske?</w:t>
      </w:r>
    </w:p>
    <w:p w14:paraId="4C9659C5" w14:textId="77777777" w:rsidR="00BC2D04" w:rsidRPr="004A015F" w:rsidRDefault="00BC2D04" w:rsidP="00BC2D04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B26B731" w14:textId="57874411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274EB841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proofErr w:type="gramStart"/>
      <w:r w:rsidRPr="004A015F">
        <w:rPr>
          <w:rFonts w:asciiTheme="majorHAnsi" w:hAnsiTheme="majorHAnsi" w:cstheme="majorHAnsi"/>
          <w:lang w:val="nb-NO"/>
        </w:rPr>
        <w:t>Joo</w:t>
      </w:r>
      <w:proofErr w:type="spellEnd"/>
      <w:r w:rsidRPr="004A015F">
        <w:rPr>
          <w:rFonts w:asciiTheme="majorHAnsi" w:hAnsiTheme="majorHAnsi" w:cstheme="majorHAnsi"/>
          <w:lang w:val="nb-NO"/>
        </w:rPr>
        <w:t>…</w:t>
      </w:r>
      <w:proofErr w:type="gramEnd"/>
    </w:p>
    <w:p w14:paraId="11FF6D35" w14:textId="0B7F79A3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gramStart"/>
      <w:r w:rsidRPr="004A015F">
        <w:rPr>
          <w:rFonts w:asciiTheme="majorHAnsi" w:hAnsiTheme="majorHAnsi" w:cstheme="majorHAnsi"/>
          <w:i/>
          <w:lang w:val="nb-NO"/>
        </w:rPr>
        <w:t>Jo...</w:t>
      </w:r>
      <w:proofErr w:type="gramEnd"/>
    </w:p>
    <w:p w14:paraId="0F0D4AB2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BF74A3C" w14:textId="7D2E0B90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7362AD6F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Kuitenki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kalat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6600B8">
        <w:rPr>
          <w:rFonts w:asciiTheme="majorHAnsi" w:hAnsiTheme="majorHAnsi" w:cstheme="majorHAnsi"/>
          <w:lang w:val="nb-NO"/>
        </w:rPr>
        <w:t>kuolhaan</w:t>
      </w:r>
      <w:proofErr w:type="spellEnd"/>
      <w:r w:rsidRPr="006600B8">
        <w:rPr>
          <w:rFonts w:asciiTheme="majorHAnsi" w:hAnsiTheme="majorHAnsi" w:cstheme="majorHAnsi"/>
          <w:lang w:val="nb-NO"/>
        </w:rPr>
        <w:t>…</w:t>
      </w:r>
      <w:proofErr w:type="gramEnd"/>
      <w:r w:rsidRPr="006600B8">
        <w:rPr>
          <w:rFonts w:asciiTheme="majorHAnsi" w:hAnsiTheme="majorHAnsi" w:cstheme="majorHAnsi"/>
          <w:lang w:val="nb-NO"/>
        </w:rPr>
        <w:t xml:space="preserve"> </w:t>
      </w:r>
    </w:p>
    <w:p w14:paraId="6D5049D3" w14:textId="1A420FBE" w:rsidR="00BC2D04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Likevel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døyr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</w:t>
      </w:r>
      <w:proofErr w:type="gramStart"/>
      <w:r w:rsidRPr="00BC2D04">
        <w:rPr>
          <w:rFonts w:asciiTheme="majorHAnsi" w:hAnsiTheme="majorHAnsi" w:cstheme="majorHAnsi"/>
          <w:i/>
          <w:lang w:val="nb-NO"/>
        </w:rPr>
        <w:t>fisken...</w:t>
      </w:r>
      <w:proofErr w:type="gramEnd"/>
      <w:r w:rsidRPr="00BC2D04">
        <w:rPr>
          <w:rFonts w:asciiTheme="majorHAnsi" w:hAnsiTheme="majorHAnsi" w:cstheme="majorHAnsi"/>
          <w:i/>
          <w:lang w:val="nb-NO"/>
        </w:rPr>
        <w:t xml:space="preserve"> </w:t>
      </w:r>
    </w:p>
    <w:p w14:paraId="19042BC9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Mitä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met </w:t>
      </w:r>
      <w:proofErr w:type="spellStart"/>
      <w:r w:rsidRPr="006600B8">
        <w:rPr>
          <w:rFonts w:asciiTheme="majorHAnsi" w:hAnsiTheme="majorHAnsi" w:cstheme="majorHAnsi"/>
          <w:lang w:val="nb-NO"/>
        </w:rPr>
        <w:t>saatama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tehđä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? </w:t>
      </w:r>
    </w:p>
    <w:p w14:paraId="227F1CE5" w14:textId="10D36631" w:rsidR="006622A0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Kva kan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gjere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>?</w:t>
      </w:r>
    </w:p>
    <w:p w14:paraId="5DE66AF7" w14:textId="77777777" w:rsidR="00BC2D04" w:rsidRPr="004A015F" w:rsidRDefault="00BC2D04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1844F04" w14:textId="3B33E25D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1902EE7B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6600B8">
        <w:rPr>
          <w:rFonts w:asciiTheme="majorHAnsi" w:hAnsiTheme="majorHAnsi" w:cstheme="majorHAnsi"/>
          <w:lang w:val="nb-NO"/>
        </w:rPr>
        <w:t xml:space="preserve">Ja </w:t>
      </w:r>
      <w:proofErr w:type="spellStart"/>
      <w:r w:rsidRPr="006600B8">
        <w:rPr>
          <w:rFonts w:asciiTheme="majorHAnsi" w:hAnsiTheme="majorHAnsi" w:cstheme="majorHAnsi"/>
          <w:lang w:val="nb-NO"/>
        </w:rPr>
        <w:t>niin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, se </w:t>
      </w:r>
      <w:proofErr w:type="spellStart"/>
      <w:r w:rsidRPr="006600B8">
        <w:rPr>
          <w:rFonts w:asciiTheme="majorHAnsi" w:hAnsiTheme="majorHAnsi" w:cstheme="majorHAnsi"/>
          <w:lang w:val="nb-NO"/>
        </w:rPr>
        <w:t>oon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täälä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ette tet </w:t>
      </w:r>
      <w:proofErr w:type="spellStart"/>
      <w:r w:rsidRPr="006600B8">
        <w:rPr>
          <w:rFonts w:asciiTheme="majorHAnsi" w:hAnsiTheme="majorHAnsi" w:cstheme="majorHAnsi"/>
          <w:lang w:val="nb-NO"/>
        </w:rPr>
        <w:t>istutta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6600B8">
        <w:rPr>
          <w:rFonts w:asciiTheme="majorHAnsi" w:hAnsiTheme="majorHAnsi" w:cstheme="majorHAnsi"/>
          <w:lang w:val="nb-NO"/>
        </w:rPr>
        <w:t>verentoppaajat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! </w:t>
      </w:r>
    </w:p>
    <w:p w14:paraId="7C73B485" w14:textId="47801DC5" w:rsidR="006622A0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Så det er her de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sit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,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blodstopparar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>!</w:t>
      </w:r>
    </w:p>
    <w:p w14:paraId="1E8CCA0F" w14:textId="77777777" w:rsidR="00BC2D04" w:rsidRPr="004A015F" w:rsidRDefault="00BC2D04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3489122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1F04CBF2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Eikä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teilä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ole </w:t>
      </w:r>
      <w:proofErr w:type="spellStart"/>
      <w:r w:rsidRPr="006600B8">
        <w:rPr>
          <w:rFonts w:asciiTheme="majorHAnsi" w:hAnsiTheme="majorHAnsi" w:cstheme="majorHAnsi"/>
          <w:lang w:val="nb-NO"/>
        </w:rPr>
        <w:t>mithään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henkkee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mitä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pitäisitttä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pärjätä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? </w:t>
      </w:r>
    </w:p>
    <w:p w14:paraId="1C93EFF9" w14:textId="20F2D5E7" w:rsidR="00BC2D04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 xml:space="preserve">Har de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ikkje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BC2D04">
        <w:rPr>
          <w:rFonts w:asciiTheme="majorHAnsi" w:hAnsiTheme="majorHAnsi" w:cstheme="majorHAnsi"/>
          <w:i/>
          <w:lang w:val="nb-NO"/>
        </w:rPr>
        <w:t>nokre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liv å redde? </w:t>
      </w:r>
    </w:p>
    <w:p w14:paraId="6143E45B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Meiđän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pääle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hyökäthään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. </w:t>
      </w:r>
    </w:p>
    <w:p w14:paraId="7A951CAF" w14:textId="5433C61B" w:rsidR="006622A0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>Me er under angrep.</w:t>
      </w:r>
    </w:p>
    <w:p w14:paraId="4227022A" w14:textId="77777777" w:rsidR="00BC2D04" w:rsidRPr="004A015F" w:rsidRDefault="00BC2D04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57A69AC" w14:textId="262F00DF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NILS: </w:t>
      </w:r>
    </w:p>
    <w:p w14:paraId="25FCA330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Usheemppii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henkkii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oon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jo </w:t>
      </w:r>
      <w:proofErr w:type="spellStart"/>
      <w:r w:rsidRPr="006600B8">
        <w:rPr>
          <w:rFonts w:asciiTheme="majorHAnsi" w:hAnsiTheme="majorHAnsi" w:cstheme="majorHAnsi"/>
          <w:lang w:val="nb-NO"/>
        </w:rPr>
        <w:t>valitettavasti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mistanettu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. </w:t>
      </w:r>
    </w:p>
    <w:p w14:paraId="21E064EC" w14:textId="47FF3E0F" w:rsidR="006622A0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proofErr w:type="spellStart"/>
      <w:r w:rsidRPr="00BC2D04">
        <w:rPr>
          <w:rFonts w:asciiTheme="majorHAnsi" w:hAnsiTheme="majorHAnsi" w:cstheme="majorHAnsi"/>
          <w:i/>
          <w:lang w:val="nb-NO"/>
        </w:rPr>
        <w:t>Fleire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liv har dessverre gått tapt.</w:t>
      </w:r>
    </w:p>
    <w:p w14:paraId="6845A45A" w14:textId="77777777" w:rsidR="00BC2D04" w:rsidRPr="004A015F" w:rsidRDefault="00BC2D04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88C86A1" w14:textId="0E7E848A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BESSA:</w:t>
      </w:r>
    </w:p>
    <w:p w14:paraId="2CD1F282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6600B8">
        <w:rPr>
          <w:rFonts w:asciiTheme="majorHAnsi" w:hAnsiTheme="majorHAnsi" w:cstheme="majorHAnsi"/>
          <w:lang w:val="nb-NO"/>
        </w:rPr>
        <w:t xml:space="preserve">Mie </w:t>
      </w:r>
      <w:proofErr w:type="spellStart"/>
      <w:r w:rsidRPr="006600B8">
        <w:rPr>
          <w:rFonts w:asciiTheme="majorHAnsi" w:hAnsiTheme="majorHAnsi" w:cstheme="majorHAnsi"/>
          <w:lang w:val="nb-NO"/>
        </w:rPr>
        <w:t>otan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vaarin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ruumhiista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. </w:t>
      </w:r>
    </w:p>
    <w:p w14:paraId="1CC8C424" w14:textId="4B5F9488" w:rsidR="00BC2D04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proofErr w:type="spellStart"/>
      <w:r w:rsidRPr="00BC2D04">
        <w:rPr>
          <w:rFonts w:asciiTheme="majorHAnsi" w:hAnsiTheme="majorHAnsi" w:cstheme="majorHAnsi"/>
          <w:i/>
          <w:lang w:val="nb-NO"/>
        </w:rPr>
        <w:t>Eg</w:t>
      </w:r>
      <w:proofErr w:type="spellEnd"/>
      <w:r w:rsidRPr="00BC2D04">
        <w:rPr>
          <w:rFonts w:asciiTheme="majorHAnsi" w:hAnsiTheme="majorHAnsi" w:cstheme="majorHAnsi"/>
          <w:i/>
          <w:lang w:val="nb-NO"/>
        </w:rPr>
        <w:t xml:space="preserve"> skal ta meg av lika. </w:t>
      </w:r>
    </w:p>
    <w:p w14:paraId="725B2BF2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proofErr w:type="gramStart"/>
      <w:r w:rsidRPr="006600B8">
        <w:rPr>
          <w:rFonts w:asciiTheme="majorHAnsi" w:hAnsiTheme="majorHAnsi" w:cstheme="majorHAnsi"/>
          <w:lang w:val="nb-NO"/>
        </w:rPr>
        <w:t>Hyvästi,tronninki</w:t>
      </w:r>
      <w:proofErr w:type="spellEnd"/>
      <w:proofErr w:type="gramEnd"/>
      <w:r w:rsidRPr="006600B8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6600B8">
        <w:rPr>
          <w:rFonts w:asciiTheme="majorHAnsi" w:hAnsiTheme="majorHAnsi" w:cstheme="majorHAnsi"/>
          <w:lang w:val="nb-NO"/>
        </w:rPr>
        <w:t>hyvästi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. </w:t>
      </w:r>
    </w:p>
    <w:p w14:paraId="0F924FCB" w14:textId="451C865B" w:rsidR="006622A0" w:rsidRDefault="00BC2D04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BC2D04">
        <w:rPr>
          <w:rFonts w:asciiTheme="majorHAnsi" w:hAnsiTheme="majorHAnsi" w:cstheme="majorHAnsi"/>
          <w:i/>
          <w:lang w:val="nb-NO"/>
        </w:rPr>
        <w:t>Farvel, dronninga mi.</w:t>
      </w:r>
    </w:p>
    <w:p w14:paraId="063B6AC5" w14:textId="77777777" w:rsidR="00BC2D04" w:rsidRPr="004A015F" w:rsidRDefault="00BC2D04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7B0BC5A1" w14:textId="5E644646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lastRenderedPageBreak/>
        <w:t>BESSA:</w:t>
      </w:r>
    </w:p>
    <w:p w14:paraId="0DA9BC1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Hei </w:t>
      </w:r>
      <w:proofErr w:type="spellStart"/>
      <w:r w:rsidRPr="004A015F">
        <w:rPr>
          <w:rFonts w:asciiTheme="majorHAnsi" w:hAnsiTheme="majorHAnsi" w:cstheme="majorHAnsi"/>
          <w:lang w:val="nb-NO"/>
        </w:rPr>
        <w:t>hei</w:t>
      </w:r>
      <w:proofErr w:type="spellEnd"/>
      <w:r w:rsidRPr="004A015F">
        <w:rPr>
          <w:rFonts w:asciiTheme="majorHAnsi" w:hAnsiTheme="majorHAnsi" w:cstheme="majorHAnsi"/>
          <w:lang w:val="nb-NO"/>
        </w:rPr>
        <w:t>.</w:t>
      </w:r>
    </w:p>
    <w:p w14:paraId="43A23325" w14:textId="47E8DFF1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Hei!</w:t>
      </w:r>
    </w:p>
    <w:p w14:paraId="4090FC64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9AA77DC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3A57C49F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Viholinen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oon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likelä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. </w:t>
      </w:r>
    </w:p>
    <w:p w14:paraId="3609749A" w14:textId="4B4893B8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Fienden er nær.</w:t>
      </w:r>
    </w:p>
    <w:p w14:paraId="23CB0DD1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20177711" w14:textId="23C2EE5C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 xml:space="preserve">BESSA, </w:t>
      </w: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OG KAISA:</w:t>
      </w:r>
    </w:p>
    <w:p w14:paraId="39C9FC7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Päivää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. </w:t>
      </w:r>
      <w:proofErr w:type="spellStart"/>
      <w:r w:rsidRPr="004A015F">
        <w:rPr>
          <w:rFonts w:asciiTheme="majorHAnsi" w:hAnsiTheme="majorHAnsi" w:cstheme="majorHAnsi"/>
          <w:lang w:val="nb-NO"/>
        </w:rPr>
        <w:t>Päivää</w:t>
      </w:r>
      <w:proofErr w:type="spellEnd"/>
      <w:r w:rsidRPr="004A015F">
        <w:rPr>
          <w:rFonts w:asciiTheme="majorHAnsi" w:hAnsiTheme="majorHAnsi" w:cstheme="majorHAnsi"/>
          <w:lang w:val="nb-NO"/>
        </w:rPr>
        <w:t>!</w:t>
      </w:r>
    </w:p>
    <w:p w14:paraId="14E801C8" w14:textId="77151861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Hei! Hei!</w:t>
      </w:r>
    </w:p>
    <w:p w14:paraId="4267F88D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A46DC74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755E5FDF" w14:textId="77777777" w:rsidR="006600B8" w:rsidRDefault="006600B8" w:rsidP="006600B8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2B3410">
        <w:rPr>
          <w:rFonts w:asciiTheme="majorHAnsi" w:hAnsiTheme="majorHAnsi" w:cstheme="majorHAnsi"/>
          <w:lang w:val="nb-NO"/>
        </w:rPr>
        <w:t>Olettako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tet </w:t>
      </w:r>
      <w:proofErr w:type="spellStart"/>
      <w:r w:rsidRPr="002B3410">
        <w:rPr>
          <w:rFonts w:asciiTheme="majorHAnsi" w:hAnsiTheme="majorHAnsi" w:cstheme="majorHAnsi"/>
          <w:lang w:val="nb-NO"/>
        </w:rPr>
        <w:t>tyhä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sammakonpoikassii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klasimaljassa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2B3410">
        <w:rPr>
          <w:rFonts w:asciiTheme="majorHAnsi" w:hAnsiTheme="majorHAnsi" w:cstheme="majorHAnsi"/>
          <w:lang w:val="nb-NO"/>
        </w:rPr>
        <w:t>vain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pystyttäkö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ottamhaan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minun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2B3410">
        <w:rPr>
          <w:rFonts w:asciiTheme="majorHAnsi" w:hAnsiTheme="majorHAnsi" w:cstheme="majorHAnsi"/>
          <w:lang w:val="nb-NO"/>
        </w:rPr>
        <w:t>kiini</w:t>
      </w:r>
      <w:proofErr w:type="spellEnd"/>
      <w:r w:rsidRPr="002B3410">
        <w:rPr>
          <w:rFonts w:asciiTheme="majorHAnsi" w:hAnsiTheme="majorHAnsi" w:cstheme="majorHAnsi"/>
          <w:lang w:val="nb-NO"/>
        </w:rPr>
        <w:t xml:space="preserve">?! </w:t>
      </w:r>
    </w:p>
    <w:p w14:paraId="5E6F89DD" w14:textId="021888A1" w:rsidR="00401909" w:rsidRDefault="00401909" w:rsidP="00401909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401909">
        <w:rPr>
          <w:rFonts w:asciiTheme="majorHAnsi" w:hAnsiTheme="majorHAnsi" w:cstheme="majorHAnsi"/>
          <w:i/>
          <w:lang w:val="nb-NO"/>
        </w:rPr>
        <w:t xml:space="preserve">Er de </w:t>
      </w:r>
      <w:proofErr w:type="spellStart"/>
      <w:r w:rsidRPr="00401909">
        <w:rPr>
          <w:rFonts w:asciiTheme="majorHAnsi" w:hAnsiTheme="majorHAnsi" w:cstheme="majorHAnsi"/>
          <w:i/>
          <w:lang w:val="nb-NO"/>
        </w:rPr>
        <w:t>berre</w:t>
      </w:r>
      <w:proofErr w:type="spellEnd"/>
      <w:r w:rsidRPr="00401909">
        <w:rPr>
          <w:rFonts w:asciiTheme="majorHAnsi" w:hAnsiTheme="majorHAnsi" w:cstheme="majorHAnsi"/>
          <w:i/>
          <w:lang w:val="nb-NO"/>
        </w:rPr>
        <w:t xml:space="preserve"> rumpetroll i ei skål,</w:t>
      </w:r>
      <w:r>
        <w:rPr>
          <w:rFonts w:asciiTheme="majorHAnsi" w:hAnsiTheme="majorHAnsi" w:cstheme="majorHAnsi"/>
          <w:i/>
          <w:lang w:val="nb-NO"/>
        </w:rPr>
        <w:t xml:space="preserve"> </w:t>
      </w:r>
      <w:r w:rsidRPr="00401909">
        <w:rPr>
          <w:rFonts w:asciiTheme="majorHAnsi" w:hAnsiTheme="majorHAnsi" w:cstheme="majorHAnsi"/>
          <w:i/>
          <w:lang w:val="nb-NO"/>
        </w:rPr>
        <w:t xml:space="preserve">eller klarer de å ta meg?! </w:t>
      </w:r>
    </w:p>
    <w:p w14:paraId="26E0090B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Voimavaimon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! </w:t>
      </w:r>
    </w:p>
    <w:p w14:paraId="4F821BAE" w14:textId="713F5D02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Kraftkj</w:t>
      </w:r>
      <w:r w:rsidR="00401909">
        <w:rPr>
          <w:rFonts w:asciiTheme="majorHAnsi" w:hAnsiTheme="majorHAnsi" w:cstheme="majorHAnsi"/>
          <w:i/>
          <w:lang w:val="nb-NO"/>
        </w:rPr>
        <w:t>e</w:t>
      </w:r>
      <w:r w:rsidRPr="004A015F">
        <w:rPr>
          <w:rFonts w:asciiTheme="majorHAnsi" w:hAnsiTheme="majorHAnsi" w:cstheme="majorHAnsi"/>
          <w:i/>
          <w:lang w:val="nb-NO"/>
        </w:rPr>
        <w:t>rring!</w:t>
      </w:r>
    </w:p>
    <w:p w14:paraId="4D6CD4C7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32BA5B7" w14:textId="3C69C8A8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0E288CB9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Vaimovoimaa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, Anna! </w:t>
      </w:r>
    </w:p>
    <w:p w14:paraId="274D72C5" w14:textId="0F215E3A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>Kvinnekraft, Anna!</w:t>
      </w:r>
    </w:p>
    <w:p w14:paraId="6138B014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6C7D82A" w14:textId="0326D76E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4BBCA87C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Oo</w:t>
      </w:r>
      <w:proofErr w:type="spellEnd"/>
      <w:r w:rsidRPr="004A015F">
        <w:rPr>
          <w:rFonts w:asciiTheme="majorHAnsi" w:hAnsiTheme="majorHAnsi" w:cstheme="majorHAnsi"/>
          <w:lang w:val="nb-NO"/>
        </w:rPr>
        <w:t xml:space="preserve"> </w:t>
      </w:r>
      <w:proofErr w:type="gramStart"/>
      <w:r w:rsidRPr="004A015F">
        <w:rPr>
          <w:rFonts w:asciiTheme="majorHAnsi" w:hAnsiTheme="majorHAnsi" w:cstheme="majorHAnsi"/>
          <w:lang w:val="nb-NO"/>
        </w:rPr>
        <w:t>jaa…</w:t>
      </w:r>
      <w:proofErr w:type="gramEnd"/>
    </w:p>
    <w:p w14:paraId="1F988619" w14:textId="7777777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 xml:space="preserve">Å, </w:t>
      </w:r>
      <w:proofErr w:type="gramStart"/>
      <w:r w:rsidRPr="004A015F">
        <w:rPr>
          <w:rFonts w:asciiTheme="majorHAnsi" w:hAnsiTheme="majorHAnsi" w:cstheme="majorHAnsi"/>
          <w:i/>
          <w:lang w:val="nb-NO"/>
        </w:rPr>
        <w:t>ja...</w:t>
      </w:r>
      <w:proofErr w:type="gramEnd"/>
    </w:p>
    <w:p w14:paraId="03AE0F90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59304F9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KAISA:</w:t>
      </w:r>
    </w:p>
    <w:p w14:paraId="69CCD797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Oonko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6600B8">
        <w:rPr>
          <w:rFonts w:asciiTheme="majorHAnsi" w:hAnsiTheme="majorHAnsi" w:cstheme="majorHAnsi"/>
          <w:lang w:val="nb-NO"/>
        </w:rPr>
        <w:t>oikkee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miekka</w:t>
      </w:r>
      <w:proofErr w:type="spellEnd"/>
      <w:r w:rsidRPr="006600B8">
        <w:rPr>
          <w:rFonts w:asciiTheme="majorHAnsi" w:hAnsiTheme="majorHAnsi" w:cstheme="majorHAnsi"/>
          <w:lang w:val="nb-NO"/>
        </w:rPr>
        <w:t>?</w:t>
      </w:r>
    </w:p>
    <w:p w14:paraId="75C6656A" w14:textId="0B7D87BB" w:rsidR="006622A0" w:rsidRDefault="00401909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401909">
        <w:rPr>
          <w:rFonts w:asciiTheme="majorHAnsi" w:hAnsiTheme="majorHAnsi" w:cstheme="majorHAnsi"/>
          <w:i/>
          <w:lang w:val="nb-NO"/>
        </w:rPr>
        <w:t xml:space="preserve">Er det </w:t>
      </w:r>
      <w:proofErr w:type="spellStart"/>
      <w:r w:rsidRPr="00401909">
        <w:rPr>
          <w:rFonts w:asciiTheme="majorHAnsi" w:hAnsiTheme="majorHAnsi" w:cstheme="majorHAnsi"/>
          <w:i/>
          <w:lang w:val="nb-NO"/>
        </w:rPr>
        <w:t>eit</w:t>
      </w:r>
      <w:proofErr w:type="spellEnd"/>
      <w:r w:rsidRPr="00401909">
        <w:rPr>
          <w:rFonts w:asciiTheme="majorHAnsi" w:hAnsiTheme="majorHAnsi" w:cstheme="majorHAnsi"/>
          <w:i/>
          <w:lang w:val="nb-NO"/>
        </w:rPr>
        <w:t xml:space="preserve"> ekte sverd?</w:t>
      </w:r>
    </w:p>
    <w:p w14:paraId="3E8E855C" w14:textId="77777777" w:rsidR="00401909" w:rsidRPr="004A015F" w:rsidRDefault="00401909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0EE36464" w14:textId="77777777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0F4B368A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Teaatterijoukon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seenitaistelumiekka</w:t>
      </w:r>
      <w:proofErr w:type="spellEnd"/>
      <w:r w:rsidRPr="006600B8">
        <w:rPr>
          <w:rFonts w:asciiTheme="majorHAnsi" w:hAnsiTheme="majorHAnsi" w:cstheme="majorHAnsi"/>
          <w:lang w:val="nb-NO"/>
        </w:rPr>
        <w:t>.</w:t>
      </w:r>
    </w:p>
    <w:p w14:paraId="124ED4FC" w14:textId="31E3E815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 xml:space="preserve">Scenekampsverd </w:t>
      </w:r>
      <w:proofErr w:type="spellStart"/>
      <w:r w:rsidRPr="004A015F">
        <w:rPr>
          <w:rFonts w:asciiTheme="majorHAnsi" w:hAnsiTheme="majorHAnsi" w:cstheme="majorHAnsi"/>
          <w:i/>
          <w:lang w:val="nb-NO"/>
        </w:rPr>
        <w:t>fr</w:t>
      </w:r>
      <w:r w:rsidR="00401909">
        <w:rPr>
          <w:rFonts w:asciiTheme="majorHAnsi" w:hAnsiTheme="majorHAnsi" w:cstheme="majorHAnsi"/>
          <w:i/>
          <w:lang w:val="nb-NO"/>
        </w:rPr>
        <w:t>å</w:t>
      </w:r>
      <w:proofErr w:type="spellEnd"/>
      <w:r w:rsidRPr="004A015F">
        <w:rPr>
          <w:rFonts w:asciiTheme="majorHAnsi" w:hAnsiTheme="majorHAnsi" w:cstheme="majorHAnsi"/>
          <w:i/>
          <w:lang w:val="nb-NO"/>
        </w:rPr>
        <w:t xml:space="preserve"> teatergruppa.</w:t>
      </w:r>
    </w:p>
    <w:p w14:paraId="754D7254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727F5DB" w14:textId="02E60C2A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KAISA:</w:t>
      </w:r>
    </w:p>
    <w:p w14:paraId="24D8A9EA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Eikö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se ole </w:t>
      </w:r>
      <w:proofErr w:type="spellStart"/>
      <w:r w:rsidRPr="006600B8">
        <w:rPr>
          <w:rFonts w:asciiTheme="majorHAnsi" w:hAnsiTheme="majorHAnsi" w:cstheme="majorHAnsi"/>
          <w:lang w:val="nb-NO"/>
        </w:rPr>
        <w:t>lastenteaatterii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? </w:t>
      </w:r>
    </w:p>
    <w:p w14:paraId="5830BAF0" w14:textId="02B64098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i/>
          <w:lang w:val="nb-NO"/>
        </w:rPr>
        <w:t xml:space="preserve">Er det </w:t>
      </w:r>
      <w:proofErr w:type="spellStart"/>
      <w:r w:rsidRPr="004A015F">
        <w:rPr>
          <w:rFonts w:asciiTheme="majorHAnsi" w:hAnsiTheme="majorHAnsi" w:cstheme="majorHAnsi"/>
          <w:i/>
          <w:lang w:val="nb-NO"/>
        </w:rPr>
        <w:t>ikk</w:t>
      </w:r>
      <w:r w:rsidR="00401909">
        <w:rPr>
          <w:rFonts w:asciiTheme="majorHAnsi" w:hAnsiTheme="majorHAnsi" w:cstheme="majorHAnsi"/>
          <w:i/>
          <w:lang w:val="nb-NO"/>
        </w:rPr>
        <w:t>j</w:t>
      </w:r>
      <w:r w:rsidRPr="004A015F">
        <w:rPr>
          <w:rFonts w:asciiTheme="majorHAnsi" w:hAnsiTheme="majorHAnsi" w:cstheme="majorHAnsi"/>
          <w:i/>
          <w:lang w:val="nb-NO"/>
        </w:rPr>
        <w:t>e</w:t>
      </w:r>
      <w:proofErr w:type="spellEnd"/>
      <w:r w:rsidRPr="004A015F">
        <w:rPr>
          <w:rFonts w:asciiTheme="majorHAnsi" w:hAnsiTheme="majorHAnsi" w:cstheme="majorHAnsi"/>
          <w:i/>
          <w:lang w:val="nb-NO"/>
        </w:rPr>
        <w:t xml:space="preserve"> barneteater?</w:t>
      </w:r>
    </w:p>
    <w:p w14:paraId="60806593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53F3F355" w14:textId="14AC66E0" w:rsidR="009B2D51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4A015F">
        <w:rPr>
          <w:rFonts w:asciiTheme="majorHAnsi" w:hAnsiTheme="majorHAnsi" w:cstheme="majorHAnsi"/>
          <w:lang w:val="nb-NO"/>
        </w:rPr>
        <w:t>EEVA</w:t>
      </w:r>
      <w:proofErr w:type="spellEnd"/>
      <w:r w:rsidRPr="004A015F">
        <w:rPr>
          <w:rFonts w:asciiTheme="majorHAnsi" w:hAnsiTheme="majorHAnsi" w:cstheme="majorHAnsi"/>
          <w:lang w:val="nb-NO"/>
        </w:rPr>
        <w:t>:</w:t>
      </w:r>
    </w:p>
    <w:p w14:paraId="232EF04B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Mitä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sie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meinaat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? </w:t>
      </w:r>
    </w:p>
    <w:p w14:paraId="7EB992F4" w14:textId="2B6D825D" w:rsidR="006622A0" w:rsidRDefault="00401909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401909">
        <w:rPr>
          <w:rFonts w:asciiTheme="majorHAnsi" w:hAnsiTheme="majorHAnsi" w:cstheme="majorHAnsi"/>
          <w:i/>
          <w:lang w:val="nb-NO"/>
        </w:rPr>
        <w:t>Kva meiner du?</w:t>
      </w:r>
    </w:p>
    <w:p w14:paraId="6F30168B" w14:textId="77777777" w:rsidR="00401909" w:rsidRPr="004A015F" w:rsidRDefault="00401909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047A94E" w14:textId="07F11966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lastRenderedPageBreak/>
        <w:t>NILS:</w:t>
      </w:r>
    </w:p>
    <w:p w14:paraId="3908F687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Luulitko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sie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6600B8">
        <w:rPr>
          <w:rFonts w:asciiTheme="majorHAnsi" w:hAnsiTheme="majorHAnsi" w:cstheme="majorHAnsi"/>
          <w:lang w:val="nb-NO"/>
        </w:rPr>
        <w:t>lastenteaatteri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oon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lapselista? </w:t>
      </w:r>
    </w:p>
    <w:p w14:paraId="751C78F3" w14:textId="2936DEAA" w:rsidR="006622A0" w:rsidRDefault="00401909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401909">
        <w:rPr>
          <w:rFonts w:asciiTheme="majorHAnsi" w:hAnsiTheme="majorHAnsi" w:cstheme="majorHAnsi"/>
          <w:i/>
          <w:lang w:val="nb-NO"/>
        </w:rPr>
        <w:t xml:space="preserve">Trudde du barneteater var </w:t>
      </w:r>
      <w:proofErr w:type="spellStart"/>
      <w:r w:rsidRPr="00401909">
        <w:rPr>
          <w:rFonts w:asciiTheme="majorHAnsi" w:hAnsiTheme="majorHAnsi" w:cstheme="majorHAnsi"/>
          <w:i/>
          <w:lang w:val="nb-NO"/>
        </w:rPr>
        <w:t>barnsleg</w:t>
      </w:r>
      <w:proofErr w:type="spellEnd"/>
      <w:r w:rsidRPr="00401909">
        <w:rPr>
          <w:rFonts w:asciiTheme="majorHAnsi" w:hAnsiTheme="majorHAnsi" w:cstheme="majorHAnsi"/>
          <w:i/>
          <w:lang w:val="nb-NO"/>
        </w:rPr>
        <w:t>?</w:t>
      </w:r>
    </w:p>
    <w:p w14:paraId="127418B9" w14:textId="77777777" w:rsidR="00401909" w:rsidRPr="004A015F" w:rsidRDefault="00401909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6058FF55" w14:textId="49D5B293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ANNA:</w:t>
      </w:r>
    </w:p>
    <w:p w14:paraId="10DCA458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6600B8">
        <w:rPr>
          <w:rFonts w:asciiTheme="majorHAnsi" w:hAnsiTheme="majorHAnsi" w:cstheme="majorHAnsi"/>
          <w:lang w:val="nb-NO"/>
        </w:rPr>
        <w:t xml:space="preserve">Ei </w:t>
      </w:r>
      <w:proofErr w:type="spellStart"/>
      <w:r w:rsidRPr="006600B8">
        <w:rPr>
          <w:rFonts w:asciiTheme="majorHAnsi" w:hAnsiTheme="majorHAnsi" w:cstheme="majorHAnsi"/>
          <w:lang w:val="nb-NO"/>
        </w:rPr>
        <w:t>Yksikhään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teistä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sammakonpojista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tohđi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haastaat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minnuu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! </w:t>
      </w:r>
    </w:p>
    <w:p w14:paraId="74FCA160" w14:textId="1AD24CE5" w:rsidR="006622A0" w:rsidRDefault="00401909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r w:rsidRPr="00401909">
        <w:rPr>
          <w:rFonts w:asciiTheme="majorHAnsi" w:hAnsiTheme="majorHAnsi" w:cstheme="majorHAnsi"/>
          <w:i/>
          <w:lang w:val="nb-NO"/>
        </w:rPr>
        <w:t>Ingen av dykk rumpetroll tør å utfordre meg!</w:t>
      </w:r>
    </w:p>
    <w:p w14:paraId="386EBEC3" w14:textId="77777777" w:rsidR="00401909" w:rsidRPr="004A015F" w:rsidRDefault="00401909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1AC7CCD3" w14:textId="11FDC175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KAISA:</w:t>
      </w:r>
    </w:p>
    <w:p w14:paraId="6D24A4EF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6600B8">
        <w:rPr>
          <w:rFonts w:asciiTheme="majorHAnsi" w:hAnsiTheme="majorHAnsi" w:cstheme="majorHAnsi"/>
          <w:lang w:val="nb-NO"/>
        </w:rPr>
        <w:t xml:space="preserve">Mie </w:t>
      </w:r>
      <w:proofErr w:type="spellStart"/>
      <w:r w:rsidRPr="006600B8">
        <w:rPr>
          <w:rFonts w:asciiTheme="majorHAnsi" w:hAnsiTheme="majorHAnsi" w:cstheme="majorHAnsi"/>
          <w:lang w:val="nb-NO"/>
        </w:rPr>
        <w:t>saatan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haastaat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sinun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! </w:t>
      </w:r>
    </w:p>
    <w:p w14:paraId="30908BD0" w14:textId="3712F3ED" w:rsidR="006622A0" w:rsidRDefault="00401909" w:rsidP="004A015F">
      <w:pPr>
        <w:spacing w:after="0" w:line="276" w:lineRule="auto"/>
        <w:rPr>
          <w:rFonts w:asciiTheme="majorHAnsi" w:hAnsiTheme="majorHAnsi" w:cstheme="majorHAnsi"/>
          <w:i/>
          <w:lang w:val="nb-NO"/>
        </w:rPr>
      </w:pPr>
      <w:proofErr w:type="spellStart"/>
      <w:r w:rsidRPr="00401909">
        <w:rPr>
          <w:rFonts w:asciiTheme="majorHAnsi" w:hAnsiTheme="majorHAnsi" w:cstheme="majorHAnsi"/>
          <w:i/>
          <w:lang w:val="nb-NO"/>
        </w:rPr>
        <w:t>Eg</w:t>
      </w:r>
      <w:proofErr w:type="spellEnd"/>
      <w:r w:rsidRPr="00401909">
        <w:rPr>
          <w:rFonts w:asciiTheme="majorHAnsi" w:hAnsiTheme="majorHAnsi" w:cstheme="majorHAnsi"/>
          <w:i/>
          <w:lang w:val="nb-NO"/>
        </w:rPr>
        <w:t xml:space="preserve"> kan utfordre deg!</w:t>
      </w:r>
    </w:p>
    <w:p w14:paraId="201496FD" w14:textId="77777777" w:rsidR="00401909" w:rsidRPr="004A015F" w:rsidRDefault="00401909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34507558" w14:textId="10280100" w:rsidR="006622A0" w:rsidRPr="004A015F" w:rsidRDefault="009B2D51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r w:rsidRPr="004A015F">
        <w:rPr>
          <w:rFonts w:asciiTheme="majorHAnsi" w:hAnsiTheme="majorHAnsi" w:cstheme="majorHAnsi"/>
          <w:lang w:val="nb-NO"/>
        </w:rPr>
        <w:t>NILS:</w:t>
      </w:r>
    </w:p>
    <w:p w14:paraId="18748CDF" w14:textId="77777777" w:rsidR="006600B8" w:rsidRDefault="006600B8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Start"/>
      <w:r w:rsidRPr="006600B8">
        <w:rPr>
          <w:rFonts w:asciiTheme="majorHAnsi" w:hAnsiTheme="majorHAnsi" w:cstheme="majorHAnsi"/>
          <w:lang w:val="nb-NO"/>
        </w:rPr>
        <w:t>Varo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6600B8">
        <w:rPr>
          <w:rFonts w:asciiTheme="majorHAnsi" w:hAnsiTheme="majorHAnsi" w:cstheme="majorHAnsi"/>
          <w:lang w:val="nb-NO"/>
        </w:rPr>
        <w:t>käsivartta</w:t>
      </w:r>
      <w:proofErr w:type="spellEnd"/>
      <w:r w:rsidRPr="006600B8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6600B8">
        <w:rPr>
          <w:rFonts w:asciiTheme="majorHAnsi" w:hAnsiTheme="majorHAnsi" w:cstheme="majorHAnsi"/>
          <w:lang w:val="nb-NO"/>
        </w:rPr>
        <w:t>Kaisa!</w:t>
      </w:r>
    </w:p>
    <w:p w14:paraId="115C68BA" w14:textId="0B60B7B7" w:rsidR="006622A0" w:rsidRPr="004A015F" w:rsidRDefault="0000000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  <w:proofErr w:type="spellEnd"/>
      <w:r w:rsidRPr="004A015F">
        <w:rPr>
          <w:rFonts w:asciiTheme="majorHAnsi" w:hAnsiTheme="majorHAnsi" w:cstheme="majorHAnsi"/>
          <w:i/>
          <w:lang w:val="nb-NO"/>
        </w:rPr>
        <w:t>Pass på armen, Kaisa!</w:t>
      </w:r>
    </w:p>
    <w:p w14:paraId="212A50DC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p w14:paraId="409AED2F" w14:textId="77777777" w:rsidR="006622A0" w:rsidRPr="004A015F" w:rsidRDefault="006622A0" w:rsidP="004A015F">
      <w:pPr>
        <w:spacing w:after="0" w:line="276" w:lineRule="auto"/>
        <w:rPr>
          <w:rFonts w:asciiTheme="majorHAnsi" w:hAnsiTheme="majorHAnsi" w:cstheme="majorHAnsi"/>
          <w:lang w:val="nb-NO"/>
        </w:rPr>
      </w:pPr>
    </w:p>
    <w:sectPr w:rsidR="006622A0" w:rsidRPr="004A015F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8409EC" w14:textId="77777777" w:rsidR="003D3BF6" w:rsidRDefault="003D3BF6" w:rsidP="009B2D51">
      <w:pPr>
        <w:spacing w:after="0" w:line="240" w:lineRule="auto"/>
      </w:pPr>
      <w:r>
        <w:separator/>
      </w:r>
    </w:p>
  </w:endnote>
  <w:endnote w:type="continuationSeparator" w:id="0">
    <w:p w14:paraId="67B60754" w14:textId="77777777" w:rsidR="003D3BF6" w:rsidRDefault="003D3BF6" w:rsidP="009B2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835037363"/>
      <w:docPartObj>
        <w:docPartGallery w:val="Page Numbers (Bottom of Page)"/>
        <w:docPartUnique/>
      </w:docPartObj>
    </w:sdtPr>
    <w:sdtContent>
      <w:p w14:paraId="0CD41D5D" w14:textId="360C81F9" w:rsidR="009B2D51" w:rsidRDefault="009B2D51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45208D28" w14:textId="77777777" w:rsidR="009B2D51" w:rsidRDefault="009B2D51" w:rsidP="009B2D51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261870523"/>
      <w:docPartObj>
        <w:docPartGallery w:val="Page Numbers (Bottom of Page)"/>
        <w:docPartUnique/>
      </w:docPartObj>
    </w:sdtPr>
    <w:sdtContent>
      <w:p w14:paraId="28FDFEE6" w14:textId="31C9A7AF" w:rsidR="009B2D51" w:rsidRDefault="009B2D51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61F9033C" w14:textId="77777777" w:rsidR="009B2D51" w:rsidRDefault="009B2D51" w:rsidP="009B2D51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CF90D2" w14:textId="77777777" w:rsidR="003D3BF6" w:rsidRDefault="003D3BF6" w:rsidP="009B2D51">
      <w:pPr>
        <w:spacing w:after="0" w:line="240" w:lineRule="auto"/>
      </w:pPr>
      <w:r>
        <w:separator/>
      </w:r>
    </w:p>
  </w:footnote>
  <w:footnote w:type="continuationSeparator" w:id="0">
    <w:p w14:paraId="5128E97D" w14:textId="77777777" w:rsidR="003D3BF6" w:rsidRDefault="003D3BF6" w:rsidP="009B2D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21109152">
    <w:abstractNumId w:val="8"/>
  </w:num>
  <w:num w:numId="2" w16cid:durableId="1221862484">
    <w:abstractNumId w:val="6"/>
  </w:num>
  <w:num w:numId="3" w16cid:durableId="1044255951">
    <w:abstractNumId w:val="5"/>
  </w:num>
  <w:num w:numId="4" w16cid:durableId="129133149">
    <w:abstractNumId w:val="4"/>
  </w:num>
  <w:num w:numId="5" w16cid:durableId="417868786">
    <w:abstractNumId w:val="7"/>
  </w:num>
  <w:num w:numId="6" w16cid:durableId="870260495">
    <w:abstractNumId w:val="3"/>
  </w:num>
  <w:num w:numId="7" w16cid:durableId="205795547">
    <w:abstractNumId w:val="2"/>
  </w:num>
  <w:num w:numId="8" w16cid:durableId="960646720">
    <w:abstractNumId w:val="1"/>
  </w:num>
  <w:num w:numId="9" w16cid:durableId="2013332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12A0A"/>
    <w:rsid w:val="0015074B"/>
    <w:rsid w:val="00261BC9"/>
    <w:rsid w:val="0029639D"/>
    <w:rsid w:val="00326F90"/>
    <w:rsid w:val="00336EE9"/>
    <w:rsid w:val="003D3BF6"/>
    <w:rsid w:val="00401909"/>
    <w:rsid w:val="004A015F"/>
    <w:rsid w:val="006600B8"/>
    <w:rsid w:val="006622A0"/>
    <w:rsid w:val="00687662"/>
    <w:rsid w:val="00895D4B"/>
    <w:rsid w:val="00937697"/>
    <w:rsid w:val="009B2D51"/>
    <w:rsid w:val="00AA1D8D"/>
    <w:rsid w:val="00B47730"/>
    <w:rsid w:val="00BA6BE7"/>
    <w:rsid w:val="00BC2D04"/>
    <w:rsid w:val="00CB0664"/>
    <w:rsid w:val="00E907FC"/>
    <w:rsid w:val="00F70588"/>
    <w:rsid w:val="00FA282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71E79D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pPr>
      <w:spacing w:line="240" w:lineRule="exact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9B2D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664</Words>
  <Characters>3524</Characters>
  <Application>Microsoft Office Word</Application>
  <DocSecurity>0</DocSecurity>
  <Lines>29</Lines>
  <Paragraphs>8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4180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5</cp:revision>
  <dcterms:created xsi:type="dcterms:W3CDTF">2025-12-02T12:04:00Z</dcterms:created>
  <dcterms:modified xsi:type="dcterms:W3CDTF">2025-12-02T12:25:00Z</dcterms:modified>
  <cp:category/>
</cp:coreProperties>
</file>