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5DBA83FE" w:rsidR="00CA1A1C" w:rsidRPr="00CA1A1C" w:rsidRDefault="00C86326" w:rsidP="00CA1A1C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Nynorsk</w:t>
      </w:r>
      <w:r w:rsidR="00CA1A1C" w:rsidRPr="00CA1A1C">
        <w:rPr>
          <w:b/>
          <w:bCs/>
          <w:lang w:val="nb-NO"/>
        </w:rPr>
        <w:t xml:space="preserve"> og </w:t>
      </w:r>
      <w:r w:rsidR="00A461A1">
        <w:rPr>
          <w:b/>
          <w:bCs/>
          <w:lang w:val="nb-NO"/>
        </w:rPr>
        <w:t>kvensk</w:t>
      </w:r>
      <w:r w:rsidR="00CA1A1C" w:rsidRPr="00CA1A1C">
        <w:rPr>
          <w:b/>
          <w:bCs/>
          <w:lang w:val="nb-NO"/>
        </w:rPr>
        <w:t xml:space="preserve"> dialogmanus, episode 6</w:t>
      </w:r>
    </w:p>
    <w:p w14:paraId="66A90B25" w14:textId="77777777" w:rsidR="00A461A1" w:rsidRDefault="00A461A1" w:rsidP="00CA1A1C">
      <w:pPr>
        <w:spacing w:after="0" w:line="240" w:lineRule="auto"/>
        <w:rPr>
          <w:b/>
          <w:bCs/>
          <w:lang w:val="nb-NO"/>
        </w:rPr>
      </w:pPr>
      <w:r w:rsidRPr="00A461A1">
        <w:rPr>
          <w:b/>
          <w:bCs/>
          <w:lang w:val="nb-NO"/>
        </w:rPr>
        <w:t xml:space="preserve">Kvääniruusukoru </w:t>
      </w:r>
    </w:p>
    <w:p w14:paraId="313D2A9B" w14:textId="2664088F" w:rsidR="00CA1A1C" w:rsidRPr="00CA1A1C" w:rsidRDefault="00CA1A1C" w:rsidP="00CA1A1C">
      <w:pPr>
        <w:spacing w:after="0" w:line="240" w:lineRule="auto"/>
        <w:rPr>
          <w:b/>
          <w:bCs/>
          <w:i/>
          <w:iCs/>
          <w:lang w:val="nb-NO"/>
        </w:rPr>
      </w:pPr>
      <w:r>
        <w:rPr>
          <w:b/>
          <w:bCs/>
          <w:i/>
          <w:iCs/>
          <w:lang w:val="nb-NO"/>
        </w:rPr>
        <w:t>Kvenrosesmykke</w:t>
      </w:r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60AFF7A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Paska</w:t>
      </w:r>
      <w:r>
        <w:rPr>
          <w:lang w:val="nb-NO"/>
        </w:rPr>
        <w:t>.</w:t>
      </w:r>
    </w:p>
    <w:p w14:paraId="18339515" w14:textId="4EF7DC89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Skitt</w:t>
      </w:r>
      <w:r w:rsidR="00A461A1">
        <w:rPr>
          <w:i/>
          <w:lang w:val="nb-NO"/>
        </w:rPr>
        <w:t>.</w:t>
      </w:r>
    </w:p>
    <w:p w14:paraId="7818C4C3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Hei Eeva, saattaako etiäinen assuut sinun tykönä?</w:t>
      </w:r>
    </w:p>
    <w:p w14:paraId="0D35D0B4" w14:textId="7BF16E1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Hei Eeva, kan vardøger b</w:t>
      </w:r>
      <w:r w:rsidR="00C86326">
        <w:rPr>
          <w:i/>
          <w:lang w:val="nb-NO"/>
        </w:rPr>
        <w:t>u</w:t>
      </w:r>
      <w:r w:rsidRPr="00CA1A1C">
        <w:rPr>
          <w:i/>
          <w:lang w:val="nb-NO"/>
        </w:rPr>
        <w:t xml:space="preserve"> hos deg?</w:t>
      </w:r>
    </w:p>
    <w:p w14:paraId="4852F534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Haloo?</w:t>
      </w:r>
    </w:p>
    <w:p w14:paraId="285CC663" w14:textId="34AF68C4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Hallo?</w:t>
      </w:r>
    </w:p>
    <w:p w14:paraId="5460A61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47153094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Hei, Jussa, tarttetko appuu?</w:t>
      </w:r>
    </w:p>
    <w:p w14:paraId="789E0FA4" w14:textId="32782AF8" w:rsidR="00CA1A1C" w:rsidRDefault="00C86326" w:rsidP="00CA1A1C">
      <w:pPr>
        <w:spacing w:after="0" w:line="240" w:lineRule="auto"/>
        <w:rPr>
          <w:i/>
          <w:lang w:val="nb-NO"/>
        </w:rPr>
      </w:pPr>
      <w:r w:rsidRPr="00C86326">
        <w:rPr>
          <w:i/>
          <w:lang w:val="nb-NO"/>
        </w:rPr>
        <w:t>Hei, Juss</w:t>
      </w:r>
      <w:r w:rsidR="005B04E1">
        <w:rPr>
          <w:i/>
          <w:lang w:val="nb-NO"/>
        </w:rPr>
        <w:t>a</w:t>
      </w:r>
      <w:r w:rsidRPr="00C86326">
        <w:rPr>
          <w:i/>
          <w:lang w:val="nb-NO"/>
        </w:rPr>
        <w:t>, treng du hjelp?</w:t>
      </w:r>
    </w:p>
    <w:p w14:paraId="3C6EBD24" w14:textId="77777777" w:rsidR="00C86326" w:rsidRDefault="00C86326" w:rsidP="00CA1A1C">
      <w:pPr>
        <w:spacing w:after="0" w:line="240" w:lineRule="auto"/>
        <w:rPr>
          <w:lang w:val="nb-NO"/>
        </w:rPr>
      </w:pP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3B9C5150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Ei kiitos, Eeva, mie aijon tyhä kattoot yhtä korruu. </w:t>
      </w:r>
    </w:p>
    <w:p w14:paraId="6F3C44ED" w14:textId="47059119" w:rsidR="00C86326" w:rsidRDefault="00C86326" w:rsidP="00CA1A1C">
      <w:pPr>
        <w:spacing w:after="0" w:line="240" w:lineRule="auto"/>
        <w:rPr>
          <w:i/>
          <w:lang w:val="nb-NO"/>
        </w:rPr>
      </w:pPr>
      <w:r w:rsidRPr="00C86326">
        <w:rPr>
          <w:i/>
          <w:lang w:val="nb-NO"/>
        </w:rPr>
        <w:t xml:space="preserve">Nei takk, Eeva, eg skal berre sjå på eit smykke. </w:t>
      </w:r>
    </w:p>
    <w:p w14:paraId="3D382D12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Raissiin ko tullee suomen mies, kysythän hältä mihinkä oon ties.</w:t>
      </w:r>
    </w:p>
    <w:p w14:paraId="6901535E" w14:textId="22E4C3CC" w:rsidR="00C86326" w:rsidRDefault="00C86326" w:rsidP="00CA1A1C">
      <w:pPr>
        <w:spacing w:after="0" w:line="240" w:lineRule="auto"/>
        <w:rPr>
          <w:i/>
          <w:lang w:val="nb-NO"/>
        </w:rPr>
      </w:pPr>
      <w:r w:rsidRPr="00C86326">
        <w:rPr>
          <w:i/>
          <w:lang w:val="nb-NO"/>
        </w:rPr>
        <w:t>Når det kjem ein finlendar til Reisa, spør ein kvar han skal. </w:t>
      </w:r>
    </w:p>
    <w:p w14:paraId="204822C9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Mie tieđän ette sie saatat tämän laulun, Eeva.</w:t>
      </w:r>
    </w:p>
    <w:p w14:paraId="4BC3D318" w14:textId="7DB4E87E" w:rsidR="00CA1A1C" w:rsidRDefault="00C86326" w:rsidP="00CA1A1C">
      <w:pPr>
        <w:spacing w:after="0" w:line="240" w:lineRule="auto"/>
        <w:rPr>
          <w:i/>
          <w:lang w:val="nb-NO"/>
        </w:rPr>
      </w:pPr>
      <w:r w:rsidRPr="00C86326">
        <w:rPr>
          <w:i/>
          <w:lang w:val="nb-NO"/>
        </w:rPr>
        <w:t>Eg veit at du kan songen, Eeva.</w:t>
      </w:r>
    </w:p>
    <w:p w14:paraId="2A69E299" w14:textId="77777777" w:rsidR="00C86326" w:rsidRDefault="00C86326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r w:rsidRPr="00CA1A1C">
        <w:t>EEVA:</w:t>
      </w:r>
    </w:p>
    <w:p w14:paraId="5F7C9093" w14:textId="667E664F" w:rsidR="00C545AE" w:rsidRPr="00CA1A1C" w:rsidRDefault="00000000" w:rsidP="00CA1A1C">
      <w:pPr>
        <w:spacing w:after="0" w:line="240" w:lineRule="auto"/>
      </w:pPr>
      <w:r w:rsidRPr="00CA1A1C">
        <w:t>Ohoh.</w:t>
      </w:r>
      <w:r w:rsidRPr="00CA1A1C">
        <w:br/>
      </w:r>
      <w:r w:rsidRPr="00CA1A1C">
        <w:rPr>
          <w:i/>
        </w:rPr>
        <w:t>Oh oh.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r w:rsidRPr="00CA1A1C">
        <w:t>JUSSA:</w:t>
      </w:r>
    </w:p>
    <w:p w14:paraId="1895EBD1" w14:textId="77777777" w:rsidR="00A461A1" w:rsidRDefault="00A461A1" w:rsidP="00C86326">
      <w:pPr>
        <w:spacing w:after="0" w:line="240" w:lineRule="auto"/>
      </w:pPr>
      <w:r w:rsidRPr="00A461A1">
        <w:t>Aivan pirun haamulla… komentaa väkee… haualleki hihtamhaan.</w:t>
      </w:r>
    </w:p>
    <w:p w14:paraId="41FFCF6D" w14:textId="2257AD09" w:rsidR="00CA1A1C" w:rsidRDefault="00C86326" w:rsidP="00C86326">
      <w:pPr>
        <w:spacing w:after="0" w:line="240" w:lineRule="auto"/>
        <w:rPr>
          <w:i/>
          <w:lang w:val="nb-NO"/>
        </w:rPr>
      </w:pPr>
      <w:r w:rsidRPr="00C86326">
        <w:rPr>
          <w:i/>
          <w:lang w:val="nb-NO"/>
        </w:rPr>
        <w:t>Ser ut som fanden sjølv… han kommanderer folk… gå på ski til tj</w:t>
      </w:r>
      <w:r w:rsidR="005B04E1">
        <w:rPr>
          <w:i/>
          <w:lang w:val="nb-NO"/>
        </w:rPr>
        <w:t>æ</w:t>
      </w:r>
      <w:r w:rsidRPr="00C86326">
        <w:rPr>
          <w:i/>
          <w:lang w:val="nb-NO"/>
        </w:rPr>
        <w:t>remila. </w:t>
      </w:r>
    </w:p>
    <w:p w14:paraId="26B0FF09" w14:textId="77777777" w:rsidR="005B04E1" w:rsidRDefault="005B04E1" w:rsidP="00C86326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08F9DC76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Pakkaanko mie tämän sulle? </w:t>
      </w:r>
    </w:p>
    <w:p w14:paraId="0E25E3ED" w14:textId="09BF3FA9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Skal eg pakke det inn?</w:t>
      </w:r>
    </w:p>
    <w:p w14:paraId="5F36D80E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 xml:space="preserve">JUSSA: </w:t>
      </w:r>
    </w:p>
    <w:p w14:paraId="1D189321" w14:textId="781FF9F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Joo, kiitos!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Ja, takk!</w:t>
      </w:r>
    </w:p>
    <w:p w14:paraId="12020F8A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Syntymäpäiväskenkki Annale.</w:t>
      </w:r>
    </w:p>
    <w:p w14:paraId="2EE952A5" w14:textId="28DF1A56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 xml:space="preserve">Bursdagsgåve til Anna. </w:t>
      </w:r>
    </w:p>
    <w:p w14:paraId="50BAE8C2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Kunka se mennee sinun ämmin kansa nyt? </w:t>
      </w:r>
    </w:p>
    <w:p w14:paraId="04DD7454" w14:textId="74287FC7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Korleis går det med mormora di no?</w:t>
      </w:r>
    </w:p>
    <w:p w14:paraId="585001C9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C69EBC9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Se ei muista ennää minnuu… </w:t>
      </w:r>
    </w:p>
    <w:p w14:paraId="79C3B98F" w14:textId="7D02B86B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 xml:space="preserve">Ho hugsar meg ikkje lenger… </w:t>
      </w:r>
    </w:p>
    <w:p w14:paraId="3238975D" w14:textId="77777777" w:rsidR="005B04E1" w:rsidRDefault="005B04E1" w:rsidP="00CA1A1C">
      <w:pPr>
        <w:spacing w:after="0" w:line="240" w:lineRule="auto"/>
        <w:rPr>
          <w:i/>
          <w:lang w:val="nb-NO"/>
        </w:rPr>
      </w:pPr>
    </w:p>
    <w:p w14:paraId="2366682F" w14:textId="64B29630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 xml:space="preserve">JUSSA: </w:t>
      </w:r>
    </w:p>
    <w:p w14:paraId="1083F787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Se oli surulista kuula.</w:t>
      </w:r>
    </w:p>
    <w:p w14:paraId="6E787916" w14:textId="4BA83EF4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Det er trist å høyre.</w:t>
      </w:r>
    </w:p>
    <w:p w14:paraId="29F32E0B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43C20220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Miksi sie tasan laulat, Jussa? </w:t>
      </w:r>
    </w:p>
    <w:p w14:paraId="0BD438EA" w14:textId="02BA6504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Kvifor syng du alltid, Juss</w:t>
      </w:r>
      <w:r>
        <w:rPr>
          <w:i/>
          <w:lang w:val="nb-NO"/>
        </w:rPr>
        <w:t>a</w:t>
      </w:r>
      <w:r w:rsidRPr="005B04E1">
        <w:rPr>
          <w:i/>
          <w:lang w:val="nb-NO"/>
        </w:rPr>
        <w:t>?</w:t>
      </w:r>
    </w:p>
    <w:p w14:paraId="19238563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03639B85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Kaunis laulu harjaa tomun syđämestä. </w:t>
      </w:r>
    </w:p>
    <w:p w14:paraId="4FACB109" w14:textId="1017FD78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 xml:space="preserve">Ein vakker song børstar støvet av hjartet. </w:t>
      </w:r>
    </w:p>
    <w:p w14:paraId="2C4E690C" w14:textId="77777777" w:rsidR="00A461A1" w:rsidRPr="001F1041" w:rsidRDefault="00A461A1" w:rsidP="00A461A1">
      <w:pPr>
        <w:spacing w:after="0" w:line="240" w:lineRule="auto"/>
        <w:rPr>
          <w:lang w:val="nb-NO"/>
        </w:rPr>
      </w:pPr>
      <w:r w:rsidRPr="001F1041">
        <w:rPr>
          <w:lang w:val="nb-NO"/>
        </w:rPr>
        <w:t>Ilman se oon parempi sannoot ette</w:t>
      </w:r>
      <w:r>
        <w:rPr>
          <w:lang w:val="nb-NO"/>
        </w:rPr>
        <w:t xml:space="preserve"> </w:t>
      </w:r>
      <w:r w:rsidRPr="00A461A1">
        <w:rPr>
          <w:lang w:val="nb-NO"/>
        </w:rPr>
        <w:t xml:space="preserve">laulaminen pittää tomun poissa aivoista. </w:t>
      </w:r>
    </w:p>
    <w:p w14:paraId="4CE5E2E8" w14:textId="546E7369" w:rsidR="005B04E1" w:rsidRDefault="005B04E1" w:rsidP="005B04E1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Det er vel rettare å seie at å syngje</w:t>
      </w:r>
      <w:r>
        <w:rPr>
          <w:i/>
          <w:lang w:val="nb-NO"/>
        </w:rPr>
        <w:t xml:space="preserve"> </w:t>
      </w:r>
      <w:r w:rsidRPr="005B04E1">
        <w:rPr>
          <w:i/>
          <w:lang w:val="nb-NO"/>
        </w:rPr>
        <w:t xml:space="preserve">held støvet vekk frå hjernen. </w:t>
      </w:r>
    </w:p>
    <w:p w14:paraId="770D4251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Pää selvii ja mieli kevenee.</w:t>
      </w:r>
    </w:p>
    <w:p w14:paraId="73FBBCC3" w14:textId="1788D2D7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Ein blir klar i hovudet og lettare til sinns.</w:t>
      </w:r>
    </w:p>
    <w:p w14:paraId="74D97904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99829D8" w14:textId="3AD14848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Oo joo!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Å, ja!</w:t>
      </w:r>
    </w:p>
    <w:p w14:paraId="407819A5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16B0A927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Mie olen neuroloogi ja tutkin aivoi, siehän tieđät. </w:t>
      </w:r>
    </w:p>
    <w:p w14:paraId="021FC0B3" w14:textId="3D739890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 xml:space="preserve">Eg er nevrolog og forskar på hjernen, veit du. </w:t>
      </w:r>
    </w:p>
    <w:p w14:paraId="03D0DDC5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Fiini tuli. Kiitos!  </w:t>
      </w:r>
    </w:p>
    <w:p w14:paraId="463175C5" w14:textId="6CB200AD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Så fint. Takk!</w:t>
      </w:r>
    </w:p>
    <w:p w14:paraId="3565E6D1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48761C40" w14:textId="381CFBB5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727FD29E" w14:textId="42AB018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Kiitos.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Takk.</w:t>
      </w:r>
    </w:p>
    <w:p w14:paraId="48AB1E72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3A1E980F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Hyvästi! </w:t>
      </w:r>
    </w:p>
    <w:p w14:paraId="2CBFDF40" w14:textId="1892283E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 det!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93B49FB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 xml:space="preserve">Hyvästi! </w:t>
      </w:r>
    </w:p>
    <w:p w14:paraId="57E46ACC" w14:textId="5A0BFED0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 det!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323BB1BE" w14:textId="77777777" w:rsidR="00A461A1" w:rsidRDefault="00A461A1" w:rsidP="005B04E1">
      <w:pPr>
        <w:spacing w:after="0" w:line="240" w:lineRule="auto"/>
        <w:rPr>
          <w:lang w:val="nb-NO"/>
        </w:rPr>
      </w:pPr>
      <w:r w:rsidRPr="00A461A1">
        <w:rPr>
          <w:lang w:val="nb-NO"/>
        </w:rPr>
        <w:t>Ylös Sapphen työtä hakheen, luulen että löyän vaan.</w:t>
      </w:r>
    </w:p>
    <w:p w14:paraId="4FC00163" w14:textId="03FD94A2" w:rsidR="00CA1A1C" w:rsidRPr="005B04E1" w:rsidRDefault="005B04E1" w:rsidP="005B04E1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Opp til Sappen for</w:t>
      </w:r>
      <w:r>
        <w:rPr>
          <w:i/>
          <w:lang w:val="nb-NO"/>
        </w:rPr>
        <w:t xml:space="preserve"> </w:t>
      </w:r>
      <w:r w:rsidRPr="005B04E1">
        <w:rPr>
          <w:i/>
          <w:lang w:val="nb-NO"/>
        </w:rPr>
        <w:t>å finne arbeid, eg trur eg finn noko. </w:t>
      </w:r>
    </w:p>
    <w:p w14:paraId="46EF914D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CF734EA" w14:textId="1C9623FE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02030CDD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Raisinjovesta oon löytyny kuolheita kalloi, ja ko kaloista oon otettu pröövii, se näyttää ette net oon kuolheet furunkulooshiin.</w:t>
      </w:r>
    </w:p>
    <w:p w14:paraId="30B093E5" w14:textId="58F9CB8F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I Reisaelva er det funne død fisk, og prøver teke av fiskane viser at dei døydde av furunkulose.</w:t>
      </w:r>
    </w:p>
    <w:p w14:paraId="07655F85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Furunkuloosi oon tarttuuva tauti mikä tappaa lohhii ko vesi lämpenee.</w:t>
      </w:r>
    </w:p>
    <w:p w14:paraId="715C8A82" w14:textId="735462F6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Furunkulose er ein smittsam sjukdom som drep laks når vatnet blir varmt.</w:t>
      </w:r>
    </w:p>
    <w:p w14:paraId="1B05B644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lastRenderedPageBreak/>
        <w:t>Määtän lapset Anna ja Nils löyđethiin kalat ja oon assiin tähđen epätoivossa.</w:t>
      </w:r>
    </w:p>
    <w:p w14:paraId="0BABA280" w14:textId="6DA62C7D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Barna Anna og Nils fann fiskane, og har vore fortvila sidan.</w:t>
      </w:r>
    </w:p>
    <w:p w14:paraId="70EF6AD8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01843509" w14:textId="77777777" w:rsidR="00A461A1" w:rsidRDefault="00A461A1" w:rsidP="00A461A1">
      <w:pPr>
        <w:spacing w:after="0" w:line="240" w:lineRule="auto"/>
        <w:rPr>
          <w:lang w:val="nb-NO"/>
        </w:rPr>
      </w:pPr>
      <w:r w:rsidRPr="001F1041">
        <w:rPr>
          <w:lang w:val="nb-NO"/>
        </w:rPr>
        <w:t>Mie hämmästyin ja tulin suruliseksi</w:t>
      </w:r>
      <w:r>
        <w:rPr>
          <w:lang w:val="nb-NO"/>
        </w:rPr>
        <w:t xml:space="preserve"> </w:t>
      </w:r>
      <w:r w:rsidRPr="001F1041">
        <w:rPr>
          <w:lang w:val="nb-NO"/>
        </w:rPr>
        <w:t xml:space="preserve">ko löysin sieltä kuolheita kalloi. </w:t>
      </w:r>
    </w:p>
    <w:p w14:paraId="49D10659" w14:textId="71EF39AA" w:rsidR="00CA1A1C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Eg vart overraska og trist når eg fann død fisk der.</w:t>
      </w:r>
    </w:p>
    <w:p w14:paraId="101C2DD3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0BAFA644" w14:textId="77777777" w:rsidR="00A461A1" w:rsidRDefault="00A461A1" w:rsidP="00CA1A1C">
      <w:pPr>
        <w:spacing w:after="0" w:line="240" w:lineRule="auto"/>
        <w:rPr>
          <w:lang w:val="nb-NO"/>
        </w:rPr>
      </w:pPr>
      <w:r w:rsidRPr="00A461A1">
        <w:rPr>
          <w:lang w:val="nb-NO"/>
        </w:rPr>
        <w:t>Nyt meilä oon vielä liikamuret mikä uhkaa joven kalloi.</w:t>
      </w:r>
    </w:p>
    <w:p w14:paraId="7575646C" w14:textId="7B5875E4" w:rsidR="005B04E1" w:rsidRDefault="005B04E1" w:rsidP="00CA1A1C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No har me fått enda ein trussel mot fisken i elva.</w:t>
      </w:r>
    </w:p>
    <w:p w14:paraId="156F3073" w14:textId="22638452" w:rsidR="00A35BA1" w:rsidRDefault="00A35BA1" w:rsidP="00A35BA1">
      <w:pPr>
        <w:spacing w:after="0" w:line="240" w:lineRule="auto"/>
        <w:rPr>
          <w:lang w:val="nb-NO"/>
        </w:rPr>
      </w:pPr>
      <w:r w:rsidRPr="00A35BA1">
        <w:rPr>
          <w:lang w:val="nb-NO"/>
        </w:rPr>
        <w:t>Oon se nyt aika ette kaikin yhđessä</w:t>
      </w:r>
      <w:r>
        <w:rPr>
          <w:lang w:val="nb-NO"/>
        </w:rPr>
        <w:t xml:space="preserve"> </w:t>
      </w:r>
      <w:r w:rsidRPr="00A35BA1">
        <w:rPr>
          <w:lang w:val="nb-NO"/>
        </w:rPr>
        <w:t xml:space="preserve">freistaama pelastaat meiđän joven. </w:t>
      </w:r>
    </w:p>
    <w:p w14:paraId="6DF712F5" w14:textId="6C550A0B" w:rsidR="000D3B94" w:rsidRDefault="005B04E1" w:rsidP="00A35BA1">
      <w:pPr>
        <w:spacing w:after="0" w:line="240" w:lineRule="auto"/>
        <w:rPr>
          <w:i/>
          <w:lang w:val="nb-NO"/>
        </w:rPr>
      </w:pPr>
      <w:r w:rsidRPr="005B04E1">
        <w:rPr>
          <w:i/>
          <w:lang w:val="nb-NO"/>
        </w:rPr>
        <w:t>Det er på tide at me samlar oss om å redde elva vår!</w:t>
      </w:r>
    </w:p>
    <w:p w14:paraId="63066F4B" w14:textId="77777777" w:rsidR="005B04E1" w:rsidRPr="00C86326" w:rsidRDefault="005B04E1" w:rsidP="00CA1A1C">
      <w:pPr>
        <w:spacing w:after="0" w:line="240" w:lineRule="auto"/>
        <w:rPr>
          <w:lang w:val="nb-NO"/>
        </w:rPr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5958075A" w14:textId="77777777" w:rsidR="005B04E1" w:rsidRDefault="00000000" w:rsidP="00CA1A1C">
      <w:pPr>
        <w:spacing w:after="0" w:line="240" w:lineRule="auto"/>
        <w:rPr>
          <w:i/>
          <w:lang w:val="nb-NO"/>
        </w:rPr>
      </w:pPr>
      <w:r>
        <w:t>Minä kuulin sinut radiossa, Nils!</w:t>
      </w:r>
      <w:r>
        <w:br/>
      </w:r>
      <w:r w:rsidR="005B04E1" w:rsidRPr="005B04E1">
        <w:rPr>
          <w:i/>
          <w:lang w:val="nb-NO"/>
        </w:rPr>
        <w:t>Eg høyrde deg på radioen, Nils!</w:t>
      </w:r>
    </w:p>
    <w:p w14:paraId="68C8E5F0" w14:textId="77777777" w:rsidR="00A35BA1" w:rsidRDefault="00A35BA1" w:rsidP="00CA1A1C">
      <w:pPr>
        <w:spacing w:after="0" w:line="240" w:lineRule="auto"/>
        <w:rPr>
          <w:lang w:val="nb-NO"/>
        </w:rPr>
      </w:pPr>
      <w:r w:rsidRPr="00A35BA1">
        <w:rPr>
          <w:lang w:val="nb-NO"/>
        </w:rPr>
        <w:t>Mie tulen kylhään  – olen ostanu pyssipiletin!</w:t>
      </w:r>
    </w:p>
    <w:p w14:paraId="57957EDA" w14:textId="550981E4" w:rsidR="00C545AE" w:rsidRPr="000D3B94" w:rsidRDefault="005B04E1" w:rsidP="00CA1A1C">
      <w:pPr>
        <w:spacing w:after="0" w:line="240" w:lineRule="auto"/>
        <w:rPr>
          <w:lang w:val="nb-NO"/>
        </w:rPr>
      </w:pPr>
      <w:r w:rsidRPr="005B04E1">
        <w:rPr>
          <w:i/>
          <w:lang w:val="nb-NO"/>
        </w:rPr>
        <w:t>Eg kjem til bygda - eg har kjøpt bussbillett!</w:t>
      </w: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28A1E" w14:textId="77777777" w:rsidR="0079713C" w:rsidRDefault="0079713C" w:rsidP="00CA1A1C">
      <w:pPr>
        <w:spacing w:after="0" w:line="240" w:lineRule="auto"/>
      </w:pPr>
      <w:r>
        <w:separator/>
      </w:r>
    </w:p>
  </w:endnote>
  <w:endnote w:type="continuationSeparator" w:id="0">
    <w:p w14:paraId="0290088E" w14:textId="77777777" w:rsidR="0079713C" w:rsidRDefault="0079713C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83873" w14:textId="77777777" w:rsidR="0079713C" w:rsidRDefault="0079713C" w:rsidP="00CA1A1C">
      <w:pPr>
        <w:spacing w:after="0" w:line="240" w:lineRule="auto"/>
      </w:pPr>
      <w:r>
        <w:separator/>
      </w:r>
    </w:p>
  </w:footnote>
  <w:footnote w:type="continuationSeparator" w:id="0">
    <w:p w14:paraId="299E1E65" w14:textId="77777777" w:rsidR="0079713C" w:rsidRDefault="0079713C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29639D"/>
    <w:rsid w:val="00326F90"/>
    <w:rsid w:val="005B04E1"/>
    <w:rsid w:val="00632225"/>
    <w:rsid w:val="0079713C"/>
    <w:rsid w:val="008304D7"/>
    <w:rsid w:val="00A35BA1"/>
    <w:rsid w:val="00A426FB"/>
    <w:rsid w:val="00A461A1"/>
    <w:rsid w:val="00AA1D8D"/>
    <w:rsid w:val="00B47730"/>
    <w:rsid w:val="00BB5E19"/>
    <w:rsid w:val="00C545AE"/>
    <w:rsid w:val="00C86326"/>
    <w:rsid w:val="00CA1A1C"/>
    <w:rsid w:val="00CB0664"/>
    <w:rsid w:val="00CF54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458</Words>
  <Characters>2432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2025-12-02T12:27:00Z</dcterms:created>
  <dcterms:modified xsi:type="dcterms:W3CDTF">2025-12-02T12:38:00Z</dcterms:modified>
  <cp:category/>
</cp:coreProperties>
</file>