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0AB2C16F" w:rsidR="00E32A31" w:rsidRPr="00E32A31" w:rsidRDefault="003461BE" w:rsidP="00E32A31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</w:t>
      </w:r>
      <w:r w:rsidR="00513400">
        <w:rPr>
          <w:b/>
          <w:bCs/>
          <w:lang w:val="nb-NO"/>
        </w:rPr>
        <w:t xml:space="preserve">ynorsk </w:t>
      </w:r>
      <w:r w:rsidR="00513400" w:rsidRPr="00E32A31">
        <w:rPr>
          <w:b/>
          <w:bCs/>
          <w:lang w:val="nb-NO"/>
        </w:rPr>
        <w:t>og finsk dialogmanus, episode</w:t>
      </w:r>
      <w:r w:rsidR="00E32A31" w:rsidRPr="00E32A31">
        <w:rPr>
          <w:b/>
          <w:bCs/>
          <w:lang w:val="nb-NO"/>
        </w:rPr>
        <w:t xml:space="preserve"> 8</w:t>
      </w:r>
    </w:p>
    <w:p w14:paraId="6EE6DCB0" w14:textId="77777777" w:rsidR="00592100" w:rsidRDefault="00592100" w:rsidP="00E32A31">
      <w:pPr>
        <w:spacing w:after="0" w:line="240" w:lineRule="auto"/>
        <w:rPr>
          <w:b/>
          <w:bCs/>
          <w:lang w:val="nb-NO"/>
        </w:rPr>
      </w:pPr>
      <w:r w:rsidRPr="00592100">
        <w:rPr>
          <w:b/>
          <w:bCs/>
          <w:lang w:val="nb-NO"/>
        </w:rPr>
        <w:t xml:space="preserve">Sinni </w:t>
      </w:r>
    </w:p>
    <w:p w14:paraId="3890687E" w14:textId="7851A2FE" w:rsidR="00E32A31" w:rsidRPr="00E32A31" w:rsidRDefault="00E32A31" w:rsidP="00E32A31">
      <w:pPr>
        <w:spacing w:after="0" w:line="240" w:lineRule="auto"/>
        <w:rPr>
          <w:b/>
          <w:bCs/>
          <w:i/>
          <w:iCs/>
          <w:lang w:val="nb-NO"/>
        </w:rPr>
      </w:pPr>
      <w:r w:rsidRPr="00E32A31">
        <w:rPr>
          <w:b/>
          <w:bCs/>
          <w:i/>
          <w:iCs/>
          <w:lang w:val="nb-NO"/>
        </w:rPr>
        <w:t>Sinni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3C574C4E" w14:textId="42A1FD5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Päivää!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4FA67B3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EE120DE" w14:textId="3D8DF02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Hei, Kaisa.</w:t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5B3A42C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Oonko sulla rollii mulle? </w:t>
      </w:r>
    </w:p>
    <w:p w14:paraId="642596F3" w14:textId="7EEC98EC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Har du ei rolle til meg?</w:t>
      </w:r>
    </w:p>
    <w:p w14:paraId="1366596A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C74EDB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Tervettulemaa, Kaisa. </w:t>
      </w:r>
    </w:p>
    <w:p w14:paraId="22FC3E05" w14:textId="3A1CC53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Velkommen, Kaisa.</w:t>
      </w:r>
    </w:p>
    <w:p w14:paraId="1A0889E0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Meilä oon kyllä rolli jokhaiselle. </w:t>
      </w:r>
    </w:p>
    <w:p w14:paraId="6EDC9425" w14:textId="0FD92FB9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Me har ei rolle til alle.</w:t>
      </w:r>
    </w:p>
    <w:p w14:paraId="4D3F5B67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051F8A8A" w14:textId="77777777" w:rsidR="00592100" w:rsidRPr="00592100" w:rsidRDefault="00592100" w:rsidP="00592100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Mie halluun olla myötä miekkataistelussa, </w:t>
      </w:r>
    </w:p>
    <w:p w14:paraId="3C22179E" w14:textId="77777777" w:rsidR="00592100" w:rsidRDefault="00592100" w:rsidP="00592100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mie tykkään kickboksingista ja sen semmoisesta. </w:t>
      </w:r>
    </w:p>
    <w:p w14:paraId="182A6636" w14:textId="31A5AE72" w:rsidR="00E32A31" w:rsidRPr="003461BE" w:rsidRDefault="003461BE" w:rsidP="00592100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Eg vil vere med på sverdkamp,</w:t>
      </w:r>
      <w:r>
        <w:rPr>
          <w:i/>
          <w:lang w:val="nb-NO"/>
        </w:rPr>
        <w:t xml:space="preserve"> </w:t>
      </w:r>
      <w:r w:rsidRPr="003461BE">
        <w:rPr>
          <w:i/>
          <w:lang w:val="nb-NO"/>
        </w:rPr>
        <w:t>eg liker kickboksing og sånn.</w:t>
      </w:r>
    </w:p>
    <w:p w14:paraId="281028FB" w14:textId="77777777" w:rsidR="003461BE" w:rsidRDefault="003461BE" w:rsidP="00E32A31">
      <w:pPr>
        <w:spacing w:after="0" w:line="240" w:lineRule="auto"/>
        <w:rPr>
          <w:iCs/>
          <w:lang w:val="nb-NO"/>
        </w:rPr>
      </w:pPr>
    </w:p>
    <w:p w14:paraId="2D9FD427" w14:textId="31D08878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40D11901" w14:textId="30B9216B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Varo, varo vähän</w:t>
      </w:r>
      <w:r>
        <w:rPr>
          <w:lang w:val="nb-NO"/>
        </w:rPr>
        <w:t>.</w:t>
      </w:r>
    </w:p>
    <w:p w14:paraId="04C555CB" w14:textId="0DD1B31D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Forsiktig</w:t>
      </w:r>
      <w:r w:rsidR="00E32A31">
        <w:rPr>
          <w:i/>
          <w:lang w:val="nb-NO"/>
        </w:rPr>
        <w:t>.</w:t>
      </w:r>
    </w:p>
    <w:p w14:paraId="020C6094" w14:textId="2FE1CFA1" w:rsidR="00592100" w:rsidRDefault="00592100" w:rsidP="00592100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Met emmä tappele täälä, met tyhä pellaama taistelemista. </w:t>
      </w:r>
    </w:p>
    <w:p w14:paraId="0FE643FC" w14:textId="616886E8" w:rsidR="00E32A31" w:rsidRDefault="003461BE" w:rsidP="00592100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Me slost ikkje her,</w:t>
      </w:r>
      <w:r>
        <w:rPr>
          <w:i/>
          <w:lang w:val="nb-NO"/>
        </w:rPr>
        <w:t xml:space="preserve"> </w:t>
      </w:r>
      <w:r w:rsidRPr="003461BE">
        <w:rPr>
          <w:i/>
          <w:lang w:val="nb-NO"/>
        </w:rPr>
        <w:t>me lagar ein illusjon av kamp.</w:t>
      </w:r>
    </w:p>
    <w:p w14:paraId="259D006D" w14:textId="77777777" w:rsidR="003461BE" w:rsidRDefault="003461BE" w:rsidP="003461BE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EEFB0C3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Sama mulle. </w:t>
      </w:r>
    </w:p>
    <w:p w14:paraId="32AD0429" w14:textId="27ACE59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Same for meg.</w:t>
      </w:r>
    </w:p>
    <w:p w14:paraId="256056C2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Taistelu oon taistelu.</w:t>
      </w:r>
    </w:p>
    <w:p w14:paraId="328561E0" w14:textId="7FA62ED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Kamp er kamp.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28D7C16D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Missä ilma oon? </w:t>
      </w:r>
    </w:p>
    <w:p w14:paraId="2856FDC5" w14:textId="08C5D70D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</w:t>
      </w:r>
    </w:p>
    <w:p w14:paraId="087CF181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31C52B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Tuossa.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Der.</w:t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Pr="00592100" w:rsidRDefault="00E32A31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MAIA:</w:t>
      </w:r>
    </w:p>
    <w:p w14:paraId="0617AD71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Missä minun ilma oon? </w:t>
      </w:r>
    </w:p>
    <w:p w14:paraId="20F976C2" w14:textId="0888E075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 mi?</w:t>
      </w:r>
    </w:p>
    <w:p w14:paraId="0500FC56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Sie piđit ottaat vaarin siitä! </w:t>
      </w:r>
    </w:p>
    <w:p w14:paraId="41E25E5F" w14:textId="312C2129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skulle ta vare på ho! </w:t>
      </w:r>
    </w:p>
    <w:p w14:paraId="1ACAA5E7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Sie lupasit! </w:t>
      </w:r>
    </w:p>
    <w:p w14:paraId="0A7C9427" w14:textId="133CB3CE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Du lov</w:t>
      </w:r>
      <w:r w:rsidR="003461BE">
        <w:rPr>
          <w:i/>
          <w:lang w:val="nb-NO"/>
        </w:rPr>
        <w:t>a</w:t>
      </w:r>
      <w:r w:rsidRPr="00E32A31">
        <w:rPr>
          <w:i/>
          <w:lang w:val="nb-NO"/>
        </w:rPr>
        <w:t>!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7A8AD5D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Sie piđät olla defensiivinen, Kaisa. </w:t>
      </w:r>
    </w:p>
    <w:p w14:paraId="0927B36D" w14:textId="41F60EF5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skal vere defensiv, Kaisa. </w:t>
      </w:r>
    </w:p>
    <w:p w14:paraId="2723FFED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Sie piđät liikkuut takakäsin eli ympäri ringissä. </w:t>
      </w:r>
    </w:p>
    <w:p w14:paraId="049A413D" w14:textId="064BDB2D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kan bevege deg bakover eller rundt i sirkel. </w:t>
      </w:r>
    </w:p>
    <w:p w14:paraId="7E6A8D54" w14:textId="58BCD4E3" w:rsidR="00592100" w:rsidRDefault="00592100" w:rsidP="00592100">
      <w:pPr>
        <w:spacing w:after="0" w:line="240" w:lineRule="auto"/>
        <w:rPr>
          <w:lang w:val="nb-NO"/>
        </w:rPr>
      </w:pPr>
      <w:r w:rsidRPr="00592100">
        <w:rPr>
          <w:lang w:val="nb-NO"/>
        </w:rPr>
        <w:t>Freistaa löyttäät sinun sisäisen voiman, ette pystyt sanomhaan vastaan.</w:t>
      </w:r>
    </w:p>
    <w:p w14:paraId="4C46F21F" w14:textId="0B8813C1" w:rsidR="00E32A31" w:rsidRDefault="003461BE" w:rsidP="00592100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Prøv å finne den indre krafta</w:t>
      </w:r>
      <w:r>
        <w:rPr>
          <w:i/>
          <w:lang w:val="nb-NO"/>
        </w:rPr>
        <w:t xml:space="preserve"> </w:t>
      </w:r>
      <w:r w:rsidRPr="003461BE">
        <w:rPr>
          <w:i/>
          <w:lang w:val="nb-NO"/>
        </w:rPr>
        <w:t>til å seie det tilbake.</w:t>
      </w:r>
    </w:p>
    <w:p w14:paraId="6409628B" w14:textId="77777777" w:rsidR="003461BE" w:rsidRDefault="003461BE" w:rsidP="003461BE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977B23A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Tämähän oon aivan järjetöntä! </w:t>
      </w:r>
    </w:p>
    <w:p w14:paraId="5C000397" w14:textId="406EE5EE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Dette er jo heilt meiningslaust! </w:t>
      </w:r>
    </w:p>
    <w:p w14:paraId="005C35B8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Missä ilma oon?! </w:t>
      </w:r>
    </w:p>
    <w:p w14:paraId="5170D798" w14:textId="0F2E5AC0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lufta?!</w:t>
      </w:r>
    </w:p>
    <w:p w14:paraId="021608C0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0F5FC0A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Niin, mutta oonko se sitä? </w:t>
      </w:r>
    </w:p>
    <w:p w14:paraId="401C6FE9" w14:textId="38DCFD80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Å, men er det det?</w:t>
      </w:r>
    </w:p>
    <w:p w14:paraId="47330369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Tahi oonko se vain järjettämyyđen illusuunii? </w:t>
      </w:r>
    </w:p>
    <w:p w14:paraId="2CAAA28A" w14:textId="1B7DE125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Eller er det kanskje ein illusjon av meiningsløyse? </w:t>
      </w:r>
    </w:p>
    <w:p w14:paraId="371156AF" w14:textId="4AF28F34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r w:rsidR="00592100" w:rsidRPr="00592100">
        <w:rPr>
          <w:lang w:val="nb-NO"/>
        </w:rPr>
        <w:t>löyđä nyt sinun sisäisen voiman, sinnin, Kaisa!</w:t>
      </w:r>
      <w:r w:rsidRPr="00E32A31">
        <w:rPr>
          <w:lang w:val="nb-NO"/>
        </w:rPr>
        <w:br/>
      </w:r>
      <w:r>
        <w:rPr>
          <w:i/>
          <w:lang w:val="nb-NO"/>
        </w:rPr>
        <w:t>N</w:t>
      </w:r>
      <w:r w:rsidR="003461BE">
        <w:rPr>
          <w:i/>
          <w:lang w:val="nb-NO"/>
        </w:rPr>
        <w:t xml:space="preserve">o, </w:t>
      </w:r>
      <w:r w:rsidR="003461BE" w:rsidRPr="003461BE">
        <w:rPr>
          <w:i/>
          <w:lang w:val="nb-NO"/>
        </w:rPr>
        <w:t xml:space="preserve">finn di indre kraft, Kaisa! </w:t>
      </w:r>
      <w:r w:rsidRPr="00E32A31">
        <w:rPr>
          <w:i/>
          <w:lang w:val="nb-NO"/>
        </w:rPr>
        <w:t xml:space="preserve"> </w:t>
      </w:r>
    </w:p>
    <w:p w14:paraId="7FC58A7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947C83A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Missä minun ilma oon?</w:t>
      </w:r>
    </w:p>
    <w:p w14:paraId="1FA245B3" w14:textId="40D0E757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</w:t>
      </w:r>
    </w:p>
    <w:p w14:paraId="3E88EAF4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D37145E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Enämen voimaa! </w:t>
      </w:r>
    </w:p>
    <w:p w14:paraId="782CC1D3" w14:textId="6DABA71E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Me</w:t>
      </w:r>
      <w:r w:rsidR="003461BE">
        <w:rPr>
          <w:i/>
          <w:lang w:val="nb-NO"/>
        </w:rPr>
        <w:t>i</w:t>
      </w:r>
      <w:r w:rsidRPr="00E32A31">
        <w:rPr>
          <w:i/>
          <w:lang w:val="nb-NO"/>
        </w:rPr>
        <w:t>r kraft!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F76023E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Missä ilma oon? </w:t>
      </w:r>
    </w:p>
    <w:p w14:paraId="733654D5" w14:textId="4073A461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</w:t>
      </w:r>
    </w:p>
    <w:p w14:paraId="76B29A4A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06DA9D5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Enämen voimaa!</w:t>
      </w:r>
    </w:p>
    <w:p w14:paraId="7BBD11A7" w14:textId="56B09C6B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i/>
          <w:lang w:val="nb-NO"/>
        </w:rPr>
        <w:t>Me</w:t>
      </w:r>
      <w:r w:rsidR="003461BE">
        <w:rPr>
          <w:i/>
          <w:lang w:val="nb-NO"/>
        </w:rPr>
        <w:t>i</w:t>
      </w:r>
      <w:r w:rsidRPr="00E32A31">
        <w:rPr>
          <w:i/>
          <w:lang w:val="nb-NO"/>
        </w:rPr>
        <w:t>r kraft!</w:t>
      </w:r>
    </w:p>
    <w:p w14:paraId="41CCA238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74AD254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lastRenderedPageBreak/>
        <w:t>Missä ilma oon?</w:t>
      </w:r>
    </w:p>
    <w:p w14:paraId="63235689" w14:textId="77D81281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</w:t>
      </w:r>
    </w:p>
    <w:p w14:paraId="5911A9FA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F7BF32F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Nouđa sen ulos ittestästi! </w:t>
      </w:r>
    </w:p>
    <w:p w14:paraId="042F00FF" w14:textId="2CAF6329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Hent det ut av deg sjølv!</w:t>
      </w:r>
    </w:p>
    <w:p w14:paraId="18902C71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D304366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Missä ilma oon?</w:t>
      </w:r>
    </w:p>
    <w:p w14:paraId="1BFD9064" w14:textId="2AA5FEE4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lufta?</w:t>
      </w:r>
    </w:p>
    <w:p w14:paraId="760893F7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550F1BB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Tuntekkaa kunka energia paaroilee. </w:t>
      </w:r>
    </w:p>
    <w:p w14:paraId="688A312F" w14:textId="45478F4A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Kjenn korleis energien bølgjar.</w:t>
      </w:r>
    </w:p>
    <w:p w14:paraId="095FA2F9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12E30229" w14:textId="6A0FB653" w:rsidR="00E32A31" w:rsidRPr="00592100" w:rsidRDefault="00E32A31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MAIA:</w:t>
      </w:r>
    </w:p>
    <w:p w14:paraId="65ED2201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Missä minun ilma oon? </w:t>
      </w:r>
    </w:p>
    <w:p w14:paraId="6384BB67" w14:textId="6AE4C882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Kvar er lufta mi? </w:t>
      </w:r>
    </w:p>
    <w:p w14:paraId="31013580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Sie piđit ottaat vaarin siitä! </w:t>
      </w:r>
    </w:p>
    <w:p w14:paraId="7ABE027E" w14:textId="08BF6137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skulle ta vare på ho! </w:t>
      </w:r>
    </w:p>
    <w:p w14:paraId="41CBB6F9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Sie lupasit!</w:t>
      </w:r>
    </w:p>
    <w:p w14:paraId="2A4D45B5" w14:textId="26D483A9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lova! </w:t>
      </w:r>
    </w:p>
    <w:p w14:paraId="62CBF578" w14:textId="77777777" w:rsidR="00592100" w:rsidRDefault="00592100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>Missä ilma oon!</w:t>
      </w:r>
    </w:p>
    <w:p w14:paraId="2719A9D2" w14:textId="664E3ECC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lufta!</w:t>
      </w:r>
    </w:p>
    <w:p w14:paraId="3DEBC730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 xml:space="preserve">Sie lupasit! </w:t>
      </w:r>
    </w:p>
    <w:p w14:paraId="36CB2B1D" w14:textId="0AA3832B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Du lova!</w:t>
      </w:r>
    </w:p>
    <w:p w14:paraId="76A5BB05" w14:textId="77777777" w:rsidR="003461BE" w:rsidRPr="003461BE" w:rsidRDefault="003461BE" w:rsidP="00E32A31">
      <w:pPr>
        <w:spacing w:after="0" w:line="240" w:lineRule="auto"/>
        <w:rPr>
          <w:lang w:val="nb-NO"/>
        </w:rPr>
      </w:pPr>
    </w:p>
    <w:p w14:paraId="4014DD9B" w14:textId="6BB91799" w:rsidR="00E32A31" w:rsidRPr="00592100" w:rsidRDefault="00E32A31" w:rsidP="00E32A31">
      <w:pPr>
        <w:spacing w:after="0" w:line="240" w:lineRule="auto"/>
        <w:rPr>
          <w:lang w:val="nb-NO"/>
        </w:rPr>
      </w:pPr>
      <w:r w:rsidRPr="00592100">
        <w:rPr>
          <w:lang w:val="nb-NO"/>
        </w:rPr>
        <w:t xml:space="preserve">KAISA: </w:t>
      </w:r>
    </w:p>
    <w:p w14:paraId="6F9C31FE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>Missä minun ilma oon?!</w:t>
      </w:r>
    </w:p>
    <w:p w14:paraId="24FE68C6" w14:textId="253B50EC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Kvar er lufta mi?!</w:t>
      </w:r>
    </w:p>
    <w:p w14:paraId="3FB6F73F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7ED614D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 xml:space="preserve">Kaisa, sie piđät tyhä pelata! </w:t>
      </w:r>
    </w:p>
    <w:p w14:paraId="64080697" w14:textId="126280A1" w:rsidR="00E32A31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>Kaisa, du skal late som!</w:t>
      </w:r>
    </w:p>
    <w:p w14:paraId="02B6F825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C2864BF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 xml:space="preserve">Maija, antheeksi! </w:t>
      </w:r>
    </w:p>
    <w:p w14:paraId="1613FC4E" w14:textId="3131BCE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Unnskyld!</w:t>
      </w:r>
    </w:p>
    <w:p w14:paraId="0A9B049C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 xml:space="preserve">Menneekö hyvin? </w:t>
      </w:r>
    </w:p>
    <w:p w14:paraId="17C2FD3A" w14:textId="527FC450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Går det bra?</w:t>
      </w:r>
    </w:p>
    <w:p w14:paraId="3ACC549A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>Antheeksi, Maija!</w:t>
      </w:r>
    </w:p>
    <w:p w14:paraId="2E796497" w14:textId="5FB195CA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i/>
          <w:lang w:val="nb-NO"/>
        </w:rPr>
        <w:t>Unnskyld, Maia!</w:t>
      </w:r>
    </w:p>
    <w:p w14:paraId="163FD2D0" w14:textId="77777777" w:rsidR="00BC515D" w:rsidRDefault="00BC515D" w:rsidP="00E32A31">
      <w:pPr>
        <w:spacing w:after="0" w:line="240" w:lineRule="auto"/>
        <w:rPr>
          <w:i/>
          <w:lang w:val="nb-NO"/>
        </w:rPr>
      </w:pP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28A4AC41" w14:textId="77777777" w:rsidR="00BC515D" w:rsidRDefault="00BC515D" w:rsidP="00E32A31">
      <w:pPr>
        <w:spacing w:after="0" w:line="240" w:lineRule="auto"/>
        <w:rPr>
          <w:lang w:val="nb-NO"/>
        </w:rPr>
      </w:pPr>
      <w:r w:rsidRPr="00BC515D">
        <w:rPr>
          <w:lang w:val="nb-NO"/>
        </w:rPr>
        <w:t xml:space="preserve">Sie veit multa viimisen hengen. </w:t>
      </w:r>
    </w:p>
    <w:p w14:paraId="48EFBACA" w14:textId="69F64AE9" w:rsidR="003461BE" w:rsidRDefault="003461BE" w:rsidP="00E32A31">
      <w:pPr>
        <w:spacing w:after="0" w:line="240" w:lineRule="auto"/>
        <w:rPr>
          <w:i/>
          <w:lang w:val="nb-NO"/>
        </w:rPr>
      </w:pPr>
      <w:r w:rsidRPr="003461BE">
        <w:rPr>
          <w:i/>
          <w:lang w:val="nb-NO"/>
        </w:rPr>
        <w:t xml:space="preserve">Du tok min siste pust. </w:t>
      </w:r>
    </w:p>
    <w:p w14:paraId="33AF75B0" w14:textId="4BF31EC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Maija!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Maia!</w:t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A6AD8" w14:textId="77777777" w:rsidR="006A00B7" w:rsidRDefault="006A00B7" w:rsidP="00952505">
      <w:pPr>
        <w:spacing w:after="0" w:line="240" w:lineRule="auto"/>
      </w:pPr>
      <w:r>
        <w:separator/>
      </w:r>
    </w:p>
  </w:endnote>
  <w:endnote w:type="continuationSeparator" w:id="0">
    <w:p w14:paraId="00C3C0FD" w14:textId="77777777" w:rsidR="006A00B7" w:rsidRDefault="006A00B7" w:rsidP="0095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79911635"/>
      <w:docPartObj>
        <w:docPartGallery w:val="Page Numbers (Bottom of Page)"/>
        <w:docPartUnique/>
      </w:docPartObj>
    </w:sdtPr>
    <w:sdtContent>
      <w:p w14:paraId="40597A23" w14:textId="3B94BB6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58EBB9D" w14:textId="77777777" w:rsidR="00952505" w:rsidRDefault="00952505" w:rsidP="00952505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2041885557"/>
      <w:docPartObj>
        <w:docPartGallery w:val="Page Numbers (Bottom of Page)"/>
        <w:docPartUnique/>
      </w:docPartObj>
    </w:sdtPr>
    <w:sdtContent>
      <w:p w14:paraId="58889742" w14:textId="40D7701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6FB99690" w14:textId="77777777" w:rsidR="00952505" w:rsidRDefault="00952505" w:rsidP="00952505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C5A7D" w14:textId="77777777" w:rsidR="006A00B7" w:rsidRDefault="006A00B7" w:rsidP="00952505">
      <w:pPr>
        <w:spacing w:after="0" w:line="240" w:lineRule="auto"/>
      </w:pPr>
      <w:r>
        <w:separator/>
      </w:r>
    </w:p>
  </w:footnote>
  <w:footnote w:type="continuationSeparator" w:id="0">
    <w:p w14:paraId="566E7319" w14:textId="77777777" w:rsidR="006A00B7" w:rsidRDefault="006A00B7" w:rsidP="00952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346BF"/>
    <w:rsid w:val="0015074B"/>
    <w:rsid w:val="0029639D"/>
    <w:rsid w:val="00326F90"/>
    <w:rsid w:val="003461BE"/>
    <w:rsid w:val="00356C56"/>
    <w:rsid w:val="00367DCC"/>
    <w:rsid w:val="003B469C"/>
    <w:rsid w:val="00513400"/>
    <w:rsid w:val="00592100"/>
    <w:rsid w:val="006A00B7"/>
    <w:rsid w:val="00952505"/>
    <w:rsid w:val="00AA1D8D"/>
    <w:rsid w:val="00AF094C"/>
    <w:rsid w:val="00B47730"/>
    <w:rsid w:val="00BB6F00"/>
    <w:rsid w:val="00BC1F43"/>
    <w:rsid w:val="00BC515D"/>
    <w:rsid w:val="00C47B6C"/>
    <w:rsid w:val="00CB0664"/>
    <w:rsid w:val="00D668E0"/>
    <w:rsid w:val="00E32A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5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385</Words>
  <Characters>2046</Characters>
  <Application>Microsoft Office Word</Application>
  <DocSecurity>0</DocSecurity>
  <Lines>17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6</cp:revision>
  <dcterms:created xsi:type="dcterms:W3CDTF">2025-12-02T12:56:00Z</dcterms:created>
  <dcterms:modified xsi:type="dcterms:W3CDTF">2025-12-03T08:33:00Z</dcterms:modified>
  <cp:category/>
</cp:coreProperties>
</file>